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7B0A3B" w14:textId="77777777" w:rsidR="00DA5ADB" w:rsidRDefault="00DA5ADB" w:rsidP="00B41C7F">
      <w:pPr>
        <w:spacing w:after="0" w:line="240" w:lineRule="auto"/>
        <w:jc w:val="center"/>
        <w:rPr>
          <w:b/>
          <w:lang w:val="mn-MN"/>
        </w:rPr>
      </w:pPr>
    </w:p>
    <w:p w14:paraId="6214687C" w14:textId="77777777" w:rsidR="00DA5ADB" w:rsidRDefault="00DA5ADB" w:rsidP="00B41C7F">
      <w:pPr>
        <w:spacing w:after="0" w:line="240" w:lineRule="auto"/>
        <w:jc w:val="center"/>
        <w:rPr>
          <w:b/>
          <w:lang w:val="mn-MN"/>
        </w:rPr>
      </w:pPr>
    </w:p>
    <w:p w14:paraId="4AD2731A" w14:textId="77777777" w:rsidR="00DA5ADB" w:rsidRDefault="00DA5ADB" w:rsidP="00B41C7F">
      <w:pPr>
        <w:spacing w:after="0" w:line="240" w:lineRule="auto"/>
        <w:jc w:val="center"/>
        <w:rPr>
          <w:b/>
          <w:lang w:val="mn-MN"/>
        </w:rPr>
      </w:pPr>
    </w:p>
    <w:p w14:paraId="586827A8" w14:textId="77777777" w:rsidR="00DA5ADB" w:rsidRDefault="00DA5ADB" w:rsidP="00B41C7F">
      <w:pPr>
        <w:spacing w:after="0" w:line="240" w:lineRule="auto"/>
        <w:jc w:val="center"/>
        <w:rPr>
          <w:b/>
          <w:lang w:val="mn-MN"/>
        </w:rPr>
      </w:pPr>
    </w:p>
    <w:p w14:paraId="03DE906A" w14:textId="77777777" w:rsidR="00DA5ADB" w:rsidRDefault="00DA5ADB" w:rsidP="00B41C7F">
      <w:pPr>
        <w:spacing w:after="0" w:line="240" w:lineRule="auto"/>
        <w:jc w:val="center"/>
        <w:rPr>
          <w:b/>
          <w:lang w:val="mn-MN"/>
        </w:rPr>
      </w:pPr>
    </w:p>
    <w:p w14:paraId="7A4F2269" w14:textId="77777777" w:rsidR="00DA5ADB" w:rsidRDefault="00DA5ADB" w:rsidP="00B41C7F">
      <w:pPr>
        <w:spacing w:after="0" w:line="240" w:lineRule="auto"/>
        <w:jc w:val="center"/>
        <w:rPr>
          <w:b/>
          <w:lang w:val="mn-MN"/>
        </w:rPr>
      </w:pPr>
    </w:p>
    <w:p w14:paraId="07444D66" w14:textId="77777777" w:rsidR="00DA5ADB" w:rsidRDefault="00DA5ADB" w:rsidP="00B41C7F">
      <w:pPr>
        <w:spacing w:after="0" w:line="240" w:lineRule="auto"/>
        <w:jc w:val="center"/>
        <w:rPr>
          <w:b/>
          <w:lang w:val="mn-MN"/>
        </w:rPr>
      </w:pPr>
    </w:p>
    <w:p w14:paraId="2F2D5F97" w14:textId="77777777" w:rsidR="00DA5ADB" w:rsidRDefault="00DA5ADB" w:rsidP="00B41C7F">
      <w:pPr>
        <w:spacing w:after="0" w:line="240" w:lineRule="auto"/>
        <w:jc w:val="center"/>
        <w:rPr>
          <w:b/>
          <w:lang w:val="mn-MN"/>
        </w:rPr>
      </w:pPr>
    </w:p>
    <w:p w14:paraId="23516536" w14:textId="77777777" w:rsidR="00DA5ADB" w:rsidRDefault="00DA5ADB" w:rsidP="00B41C7F">
      <w:pPr>
        <w:spacing w:after="0" w:line="240" w:lineRule="auto"/>
        <w:jc w:val="center"/>
        <w:rPr>
          <w:b/>
          <w:lang w:val="mn-MN"/>
        </w:rPr>
      </w:pPr>
    </w:p>
    <w:p w14:paraId="39D9C11C" w14:textId="77777777" w:rsidR="00DA5ADB" w:rsidRDefault="00DA5ADB" w:rsidP="00B41C7F">
      <w:pPr>
        <w:spacing w:after="0" w:line="240" w:lineRule="auto"/>
        <w:jc w:val="center"/>
        <w:rPr>
          <w:b/>
          <w:lang w:val="mn-MN"/>
        </w:rPr>
      </w:pPr>
    </w:p>
    <w:p w14:paraId="24EF7B9C" w14:textId="77777777" w:rsidR="00DA5ADB" w:rsidRDefault="00DA5ADB" w:rsidP="00B41C7F">
      <w:pPr>
        <w:spacing w:after="0" w:line="240" w:lineRule="auto"/>
        <w:jc w:val="center"/>
        <w:rPr>
          <w:b/>
          <w:lang w:val="mn-MN"/>
        </w:rPr>
      </w:pPr>
    </w:p>
    <w:p w14:paraId="69A824AD" w14:textId="77777777" w:rsidR="00DA5ADB" w:rsidRDefault="00DA5ADB" w:rsidP="00B41C7F">
      <w:pPr>
        <w:spacing w:after="0" w:line="240" w:lineRule="auto"/>
        <w:jc w:val="center"/>
        <w:rPr>
          <w:b/>
          <w:lang w:val="mn-MN"/>
        </w:rPr>
      </w:pPr>
    </w:p>
    <w:p w14:paraId="2EF40FB2" w14:textId="77777777" w:rsidR="00DA5ADB" w:rsidRDefault="00DA5ADB" w:rsidP="00B41C7F">
      <w:pPr>
        <w:spacing w:after="0" w:line="240" w:lineRule="auto"/>
        <w:jc w:val="center"/>
        <w:rPr>
          <w:b/>
          <w:lang w:val="mn-MN"/>
        </w:rPr>
      </w:pPr>
    </w:p>
    <w:p w14:paraId="10E24044" w14:textId="77777777" w:rsidR="00DA5ADB" w:rsidRDefault="00DA5ADB" w:rsidP="00B41C7F">
      <w:pPr>
        <w:spacing w:after="0" w:line="240" w:lineRule="auto"/>
        <w:jc w:val="center"/>
        <w:rPr>
          <w:b/>
          <w:lang w:val="mn-MN"/>
        </w:rPr>
      </w:pPr>
    </w:p>
    <w:p w14:paraId="0EC48CA0" w14:textId="64B26647" w:rsidR="00094B33" w:rsidRDefault="00000000" w:rsidP="00B41C7F">
      <w:pPr>
        <w:spacing w:after="0" w:line="240" w:lineRule="auto"/>
        <w:jc w:val="center"/>
        <w:rPr>
          <w:b/>
          <w:lang w:val="mn-MN"/>
        </w:rPr>
      </w:pPr>
      <w:r w:rsidRPr="00B41C7F">
        <w:rPr>
          <w:b/>
          <w:lang w:val="mn-MN"/>
        </w:rPr>
        <w:t>“УУЛ УУРХАЙН ЗАРИМ ТӨСЛҮҮДИЙГ ЭДИЙН ЗАСГИЙН</w:t>
      </w:r>
      <w:r w:rsidRPr="00B41C7F">
        <w:rPr>
          <w:b/>
          <w:lang w:val="mn-MN"/>
        </w:rPr>
        <w:br/>
        <w:t>ЭРГЭЛТЭД ОРУУЛАХ ТУХАЙ” МОНГОЛ УЛСЫН ИХ ХУРЛЫН</w:t>
      </w:r>
      <w:r w:rsidRPr="00B41C7F">
        <w:rPr>
          <w:b/>
          <w:lang w:val="mn-MN"/>
        </w:rPr>
        <w:br/>
        <w:t>ТОГТООЛЫН ТӨСЛИЙГ ХЭРЭГЖҮҮЛЭХТЭЙ ХОЛБОГДОН ГАРАХ</w:t>
      </w:r>
      <w:r w:rsidRPr="00B41C7F">
        <w:rPr>
          <w:b/>
          <w:lang w:val="mn-MN"/>
        </w:rPr>
        <w:br/>
        <w:t>ЗАРДЛЫН ТООЦО</w:t>
      </w:r>
      <w:r w:rsidR="00372033">
        <w:rPr>
          <w:b/>
          <w:lang w:val="mn-MN"/>
        </w:rPr>
        <w:t>О</w:t>
      </w:r>
    </w:p>
    <w:p w14:paraId="654D4FCC" w14:textId="33C75E25" w:rsidR="00094B33" w:rsidRDefault="00094B33">
      <w:pPr>
        <w:rPr>
          <w:b/>
          <w:lang w:val="mn-MN"/>
        </w:rPr>
      </w:pPr>
    </w:p>
    <w:p w14:paraId="50CD1240" w14:textId="77777777" w:rsidR="00DA5ADB" w:rsidRDefault="00DA5ADB">
      <w:pPr>
        <w:rPr>
          <w:b/>
          <w:lang w:val="mn-MN"/>
        </w:rPr>
      </w:pPr>
    </w:p>
    <w:p w14:paraId="0FF9489D" w14:textId="77777777" w:rsidR="00DA5ADB" w:rsidRDefault="00DA5ADB">
      <w:pPr>
        <w:rPr>
          <w:b/>
          <w:lang w:val="mn-MN"/>
        </w:rPr>
      </w:pPr>
    </w:p>
    <w:p w14:paraId="235CDD8F" w14:textId="77777777" w:rsidR="00DA5ADB" w:rsidRDefault="00DA5ADB">
      <w:pPr>
        <w:rPr>
          <w:b/>
          <w:lang w:val="mn-MN"/>
        </w:rPr>
      </w:pPr>
    </w:p>
    <w:p w14:paraId="407E069C" w14:textId="77777777" w:rsidR="00DA5ADB" w:rsidRDefault="00DA5ADB">
      <w:pPr>
        <w:rPr>
          <w:b/>
          <w:lang w:val="mn-MN"/>
        </w:rPr>
      </w:pPr>
    </w:p>
    <w:p w14:paraId="006B6E13" w14:textId="77777777" w:rsidR="00DA5ADB" w:rsidRDefault="00DA5ADB">
      <w:pPr>
        <w:rPr>
          <w:b/>
          <w:lang w:val="mn-MN"/>
        </w:rPr>
      </w:pPr>
    </w:p>
    <w:p w14:paraId="754692D7" w14:textId="77777777" w:rsidR="00DA5ADB" w:rsidRDefault="00DA5ADB">
      <w:pPr>
        <w:rPr>
          <w:b/>
          <w:lang w:val="mn-MN"/>
        </w:rPr>
      </w:pPr>
    </w:p>
    <w:p w14:paraId="4A8ECF00" w14:textId="77777777" w:rsidR="00DA5ADB" w:rsidRDefault="00DA5ADB">
      <w:pPr>
        <w:rPr>
          <w:b/>
          <w:lang w:val="mn-MN"/>
        </w:rPr>
      </w:pPr>
    </w:p>
    <w:p w14:paraId="40B3C945" w14:textId="77777777" w:rsidR="00DA5ADB" w:rsidRDefault="00DA5ADB">
      <w:pPr>
        <w:rPr>
          <w:b/>
          <w:lang w:val="mn-MN"/>
        </w:rPr>
      </w:pPr>
    </w:p>
    <w:p w14:paraId="62A5FE53" w14:textId="77777777" w:rsidR="00DA5ADB" w:rsidRDefault="00DA5ADB">
      <w:pPr>
        <w:rPr>
          <w:b/>
          <w:lang w:val="mn-MN"/>
        </w:rPr>
      </w:pPr>
    </w:p>
    <w:p w14:paraId="37B6AD93" w14:textId="77777777" w:rsidR="00DA5ADB" w:rsidRDefault="00DA5ADB">
      <w:pPr>
        <w:rPr>
          <w:b/>
          <w:lang w:val="mn-MN"/>
        </w:rPr>
      </w:pPr>
    </w:p>
    <w:p w14:paraId="5288571E" w14:textId="77777777" w:rsidR="00DA5ADB" w:rsidRDefault="00DA5ADB">
      <w:pPr>
        <w:rPr>
          <w:b/>
          <w:lang w:val="mn-MN"/>
        </w:rPr>
      </w:pPr>
    </w:p>
    <w:p w14:paraId="641D90B0" w14:textId="77777777" w:rsidR="00DA5ADB" w:rsidRDefault="00DA5ADB">
      <w:pPr>
        <w:rPr>
          <w:b/>
          <w:lang w:val="mn-MN"/>
        </w:rPr>
      </w:pPr>
    </w:p>
    <w:p w14:paraId="2E573010" w14:textId="77777777" w:rsidR="00DA5ADB" w:rsidRDefault="00DA5ADB">
      <w:pPr>
        <w:rPr>
          <w:b/>
          <w:lang w:val="mn-MN"/>
        </w:rPr>
      </w:pPr>
    </w:p>
    <w:p w14:paraId="42563DB4" w14:textId="77777777" w:rsidR="00DA5ADB" w:rsidRDefault="00DA5ADB">
      <w:pPr>
        <w:rPr>
          <w:b/>
          <w:lang w:val="mn-MN"/>
        </w:rPr>
      </w:pPr>
    </w:p>
    <w:p w14:paraId="3D273368" w14:textId="77777777" w:rsidR="00C5727F" w:rsidRDefault="00C5727F">
      <w:pPr>
        <w:rPr>
          <w:b/>
          <w:lang w:val="mn-MN"/>
        </w:rPr>
      </w:pPr>
    </w:p>
    <w:p w14:paraId="2E8C217F" w14:textId="07659528" w:rsidR="00C5727F" w:rsidRDefault="00F13B63">
      <w:pPr>
        <w:rPr>
          <w:b/>
          <w:lang w:val="mn-MN"/>
        </w:rPr>
      </w:pPr>
      <w:r>
        <w:rPr>
          <w:b/>
          <w:lang w:val="mn-MN"/>
        </w:rPr>
        <w:t xml:space="preserve"> </w:t>
      </w:r>
    </w:p>
    <w:p w14:paraId="217D2B54" w14:textId="5468CD94" w:rsidR="00DA5ADB" w:rsidRDefault="00DA5ADB" w:rsidP="00DA5ADB">
      <w:pPr>
        <w:spacing w:after="0"/>
        <w:jc w:val="center"/>
        <w:rPr>
          <w:bCs/>
          <w:lang w:val="mn-MN"/>
        </w:rPr>
      </w:pPr>
      <w:r>
        <w:rPr>
          <w:bCs/>
          <w:lang w:val="mn-MN"/>
        </w:rPr>
        <w:t>Улаанбаатар хот</w:t>
      </w:r>
    </w:p>
    <w:p w14:paraId="69FF7073" w14:textId="36F64DF0" w:rsidR="00DA5ADB" w:rsidRDefault="00DA5ADB" w:rsidP="00DA5ADB">
      <w:pPr>
        <w:spacing w:after="0"/>
        <w:jc w:val="center"/>
        <w:rPr>
          <w:lang w:val="mn-MN"/>
        </w:rPr>
      </w:pPr>
      <w:r>
        <w:rPr>
          <w:bCs/>
          <w:lang w:val="mn-MN"/>
        </w:rPr>
        <w:t>2026 он</w:t>
      </w:r>
      <w:r>
        <w:rPr>
          <w:lang w:val="mn-MN"/>
        </w:rPr>
        <w:br w:type="page"/>
      </w:r>
    </w:p>
    <w:p w14:paraId="36A6810C" w14:textId="6B4C5255" w:rsidR="00094B33" w:rsidRPr="00DA5ADB" w:rsidRDefault="00094B33" w:rsidP="00DA5ADB">
      <w:pPr>
        <w:jc w:val="center"/>
        <w:rPr>
          <w:b/>
          <w:bCs/>
          <w:lang w:val="mn-MN"/>
        </w:rPr>
      </w:pPr>
      <w:r w:rsidRPr="00DA5ADB">
        <w:rPr>
          <w:b/>
          <w:bCs/>
          <w:lang w:val="mn-MN"/>
        </w:rPr>
        <w:lastRenderedPageBreak/>
        <w:t>ГАРЧИГ</w:t>
      </w:r>
    </w:p>
    <w:p w14:paraId="45CA2F01" w14:textId="6EB19D53" w:rsidR="00094B33" w:rsidRPr="00DA5ADB" w:rsidRDefault="00094B33" w:rsidP="00DA5ADB">
      <w:pPr>
        <w:ind w:left="720"/>
        <w:rPr>
          <w:b/>
          <w:bCs/>
          <w:lang w:val="mn-MN"/>
        </w:rPr>
      </w:pPr>
      <w:r w:rsidRPr="00DA5ADB">
        <w:rPr>
          <w:b/>
          <w:bCs/>
          <w:lang w:val="mn-MN"/>
        </w:rPr>
        <w:t>НЭГ. ЕРӨНХИЙ ҮНДЭСЛЭЛ</w:t>
      </w:r>
    </w:p>
    <w:p w14:paraId="6801E20B" w14:textId="51287918" w:rsidR="00094B33" w:rsidRPr="00DA5ADB" w:rsidRDefault="00094B33" w:rsidP="00DA5ADB">
      <w:pPr>
        <w:ind w:left="720"/>
        <w:rPr>
          <w:b/>
          <w:bCs/>
          <w:lang w:val="mn-MN"/>
        </w:rPr>
      </w:pPr>
      <w:r w:rsidRPr="00DA5ADB">
        <w:rPr>
          <w:b/>
          <w:bCs/>
          <w:lang w:val="mn-MN"/>
        </w:rPr>
        <w:t>ХОЁР. ХУУЛИЙН ЭТГЭЭДЭД ҮҮСЭХ ЗАРДЛЫН ТООЦОО</w:t>
      </w:r>
    </w:p>
    <w:p w14:paraId="42A224EE" w14:textId="3286401E" w:rsidR="00094B33" w:rsidRPr="00DA5ADB" w:rsidRDefault="00094B33" w:rsidP="00DA5ADB">
      <w:pPr>
        <w:ind w:left="720"/>
        <w:rPr>
          <w:b/>
          <w:bCs/>
          <w:lang w:val="mn-MN"/>
        </w:rPr>
      </w:pPr>
      <w:r w:rsidRPr="00DA5ADB">
        <w:rPr>
          <w:b/>
          <w:bCs/>
          <w:lang w:val="mn-MN"/>
        </w:rPr>
        <w:t>ГУРАВ. ИРГЭНД ҮҮСЭХ ЗАРДЛЫН ТООЦОО</w:t>
      </w:r>
    </w:p>
    <w:p w14:paraId="0D4AEF88" w14:textId="6E38B919" w:rsidR="00FA26CA" w:rsidRPr="00DA5ADB" w:rsidRDefault="00094B33" w:rsidP="00DA5ADB">
      <w:pPr>
        <w:ind w:left="720"/>
        <w:rPr>
          <w:b/>
          <w:bCs/>
          <w:lang w:val="mn-MN"/>
        </w:rPr>
      </w:pPr>
      <w:r w:rsidRPr="00DA5ADB">
        <w:rPr>
          <w:b/>
          <w:bCs/>
          <w:lang w:val="mn-MN"/>
        </w:rPr>
        <w:t xml:space="preserve">ДӨРӨВ. </w:t>
      </w:r>
      <w:r w:rsidR="00FA26CA" w:rsidRPr="00DA5ADB">
        <w:rPr>
          <w:b/>
          <w:bCs/>
          <w:lang w:val="mn-MN"/>
        </w:rPr>
        <w:t>ТӨРИЙН БАЙГУУЛЛАГАД ҮҮСЭХ ЗАРДЛЫН ТООЦОО</w:t>
      </w:r>
    </w:p>
    <w:p w14:paraId="1121DEEF" w14:textId="77777777" w:rsidR="00FA26CA" w:rsidRDefault="00FA26CA" w:rsidP="00DA5ADB">
      <w:pPr>
        <w:ind w:left="720"/>
        <w:rPr>
          <w:lang w:val="mn-MN"/>
        </w:rPr>
      </w:pPr>
      <w:r>
        <w:rPr>
          <w:lang w:val="mn-MN"/>
        </w:rPr>
        <w:br w:type="page"/>
      </w:r>
    </w:p>
    <w:p w14:paraId="2553863B" w14:textId="0F3ECD3F" w:rsidR="00C10485" w:rsidRDefault="00FA26CA" w:rsidP="00B41C7F">
      <w:pPr>
        <w:keepNext/>
        <w:spacing w:after="0" w:line="240" w:lineRule="auto"/>
        <w:jc w:val="both"/>
        <w:rPr>
          <w:b/>
          <w:lang w:val="mn-MN"/>
        </w:rPr>
      </w:pPr>
      <w:r w:rsidRPr="00B41C7F">
        <w:rPr>
          <w:b/>
          <w:lang w:val="mn-MN"/>
        </w:rPr>
        <w:lastRenderedPageBreak/>
        <w:t>НЭГ. ЕРӨНХИЙ ҮНДЭСЛЭЛ</w:t>
      </w:r>
    </w:p>
    <w:p w14:paraId="03DDEDB2" w14:textId="77777777" w:rsidR="00FA26CA" w:rsidRPr="00B41C7F" w:rsidRDefault="00FA26CA" w:rsidP="00B41C7F">
      <w:pPr>
        <w:keepNext/>
        <w:spacing w:after="0" w:line="240" w:lineRule="auto"/>
        <w:jc w:val="both"/>
        <w:rPr>
          <w:lang w:val="mn-MN"/>
        </w:rPr>
      </w:pPr>
    </w:p>
    <w:p w14:paraId="10515071" w14:textId="77777777" w:rsidR="00C10485" w:rsidRDefault="00000000">
      <w:pPr>
        <w:spacing w:after="0" w:line="240" w:lineRule="auto"/>
        <w:ind w:firstLine="567"/>
        <w:jc w:val="both"/>
        <w:rPr>
          <w:lang w:val="mn-MN"/>
        </w:rPr>
      </w:pPr>
      <w:r w:rsidRPr="00B41C7F">
        <w:rPr>
          <w:lang w:val="mn-MN"/>
        </w:rPr>
        <w:t>Монгол Улсын Засгийн газрын 2016 оны 59 дүгээр тогтоолын дөрөвдүгээр хавсралтаар баталсан “Хууль тогтоомжийг хэрэгжүүлэхтэй холбогдон гарах зардлын тооцоог хийх аргачлал”-ын дагуу “Уул уурхайн зарим төслүүдийг эдийн засгийн эргэлтэд оруулах тухай” Монгол Улсын Их Хурлын тогтоолын төслийг хэрэгжүүлэхтэй холбогдон иргэн, хуулийн этгээд болон төрийн байгууллагад үүсэх зардал, ачааллыг урьдчилан тооцов.</w:t>
      </w:r>
    </w:p>
    <w:p w14:paraId="11EFBFD8" w14:textId="77777777" w:rsidR="00116AF9" w:rsidRPr="00B41C7F" w:rsidRDefault="00116AF9">
      <w:pPr>
        <w:spacing w:after="0" w:line="240" w:lineRule="auto"/>
        <w:ind w:firstLine="567"/>
        <w:jc w:val="both"/>
        <w:rPr>
          <w:lang w:val="mn-MN"/>
        </w:rPr>
      </w:pPr>
    </w:p>
    <w:p w14:paraId="1A87ABB6" w14:textId="77777777" w:rsidR="00C10485" w:rsidRDefault="00000000">
      <w:pPr>
        <w:spacing w:after="0" w:line="240" w:lineRule="auto"/>
        <w:ind w:firstLine="567"/>
        <w:jc w:val="both"/>
        <w:rPr>
          <w:lang w:val="mn-MN"/>
        </w:rPr>
      </w:pPr>
      <w:r w:rsidRPr="00B41C7F">
        <w:rPr>
          <w:lang w:val="mn-MN"/>
        </w:rPr>
        <w:t>Тогтоолын төсөл нь Гацуурт, Эрээн, Баавгайтын алтны ордын талбайтай давхцаж байгаа Ноён уулын дархан цаазат газрын хилийн заагт өөрчлөлт оруулах, хасах талбайн солбицол, хэмжээг батлах, холбогдох бүртгэлийг шинэчлэх болон ордуудыг эдийн засгийн эргэлтэд оруулахтай холбоотой арга хэмжээг Засгийн газарт даалгах агуулгатай.</w:t>
      </w:r>
    </w:p>
    <w:p w14:paraId="2AD6F356" w14:textId="77777777" w:rsidR="00116AF9" w:rsidRPr="00B41C7F" w:rsidRDefault="00116AF9">
      <w:pPr>
        <w:spacing w:after="0" w:line="240" w:lineRule="auto"/>
        <w:ind w:firstLine="567"/>
        <w:jc w:val="both"/>
        <w:rPr>
          <w:lang w:val="mn-MN"/>
        </w:rPr>
      </w:pPr>
    </w:p>
    <w:p w14:paraId="61D3227B" w14:textId="77777777" w:rsidR="00C10485" w:rsidRDefault="00000000">
      <w:pPr>
        <w:spacing w:after="0" w:line="240" w:lineRule="auto"/>
        <w:ind w:firstLine="567"/>
        <w:jc w:val="both"/>
        <w:rPr>
          <w:lang w:val="mn-MN"/>
        </w:rPr>
      </w:pPr>
      <w:r w:rsidRPr="00B41C7F">
        <w:rPr>
          <w:lang w:val="mn-MN"/>
        </w:rPr>
        <w:t>Зардлын тооцоонд зөвхөн тогтоолын төслөөр шинээр үүсэх захиргааны болон төсвийн нэмэлт ачааллыг хамруулж, төслийг боловсруулах, хэлэлцүүлэх зэрэг бодлогын шинжтэй ажиллагаа болон ордын ашиглалттай холбоотой хөрөнгө оруулалт, олборлолт, дэд бүтэц, үйлдвэрлэлийн зардлыг хамруулаагүй болно.</w:t>
      </w:r>
    </w:p>
    <w:p w14:paraId="2BBDD6AA" w14:textId="77777777" w:rsidR="00DA5ADB" w:rsidRPr="00B41C7F" w:rsidRDefault="00DA5ADB">
      <w:pPr>
        <w:spacing w:after="0" w:line="240" w:lineRule="auto"/>
        <w:ind w:firstLine="567"/>
        <w:jc w:val="both"/>
        <w:rPr>
          <w:lang w:val="mn-MN"/>
        </w:rPr>
      </w:pPr>
    </w:p>
    <w:p w14:paraId="7BDEBFD1" w14:textId="02FB0139" w:rsidR="00C10485" w:rsidRDefault="00FA26CA">
      <w:pPr>
        <w:keepNext/>
        <w:spacing w:before="120" w:after="80" w:line="240" w:lineRule="auto"/>
        <w:jc w:val="both"/>
        <w:rPr>
          <w:b/>
          <w:lang w:val="mn-MN"/>
        </w:rPr>
      </w:pPr>
      <w:r w:rsidRPr="00B41C7F">
        <w:rPr>
          <w:b/>
          <w:lang w:val="mn-MN"/>
        </w:rPr>
        <w:t>ХОЁР. ХУУЛИЙН ЭТГЭЭДЭД ҮҮСЭХ ЗАРДАЛ</w:t>
      </w:r>
    </w:p>
    <w:p w14:paraId="503C39F6" w14:textId="77777777" w:rsidR="00DA5ADB" w:rsidRPr="00B41C7F" w:rsidRDefault="00DA5ADB">
      <w:pPr>
        <w:keepNext/>
        <w:spacing w:before="120" w:after="80" w:line="240" w:lineRule="auto"/>
        <w:jc w:val="both"/>
        <w:rPr>
          <w:lang w:val="mn-MN"/>
        </w:rPr>
      </w:pPr>
    </w:p>
    <w:p w14:paraId="2B71ADC9" w14:textId="77777777" w:rsidR="00C10485" w:rsidRDefault="00000000">
      <w:pPr>
        <w:spacing w:after="0" w:line="240" w:lineRule="auto"/>
        <w:ind w:firstLine="567"/>
        <w:jc w:val="both"/>
        <w:rPr>
          <w:lang w:val="mn-MN"/>
        </w:rPr>
      </w:pPr>
      <w:r w:rsidRPr="00B41C7F">
        <w:rPr>
          <w:lang w:val="mn-MN"/>
        </w:rPr>
        <w:t>Тогтоолын төсөл нь хуулийн этгээдэд шинээр тайлан, мэдээ гаргах, бүртгүүлэх, зөвшөөрөл хүсэх, төлбөр төлөх болон төрийн байгууллагад тогтмол мэдээлэл хүргүүлэх үүргийг шууд бий болгохгүй.</w:t>
      </w:r>
    </w:p>
    <w:p w14:paraId="659DD711" w14:textId="77777777" w:rsidR="00116AF9" w:rsidRPr="00B41C7F" w:rsidRDefault="00116AF9">
      <w:pPr>
        <w:spacing w:after="0" w:line="240" w:lineRule="auto"/>
        <w:ind w:firstLine="567"/>
        <w:jc w:val="both"/>
        <w:rPr>
          <w:lang w:val="mn-MN"/>
        </w:rPr>
      </w:pPr>
    </w:p>
    <w:p w14:paraId="4324D169" w14:textId="77777777" w:rsidR="00C10485" w:rsidRDefault="00000000">
      <w:pPr>
        <w:spacing w:after="0" w:line="240" w:lineRule="auto"/>
        <w:ind w:firstLine="567"/>
        <w:jc w:val="both"/>
        <w:rPr>
          <w:lang w:val="mn-MN"/>
        </w:rPr>
      </w:pPr>
      <w:r w:rsidRPr="00B41C7F">
        <w:rPr>
          <w:lang w:val="mn-MN"/>
        </w:rPr>
        <w:t>Ордыг ашиглахтай холбоотой техник, эдийн засгийн үндэслэл, байгаль орчны нөлөөллийн үнэлгээ, нөхөн сэргээлт, уурхайн хаалт, санхүүгийн баталгаа, зам, дэд бүтэц болон үйлдвэрлэлийн бусад зардал нь холбогдох хууль тогтоомж, тусгай зөвшөөрөл, гэрээний нөхцөлийн дагуу төсөл хэрэгжүүлэгчийн хариуцах зардал бөгөөд тогтоолын төслөөс шинээр үүсэх захиргааны зардалд тооцохгүй.</w:t>
      </w:r>
    </w:p>
    <w:p w14:paraId="76D6358E" w14:textId="77777777" w:rsidR="00116AF9" w:rsidRPr="00B41C7F" w:rsidRDefault="00116AF9">
      <w:pPr>
        <w:spacing w:after="0" w:line="240" w:lineRule="auto"/>
        <w:ind w:firstLine="567"/>
        <w:jc w:val="both"/>
        <w:rPr>
          <w:lang w:val="mn-MN"/>
        </w:rPr>
      </w:pPr>
    </w:p>
    <w:tbl>
      <w:tblPr>
        <w:tblW w:w="976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151"/>
        <w:gridCol w:w="5386"/>
        <w:gridCol w:w="3230"/>
      </w:tblGrid>
      <w:tr w:rsidR="00C10485" w:rsidRPr="00B41C7F" w14:paraId="6390FAF6" w14:textId="77777777" w:rsidTr="0003776B">
        <w:trPr>
          <w:tblHeader/>
          <w:jc w:val="center"/>
        </w:trPr>
        <w:tc>
          <w:tcPr>
            <w:tcW w:w="1151" w:type="dxa"/>
            <w:shd w:val="clear" w:color="auto" w:fill="D9E1F2"/>
            <w:tcMar>
              <w:top w:w="80" w:type="dxa"/>
              <w:left w:w="90" w:type="dxa"/>
              <w:bottom w:w="80" w:type="dxa"/>
              <w:right w:w="90" w:type="dxa"/>
            </w:tcMar>
            <w:vAlign w:val="center"/>
          </w:tcPr>
          <w:p w14:paraId="7682775E" w14:textId="77777777" w:rsidR="00C10485" w:rsidRPr="00B41C7F" w:rsidRDefault="00000000">
            <w:pPr>
              <w:spacing w:after="0" w:line="240" w:lineRule="auto"/>
              <w:jc w:val="center"/>
              <w:rPr>
                <w:lang w:val="mn-MN"/>
              </w:rPr>
            </w:pPr>
            <w:r w:rsidRPr="00B41C7F">
              <w:rPr>
                <w:b/>
                <w:sz w:val="21"/>
                <w:lang w:val="mn-MN"/>
              </w:rPr>
              <w:t>№</w:t>
            </w:r>
          </w:p>
        </w:tc>
        <w:tc>
          <w:tcPr>
            <w:tcW w:w="5386" w:type="dxa"/>
            <w:shd w:val="clear" w:color="auto" w:fill="D9E1F2"/>
            <w:tcMar>
              <w:top w:w="80" w:type="dxa"/>
              <w:left w:w="90" w:type="dxa"/>
              <w:bottom w:w="80" w:type="dxa"/>
              <w:right w:w="90" w:type="dxa"/>
            </w:tcMar>
            <w:vAlign w:val="center"/>
          </w:tcPr>
          <w:p w14:paraId="062A4345" w14:textId="77777777" w:rsidR="00C10485" w:rsidRPr="00B41C7F" w:rsidRDefault="00000000">
            <w:pPr>
              <w:spacing w:after="0" w:line="240" w:lineRule="auto"/>
              <w:jc w:val="center"/>
              <w:rPr>
                <w:lang w:val="mn-MN"/>
              </w:rPr>
            </w:pPr>
            <w:r w:rsidRPr="00B41C7F">
              <w:rPr>
                <w:b/>
                <w:sz w:val="21"/>
                <w:lang w:val="mn-MN"/>
              </w:rPr>
              <w:t>Зардлын төрөл</w:t>
            </w:r>
          </w:p>
        </w:tc>
        <w:tc>
          <w:tcPr>
            <w:tcW w:w="3230" w:type="dxa"/>
            <w:shd w:val="clear" w:color="auto" w:fill="D9E1F2"/>
            <w:tcMar>
              <w:top w:w="80" w:type="dxa"/>
              <w:left w:w="90" w:type="dxa"/>
              <w:bottom w:w="80" w:type="dxa"/>
              <w:right w:w="90" w:type="dxa"/>
            </w:tcMar>
            <w:vAlign w:val="center"/>
          </w:tcPr>
          <w:p w14:paraId="1E6353C2" w14:textId="77777777" w:rsidR="00C10485" w:rsidRPr="00B41C7F" w:rsidRDefault="00000000">
            <w:pPr>
              <w:spacing w:after="0" w:line="240" w:lineRule="auto"/>
              <w:jc w:val="center"/>
              <w:rPr>
                <w:lang w:val="mn-MN"/>
              </w:rPr>
            </w:pPr>
            <w:r w:rsidRPr="00B41C7F">
              <w:rPr>
                <w:b/>
                <w:sz w:val="21"/>
                <w:lang w:val="mn-MN"/>
              </w:rPr>
              <w:t>Тооцооны үр дүн</w:t>
            </w:r>
          </w:p>
        </w:tc>
      </w:tr>
      <w:tr w:rsidR="00C10485" w:rsidRPr="00B41C7F" w14:paraId="08F93FE8" w14:textId="77777777" w:rsidTr="0003776B">
        <w:trPr>
          <w:jc w:val="center"/>
        </w:trPr>
        <w:tc>
          <w:tcPr>
            <w:tcW w:w="1151" w:type="dxa"/>
            <w:tcMar>
              <w:top w:w="80" w:type="dxa"/>
              <w:left w:w="90" w:type="dxa"/>
              <w:bottom w:w="80" w:type="dxa"/>
              <w:right w:w="90" w:type="dxa"/>
            </w:tcMar>
            <w:vAlign w:val="center"/>
          </w:tcPr>
          <w:p w14:paraId="4BF8A621" w14:textId="77777777" w:rsidR="00C10485" w:rsidRPr="00B41C7F" w:rsidRDefault="00000000">
            <w:pPr>
              <w:spacing w:after="0" w:line="240" w:lineRule="auto"/>
              <w:jc w:val="center"/>
              <w:rPr>
                <w:lang w:val="mn-MN"/>
              </w:rPr>
            </w:pPr>
            <w:r w:rsidRPr="00B41C7F">
              <w:rPr>
                <w:sz w:val="21"/>
                <w:lang w:val="mn-MN"/>
              </w:rPr>
              <w:t>1</w:t>
            </w:r>
          </w:p>
        </w:tc>
        <w:tc>
          <w:tcPr>
            <w:tcW w:w="5386" w:type="dxa"/>
            <w:tcMar>
              <w:top w:w="80" w:type="dxa"/>
              <w:left w:w="90" w:type="dxa"/>
              <w:bottom w:w="80" w:type="dxa"/>
              <w:right w:w="90" w:type="dxa"/>
            </w:tcMar>
            <w:vAlign w:val="center"/>
          </w:tcPr>
          <w:p w14:paraId="1D0A1602" w14:textId="77777777" w:rsidR="00C10485" w:rsidRPr="00B41C7F" w:rsidRDefault="00000000">
            <w:pPr>
              <w:spacing w:after="0" w:line="240" w:lineRule="auto"/>
              <w:rPr>
                <w:lang w:val="mn-MN"/>
              </w:rPr>
            </w:pPr>
            <w:r w:rsidRPr="00B41C7F">
              <w:rPr>
                <w:sz w:val="21"/>
                <w:lang w:val="mn-MN"/>
              </w:rPr>
              <w:t>Шинээр мэдээлэх, тайлагнах үүрэг</w:t>
            </w:r>
          </w:p>
        </w:tc>
        <w:tc>
          <w:tcPr>
            <w:tcW w:w="3230" w:type="dxa"/>
            <w:tcMar>
              <w:top w:w="80" w:type="dxa"/>
              <w:left w:w="90" w:type="dxa"/>
              <w:bottom w:w="80" w:type="dxa"/>
              <w:right w:w="90" w:type="dxa"/>
            </w:tcMar>
            <w:vAlign w:val="center"/>
          </w:tcPr>
          <w:p w14:paraId="26FB1249" w14:textId="77777777" w:rsidR="00C10485" w:rsidRPr="00B41C7F" w:rsidRDefault="00000000">
            <w:pPr>
              <w:spacing w:after="0" w:line="240" w:lineRule="auto"/>
              <w:jc w:val="center"/>
              <w:rPr>
                <w:lang w:val="mn-MN"/>
              </w:rPr>
            </w:pPr>
            <w:r w:rsidRPr="00B41C7F">
              <w:rPr>
                <w:sz w:val="21"/>
                <w:lang w:val="mn-MN"/>
              </w:rPr>
              <w:t>Үүсэхгүй</w:t>
            </w:r>
          </w:p>
        </w:tc>
      </w:tr>
      <w:tr w:rsidR="00C10485" w:rsidRPr="00B41C7F" w14:paraId="0CCD8613" w14:textId="77777777" w:rsidTr="0003776B">
        <w:trPr>
          <w:jc w:val="center"/>
        </w:trPr>
        <w:tc>
          <w:tcPr>
            <w:tcW w:w="1151" w:type="dxa"/>
            <w:tcMar>
              <w:top w:w="80" w:type="dxa"/>
              <w:left w:w="90" w:type="dxa"/>
              <w:bottom w:w="80" w:type="dxa"/>
              <w:right w:w="90" w:type="dxa"/>
            </w:tcMar>
            <w:vAlign w:val="center"/>
          </w:tcPr>
          <w:p w14:paraId="5D156266" w14:textId="77777777" w:rsidR="00C10485" w:rsidRPr="00B41C7F" w:rsidRDefault="00000000">
            <w:pPr>
              <w:spacing w:after="0" w:line="240" w:lineRule="auto"/>
              <w:jc w:val="center"/>
              <w:rPr>
                <w:lang w:val="mn-MN"/>
              </w:rPr>
            </w:pPr>
            <w:r w:rsidRPr="00B41C7F">
              <w:rPr>
                <w:sz w:val="21"/>
                <w:lang w:val="mn-MN"/>
              </w:rPr>
              <w:t>2</w:t>
            </w:r>
          </w:p>
        </w:tc>
        <w:tc>
          <w:tcPr>
            <w:tcW w:w="5386" w:type="dxa"/>
            <w:tcMar>
              <w:top w:w="80" w:type="dxa"/>
              <w:left w:w="90" w:type="dxa"/>
              <w:bottom w:w="80" w:type="dxa"/>
              <w:right w:w="90" w:type="dxa"/>
            </w:tcMar>
            <w:vAlign w:val="center"/>
          </w:tcPr>
          <w:p w14:paraId="186CC8F6" w14:textId="77777777" w:rsidR="00C10485" w:rsidRPr="00B41C7F" w:rsidRDefault="00000000">
            <w:pPr>
              <w:spacing w:after="0" w:line="240" w:lineRule="auto"/>
              <w:rPr>
                <w:lang w:val="mn-MN"/>
              </w:rPr>
            </w:pPr>
            <w:r w:rsidRPr="00B41C7F">
              <w:rPr>
                <w:sz w:val="21"/>
                <w:lang w:val="mn-MN"/>
              </w:rPr>
              <w:t>Шинээр зөвшөөрөл, бүртгэл хүсэх үүрэг</w:t>
            </w:r>
          </w:p>
        </w:tc>
        <w:tc>
          <w:tcPr>
            <w:tcW w:w="3230" w:type="dxa"/>
            <w:tcMar>
              <w:top w:w="80" w:type="dxa"/>
              <w:left w:w="90" w:type="dxa"/>
              <w:bottom w:w="80" w:type="dxa"/>
              <w:right w:w="90" w:type="dxa"/>
            </w:tcMar>
            <w:vAlign w:val="center"/>
          </w:tcPr>
          <w:p w14:paraId="20663A0B" w14:textId="77777777" w:rsidR="00C10485" w:rsidRPr="00B41C7F" w:rsidRDefault="00000000">
            <w:pPr>
              <w:spacing w:after="0" w:line="240" w:lineRule="auto"/>
              <w:jc w:val="center"/>
              <w:rPr>
                <w:lang w:val="mn-MN"/>
              </w:rPr>
            </w:pPr>
            <w:r w:rsidRPr="00B41C7F">
              <w:rPr>
                <w:sz w:val="21"/>
                <w:lang w:val="mn-MN"/>
              </w:rPr>
              <w:t>Үүсэхгүй</w:t>
            </w:r>
          </w:p>
        </w:tc>
      </w:tr>
      <w:tr w:rsidR="00C10485" w:rsidRPr="00B41C7F" w14:paraId="6EF16379" w14:textId="77777777" w:rsidTr="0003776B">
        <w:trPr>
          <w:jc w:val="center"/>
        </w:trPr>
        <w:tc>
          <w:tcPr>
            <w:tcW w:w="1151" w:type="dxa"/>
            <w:tcMar>
              <w:top w:w="80" w:type="dxa"/>
              <w:left w:w="90" w:type="dxa"/>
              <w:bottom w:w="80" w:type="dxa"/>
              <w:right w:w="90" w:type="dxa"/>
            </w:tcMar>
            <w:vAlign w:val="center"/>
          </w:tcPr>
          <w:p w14:paraId="439D44B8" w14:textId="77777777" w:rsidR="00C10485" w:rsidRPr="00B41C7F" w:rsidRDefault="00000000">
            <w:pPr>
              <w:spacing w:after="0" w:line="240" w:lineRule="auto"/>
              <w:jc w:val="center"/>
              <w:rPr>
                <w:lang w:val="mn-MN"/>
              </w:rPr>
            </w:pPr>
            <w:r w:rsidRPr="00B41C7F">
              <w:rPr>
                <w:sz w:val="21"/>
                <w:lang w:val="mn-MN"/>
              </w:rPr>
              <w:t>3</w:t>
            </w:r>
          </w:p>
        </w:tc>
        <w:tc>
          <w:tcPr>
            <w:tcW w:w="5386" w:type="dxa"/>
            <w:tcMar>
              <w:top w:w="80" w:type="dxa"/>
              <w:left w:w="90" w:type="dxa"/>
              <w:bottom w:w="80" w:type="dxa"/>
              <w:right w:w="90" w:type="dxa"/>
            </w:tcMar>
            <w:vAlign w:val="center"/>
          </w:tcPr>
          <w:p w14:paraId="03621B11" w14:textId="77777777" w:rsidR="00C10485" w:rsidRPr="00B41C7F" w:rsidRDefault="00000000">
            <w:pPr>
              <w:spacing w:after="0" w:line="240" w:lineRule="auto"/>
              <w:rPr>
                <w:lang w:val="mn-MN"/>
              </w:rPr>
            </w:pPr>
            <w:r w:rsidRPr="00B41C7F">
              <w:rPr>
                <w:sz w:val="21"/>
                <w:lang w:val="mn-MN"/>
              </w:rPr>
              <w:t>Шинээр төлөх төлбөр, хураамж</w:t>
            </w:r>
          </w:p>
        </w:tc>
        <w:tc>
          <w:tcPr>
            <w:tcW w:w="3230" w:type="dxa"/>
            <w:tcMar>
              <w:top w:w="80" w:type="dxa"/>
              <w:left w:w="90" w:type="dxa"/>
              <w:bottom w:w="80" w:type="dxa"/>
              <w:right w:w="90" w:type="dxa"/>
            </w:tcMar>
            <w:vAlign w:val="center"/>
          </w:tcPr>
          <w:p w14:paraId="65B514F2" w14:textId="77777777" w:rsidR="00C10485" w:rsidRPr="00B41C7F" w:rsidRDefault="00000000">
            <w:pPr>
              <w:spacing w:after="0" w:line="240" w:lineRule="auto"/>
              <w:jc w:val="center"/>
              <w:rPr>
                <w:lang w:val="mn-MN"/>
              </w:rPr>
            </w:pPr>
            <w:r w:rsidRPr="00B41C7F">
              <w:rPr>
                <w:sz w:val="21"/>
                <w:lang w:val="mn-MN"/>
              </w:rPr>
              <w:t>Үүсэхгүй</w:t>
            </w:r>
          </w:p>
        </w:tc>
      </w:tr>
      <w:tr w:rsidR="00C10485" w:rsidRPr="00B41C7F" w14:paraId="091387A5" w14:textId="77777777" w:rsidTr="0003776B">
        <w:trPr>
          <w:jc w:val="center"/>
        </w:trPr>
        <w:tc>
          <w:tcPr>
            <w:tcW w:w="1151" w:type="dxa"/>
            <w:tcMar>
              <w:top w:w="80" w:type="dxa"/>
              <w:left w:w="90" w:type="dxa"/>
              <w:bottom w:w="80" w:type="dxa"/>
              <w:right w:w="90" w:type="dxa"/>
            </w:tcMar>
            <w:vAlign w:val="center"/>
          </w:tcPr>
          <w:p w14:paraId="3D8217D0" w14:textId="77777777" w:rsidR="00C10485" w:rsidRPr="00B41C7F" w:rsidRDefault="00000000">
            <w:pPr>
              <w:spacing w:after="0" w:line="240" w:lineRule="auto"/>
              <w:jc w:val="center"/>
              <w:rPr>
                <w:lang w:val="mn-MN"/>
              </w:rPr>
            </w:pPr>
            <w:r w:rsidRPr="00B41C7F">
              <w:rPr>
                <w:sz w:val="21"/>
                <w:lang w:val="mn-MN"/>
              </w:rPr>
              <w:t>4</w:t>
            </w:r>
          </w:p>
        </w:tc>
        <w:tc>
          <w:tcPr>
            <w:tcW w:w="5386" w:type="dxa"/>
            <w:tcMar>
              <w:top w:w="80" w:type="dxa"/>
              <w:left w:w="90" w:type="dxa"/>
              <w:bottom w:w="80" w:type="dxa"/>
              <w:right w:w="90" w:type="dxa"/>
            </w:tcMar>
            <w:vAlign w:val="center"/>
          </w:tcPr>
          <w:p w14:paraId="42D84DF8" w14:textId="77777777" w:rsidR="00C10485" w:rsidRPr="00B41C7F" w:rsidRDefault="00000000">
            <w:pPr>
              <w:spacing w:after="0" w:line="240" w:lineRule="auto"/>
              <w:rPr>
                <w:lang w:val="mn-MN"/>
              </w:rPr>
            </w:pPr>
            <w:r w:rsidRPr="00B41C7F">
              <w:rPr>
                <w:sz w:val="21"/>
                <w:lang w:val="mn-MN"/>
              </w:rPr>
              <w:t>Нэмэлт захиргааны зардал</w:t>
            </w:r>
          </w:p>
        </w:tc>
        <w:tc>
          <w:tcPr>
            <w:tcW w:w="3230" w:type="dxa"/>
            <w:tcMar>
              <w:top w:w="80" w:type="dxa"/>
              <w:left w:w="90" w:type="dxa"/>
              <w:bottom w:w="80" w:type="dxa"/>
              <w:right w:w="90" w:type="dxa"/>
            </w:tcMar>
            <w:vAlign w:val="center"/>
          </w:tcPr>
          <w:p w14:paraId="7F3400E7" w14:textId="77777777" w:rsidR="00C10485" w:rsidRPr="00B41C7F" w:rsidRDefault="00000000">
            <w:pPr>
              <w:spacing w:after="0" w:line="240" w:lineRule="auto"/>
              <w:jc w:val="center"/>
              <w:rPr>
                <w:lang w:val="mn-MN"/>
              </w:rPr>
            </w:pPr>
            <w:r w:rsidRPr="00B41C7F">
              <w:rPr>
                <w:sz w:val="21"/>
                <w:lang w:val="mn-MN"/>
              </w:rPr>
              <w:t>0 төгрөг</w:t>
            </w:r>
          </w:p>
        </w:tc>
      </w:tr>
    </w:tbl>
    <w:p w14:paraId="66C719FD" w14:textId="77777777" w:rsidR="00DA5ADB" w:rsidRDefault="00DA5ADB">
      <w:pPr>
        <w:keepNext/>
        <w:spacing w:before="160" w:after="80" w:line="240" w:lineRule="auto"/>
        <w:jc w:val="both"/>
        <w:rPr>
          <w:b/>
          <w:lang w:val="mn-MN"/>
        </w:rPr>
      </w:pPr>
    </w:p>
    <w:p w14:paraId="4D4783CE" w14:textId="1D29C714" w:rsidR="00C10485" w:rsidRDefault="00DA5ADB">
      <w:pPr>
        <w:keepNext/>
        <w:spacing w:before="160" w:after="80" w:line="240" w:lineRule="auto"/>
        <w:jc w:val="both"/>
        <w:rPr>
          <w:b/>
          <w:lang w:val="mn-MN"/>
        </w:rPr>
      </w:pPr>
      <w:r w:rsidRPr="00B41C7F">
        <w:rPr>
          <w:b/>
          <w:lang w:val="mn-MN"/>
        </w:rPr>
        <w:t>ГУРАВ. ИРГЭНД ҮҮСЭХ ЗАРДЛ</w:t>
      </w:r>
      <w:r>
        <w:rPr>
          <w:b/>
          <w:lang w:val="mn-MN"/>
        </w:rPr>
        <w:t>ЫН ТООЦОО</w:t>
      </w:r>
    </w:p>
    <w:p w14:paraId="5DDAFDD5" w14:textId="77777777" w:rsidR="00DA5ADB" w:rsidRPr="00B41C7F" w:rsidRDefault="00DA5ADB">
      <w:pPr>
        <w:keepNext/>
        <w:spacing w:before="160" w:after="80" w:line="240" w:lineRule="auto"/>
        <w:jc w:val="both"/>
        <w:rPr>
          <w:lang w:val="mn-MN"/>
        </w:rPr>
      </w:pPr>
    </w:p>
    <w:p w14:paraId="4B985EE3" w14:textId="77777777" w:rsidR="00C10485" w:rsidRDefault="00000000">
      <w:pPr>
        <w:spacing w:after="0" w:line="240" w:lineRule="auto"/>
        <w:ind w:firstLine="567"/>
        <w:jc w:val="both"/>
        <w:rPr>
          <w:lang w:val="mn-MN"/>
        </w:rPr>
      </w:pPr>
      <w:r w:rsidRPr="00B41C7F">
        <w:rPr>
          <w:lang w:val="mn-MN"/>
        </w:rPr>
        <w:t>Тогтоолын төсөл нь иргэнд өргөдөл, хүсэлт гаргах, бүртгүүлэх, мэдээлэл бүрдүүлэх, төлбөр төлөх, төрийн байгууллагад биечлэн очих зэрэг заавал гүйцэтгэх шинэ үүрэг хүлээлгэхгүй. Олон нийт болон орон нутгийн иргэдийн оролцоог хангах зохицуулалт нь иргэнд үүрэг бус, мэдээлэл авах, санал өгөх боломжийг бүрдүүлэхэд чиглэнэ.</w:t>
      </w:r>
    </w:p>
    <w:p w14:paraId="629A425F" w14:textId="77777777" w:rsidR="00116AF9" w:rsidRPr="00B41C7F" w:rsidRDefault="00116AF9">
      <w:pPr>
        <w:spacing w:after="0" w:line="240" w:lineRule="auto"/>
        <w:ind w:firstLine="567"/>
        <w:jc w:val="both"/>
        <w:rPr>
          <w:lang w:val="mn-MN"/>
        </w:rPr>
      </w:pPr>
    </w:p>
    <w:p w14:paraId="2F7CF745" w14:textId="77777777" w:rsidR="00C10485" w:rsidRPr="00B41C7F" w:rsidRDefault="00000000">
      <w:pPr>
        <w:spacing w:after="0" w:line="240" w:lineRule="auto"/>
        <w:ind w:firstLine="567"/>
        <w:jc w:val="both"/>
        <w:rPr>
          <w:lang w:val="mn-MN"/>
        </w:rPr>
      </w:pPr>
      <w:r w:rsidRPr="00B41C7F">
        <w:rPr>
          <w:lang w:val="mn-MN"/>
        </w:rPr>
        <w:lastRenderedPageBreak/>
        <w:t>Иймд иргэнд үүсэх нэмэлт цаг хугацааны ачаалал болон мөнгөн зардлыг 0 гэж тооцов.</w:t>
      </w:r>
    </w:p>
    <w:p w14:paraId="6826CC82" w14:textId="21F19883" w:rsidR="00C10485" w:rsidRDefault="00DA5ADB">
      <w:pPr>
        <w:keepNext/>
        <w:spacing w:before="120" w:after="80" w:line="240" w:lineRule="auto"/>
        <w:jc w:val="both"/>
        <w:rPr>
          <w:b/>
          <w:lang w:val="mn-MN"/>
        </w:rPr>
      </w:pPr>
      <w:r w:rsidRPr="00B41C7F">
        <w:rPr>
          <w:b/>
          <w:lang w:val="mn-MN"/>
        </w:rPr>
        <w:t>ДӨРӨВ. ТӨРИЙН БАЙГУУЛЛАГАД ҮҮСЭХ ЗАРДЛ</w:t>
      </w:r>
      <w:r>
        <w:rPr>
          <w:b/>
          <w:lang w:val="mn-MN"/>
        </w:rPr>
        <w:t>ЫН ТООЦОО</w:t>
      </w:r>
    </w:p>
    <w:p w14:paraId="32AA24EE" w14:textId="77777777" w:rsidR="00DA5ADB" w:rsidRPr="00B41C7F" w:rsidRDefault="00DA5ADB">
      <w:pPr>
        <w:keepNext/>
        <w:spacing w:before="120" w:after="80" w:line="240" w:lineRule="auto"/>
        <w:jc w:val="both"/>
        <w:rPr>
          <w:lang w:val="mn-MN"/>
        </w:rPr>
      </w:pPr>
    </w:p>
    <w:p w14:paraId="33808B24" w14:textId="77777777" w:rsidR="00C10485" w:rsidRDefault="00000000">
      <w:pPr>
        <w:spacing w:after="0" w:line="240" w:lineRule="auto"/>
        <w:ind w:firstLine="567"/>
        <w:jc w:val="both"/>
        <w:rPr>
          <w:lang w:val="mn-MN"/>
        </w:rPr>
      </w:pPr>
      <w:r w:rsidRPr="00B41C7F">
        <w:rPr>
          <w:lang w:val="mn-MN"/>
        </w:rPr>
        <w:t>Тогтоолын төслийг хэрэгжүүлэхэд байгаль орчин, газар, кадастр, геологи, уул уурхай болон орон нутгийн асуудал хариуцсан байгууллагуудын одоо хэрэгжүүлж байгаа чиг үүргийн хүрээнд дараах нэг удаагийн болон үргэлжилсэн шинжтэй ажил хийгдэнэ.</w:t>
      </w:r>
    </w:p>
    <w:p w14:paraId="41533618" w14:textId="77777777" w:rsidR="00116AF9" w:rsidRPr="00B41C7F" w:rsidRDefault="00116AF9">
      <w:pPr>
        <w:spacing w:after="0" w:line="240" w:lineRule="auto"/>
        <w:ind w:firstLine="567"/>
        <w:jc w:val="both"/>
        <w:rPr>
          <w:lang w:val="mn-MN"/>
        </w:rPr>
      </w:pPr>
    </w:p>
    <w:tbl>
      <w:tblPr>
        <w:tblW w:w="97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399"/>
        <w:gridCol w:w="3231"/>
        <w:gridCol w:w="4195"/>
        <w:gridCol w:w="1939"/>
      </w:tblGrid>
      <w:tr w:rsidR="00C10485" w:rsidRPr="00B41C7F" w14:paraId="73DE112E" w14:textId="77777777" w:rsidTr="0003776B">
        <w:trPr>
          <w:tblHeader/>
          <w:jc w:val="center"/>
        </w:trPr>
        <w:tc>
          <w:tcPr>
            <w:tcW w:w="399" w:type="dxa"/>
            <w:shd w:val="clear" w:color="auto" w:fill="D9E1F2"/>
            <w:tcMar>
              <w:top w:w="80" w:type="dxa"/>
              <w:left w:w="90" w:type="dxa"/>
              <w:bottom w:w="80" w:type="dxa"/>
              <w:right w:w="90" w:type="dxa"/>
            </w:tcMar>
            <w:vAlign w:val="center"/>
          </w:tcPr>
          <w:p w14:paraId="6566BDD7" w14:textId="77777777" w:rsidR="00C10485" w:rsidRPr="00B41C7F" w:rsidRDefault="00000000">
            <w:pPr>
              <w:spacing w:after="0" w:line="240" w:lineRule="auto"/>
              <w:jc w:val="center"/>
              <w:rPr>
                <w:lang w:val="mn-MN"/>
              </w:rPr>
            </w:pPr>
            <w:r w:rsidRPr="00B41C7F">
              <w:rPr>
                <w:b/>
                <w:sz w:val="19"/>
                <w:lang w:val="mn-MN"/>
              </w:rPr>
              <w:t>№</w:t>
            </w:r>
          </w:p>
        </w:tc>
        <w:tc>
          <w:tcPr>
            <w:tcW w:w="3231" w:type="dxa"/>
            <w:shd w:val="clear" w:color="auto" w:fill="D9E1F2"/>
            <w:tcMar>
              <w:top w:w="80" w:type="dxa"/>
              <w:left w:w="90" w:type="dxa"/>
              <w:bottom w:w="80" w:type="dxa"/>
              <w:right w:w="90" w:type="dxa"/>
            </w:tcMar>
            <w:vAlign w:val="center"/>
          </w:tcPr>
          <w:p w14:paraId="318DD22C" w14:textId="77777777" w:rsidR="00C10485" w:rsidRPr="00B41C7F" w:rsidRDefault="00000000">
            <w:pPr>
              <w:spacing w:after="0" w:line="240" w:lineRule="auto"/>
              <w:jc w:val="center"/>
              <w:rPr>
                <w:lang w:val="mn-MN"/>
              </w:rPr>
            </w:pPr>
            <w:r w:rsidRPr="00B41C7F">
              <w:rPr>
                <w:b/>
                <w:sz w:val="19"/>
                <w:lang w:val="mn-MN"/>
              </w:rPr>
              <w:t>Гүйцэтгэх ажил, үйлчилгээ</w:t>
            </w:r>
          </w:p>
        </w:tc>
        <w:tc>
          <w:tcPr>
            <w:tcW w:w="4195" w:type="dxa"/>
            <w:shd w:val="clear" w:color="auto" w:fill="D9E1F2"/>
            <w:tcMar>
              <w:top w:w="80" w:type="dxa"/>
              <w:left w:w="90" w:type="dxa"/>
              <w:bottom w:w="80" w:type="dxa"/>
              <w:right w:w="90" w:type="dxa"/>
            </w:tcMar>
            <w:vAlign w:val="center"/>
          </w:tcPr>
          <w:p w14:paraId="28C4BF7F" w14:textId="77777777" w:rsidR="00C10485" w:rsidRPr="00B41C7F" w:rsidRDefault="00000000">
            <w:pPr>
              <w:spacing w:after="0" w:line="240" w:lineRule="auto"/>
              <w:jc w:val="center"/>
              <w:rPr>
                <w:lang w:val="mn-MN"/>
              </w:rPr>
            </w:pPr>
            <w:r w:rsidRPr="00B41C7F">
              <w:rPr>
                <w:b/>
                <w:sz w:val="19"/>
                <w:lang w:val="mn-MN"/>
              </w:rPr>
              <w:t>Хүний нөөц, санхүүжилтийн шийдэл</w:t>
            </w:r>
          </w:p>
        </w:tc>
        <w:tc>
          <w:tcPr>
            <w:tcW w:w="1939" w:type="dxa"/>
            <w:shd w:val="clear" w:color="auto" w:fill="D9E1F2"/>
            <w:tcMar>
              <w:top w:w="80" w:type="dxa"/>
              <w:left w:w="90" w:type="dxa"/>
              <w:bottom w:w="80" w:type="dxa"/>
              <w:right w:w="90" w:type="dxa"/>
            </w:tcMar>
            <w:vAlign w:val="center"/>
          </w:tcPr>
          <w:p w14:paraId="1EF338FD" w14:textId="77777777" w:rsidR="00C10485" w:rsidRPr="00B41C7F" w:rsidRDefault="00000000">
            <w:pPr>
              <w:spacing w:after="0" w:line="240" w:lineRule="auto"/>
              <w:jc w:val="center"/>
              <w:rPr>
                <w:lang w:val="mn-MN"/>
              </w:rPr>
            </w:pPr>
            <w:r w:rsidRPr="00B41C7F">
              <w:rPr>
                <w:b/>
                <w:sz w:val="19"/>
                <w:lang w:val="mn-MN"/>
              </w:rPr>
              <w:t>Нэмэлт төсөв</w:t>
            </w:r>
          </w:p>
        </w:tc>
      </w:tr>
      <w:tr w:rsidR="00C10485" w:rsidRPr="00B41C7F" w14:paraId="7DD627A6" w14:textId="77777777" w:rsidTr="0003776B">
        <w:trPr>
          <w:jc w:val="center"/>
        </w:trPr>
        <w:tc>
          <w:tcPr>
            <w:tcW w:w="399" w:type="dxa"/>
            <w:tcMar>
              <w:top w:w="80" w:type="dxa"/>
              <w:left w:w="90" w:type="dxa"/>
              <w:bottom w:w="80" w:type="dxa"/>
              <w:right w:w="90" w:type="dxa"/>
            </w:tcMar>
            <w:vAlign w:val="center"/>
          </w:tcPr>
          <w:p w14:paraId="294618A9" w14:textId="77777777" w:rsidR="00C10485" w:rsidRPr="00B41C7F" w:rsidRDefault="00000000">
            <w:pPr>
              <w:spacing w:after="0" w:line="240" w:lineRule="auto"/>
              <w:jc w:val="center"/>
              <w:rPr>
                <w:lang w:val="mn-MN"/>
              </w:rPr>
            </w:pPr>
            <w:r w:rsidRPr="00B41C7F">
              <w:rPr>
                <w:sz w:val="19"/>
                <w:lang w:val="mn-MN"/>
              </w:rPr>
              <w:t>1</w:t>
            </w:r>
          </w:p>
        </w:tc>
        <w:tc>
          <w:tcPr>
            <w:tcW w:w="3231" w:type="dxa"/>
            <w:tcMar>
              <w:top w:w="80" w:type="dxa"/>
              <w:left w:w="90" w:type="dxa"/>
              <w:bottom w:w="80" w:type="dxa"/>
              <w:right w:w="90" w:type="dxa"/>
            </w:tcMar>
            <w:vAlign w:val="center"/>
          </w:tcPr>
          <w:p w14:paraId="012CC41F" w14:textId="77777777" w:rsidR="00C10485" w:rsidRPr="00B41C7F" w:rsidRDefault="00000000">
            <w:pPr>
              <w:spacing w:after="0" w:line="240" w:lineRule="auto"/>
              <w:rPr>
                <w:lang w:val="mn-MN"/>
              </w:rPr>
            </w:pPr>
            <w:r w:rsidRPr="00B41C7F">
              <w:rPr>
                <w:sz w:val="19"/>
                <w:lang w:val="mn-MN"/>
              </w:rPr>
              <w:t>Шинэчилсэн хилийн заагийг газар дээр тогтоож, тэмдэгжүүлэх; мэдээллийн сан, кадастрын бүртгэлийг шинэчлэх</w:t>
            </w:r>
          </w:p>
        </w:tc>
        <w:tc>
          <w:tcPr>
            <w:tcW w:w="4195" w:type="dxa"/>
            <w:tcMar>
              <w:top w:w="80" w:type="dxa"/>
              <w:left w:w="90" w:type="dxa"/>
              <w:bottom w:w="80" w:type="dxa"/>
              <w:right w:w="90" w:type="dxa"/>
            </w:tcMar>
            <w:vAlign w:val="center"/>
          </w:tcPr>
          <w:p w14:paraId="2D6C79A2" w14:textId="77777777" w:rsidR="00C10485" w:rsidRPr="00B41C7F" w:rsidRDefault="00000000">
            <w:pPr>
              <w:spacing w:after="0" w:line="240" w:lineRule="auto"/>
              <w:rPr>
                <w:lang w:val="mn-MN"/>
              </w:rPr>
            </w:pPr>
            <w:r w:rsidRPr="00B41C7F">
              <w:rPr>
                <w:sz w:val="19"/>
                <w:lang w:val="mn-MN"/>
              </w:rPr>
              <w:t>Одоо байгаа хүний нөөцөөр нэг удаа гүйцэтгэж, материал, тээвэр, томилолтын зардлыг батлагдсан төсөвт багтаана.</w:t>
            </w:r>
          </w:p>
        </w:tc>
        <w:tc>
          <w:tcPr>
            <w:tcW w:w="1939" w:type="dxa"/>
            <w:tcMar>
              <w:top w:w="80" w:type="dxa"/>
              <w:left w:w="90" w:type="dxa"/>
              <w:bottom w:w="80" w:type="dxa"/>
              <w:right w:w="90" w:type="dxa"/>
            </w:tcMar>
            <w:vAlign w:val="center"/>
          </w:tcPr>
          <w:p w14:paraId="35830150" w14:textId="77777777" w:rsidR="00C10485" w:rsidRPr="00B41C7F" w:rsidRDefault="00000000">
            <w:pPr>
              <w:spacing w:after="0" w:line="240" w:lineRule="auto"/>
              <w:jc w:val="center"/>
              <w:rPr>
                <w:lang w:val="mn-MN"/>
              </w:rPr>
            </w:pPr>
            <w:r w:rsidRPr="00B41C7F">
              <w:rPr>
                <w:sz w:val="19"/>
                <w:lang w:val="mn-MN"/>
              </w:rPr>
              <w:t>0 төгрөг</w:t>
            </w:r>
          </w:p>
        </w:tc>
      </w:tr>
      <w:tr w:rsidR="00C10485" w:rsidRPr="00B41C7F" w14:paraId="58297EF9" w14:textId="77777777" w:rsidTr="0003776B">
        <w:trPr>
          <w:jc w:val="center"/>
        </w:trPr>
        <w:tc>
          <w:tcPr>
            <w:tcW w:w="399" w:type="dxa"/>
            <w:tcMar>
              <w:top w:w="80" w:type="dxa"/>
              <w:left w:w="90" w:type="dxa"/>
              <w:bottom w:w="80" w:type="dxa"/>
              <w:right w:w="90" w:type="dxa"/>
            </w:tcMar>
            <w:vAlign w:val="center"/>
          </w:tcPr>
          <w:p w14:paraId="1BBBFBB3" w14:textId="77777777" w:rsidR="00C10485" w:rsidRPr="00B41C7F" w:rsidRDefault="00000000">
            <w:pPr>
              <w:spacing w:after="0" w:line="240" w:lineRule="auto"/>
              <w:jc w:val="center"/>
              <w:rPr>
                <w:lang w:val="mn-MN"/>
              </w:rPr>
            </w:pPr>
            <w:r w:rsidRPr="00B41C7F">
              <w:rPr>
                <w:sz w:val="19"/>
                <w:lang w:val="mn-MN"/>
              </w:rPr>
              <w:t>2</w:t>
            </w:r>
          </w:p>
        </w:tc>
        <w:tc>
          <w:tcPr>
            <w:tcW w:w="3231" w:type="dxa"/>
            <w:tcMar>
              <w:top w:w="80" w:type="dxa"/>
              <w:left w:w="90" w:type="dxa"/>
              <w:bottom w:w="80" w:type="dxa"/>
              <w:right w:w="90" w:type="dxa"/>
            </w:tcMar>
            <w:vAlign w:val="center"/>
          </w:tcPr>
          <w:p w14:paraId="15B3C730" w14:textId="77777777" w:rsidR="00C10485" w:rsidRPr="00B41C7F" w:rsidRDefault="00000000">
            <w:pPr>
              <w:spacing w:after="0" w:line="240" w:lineRule="auto"/>
              <w:rPr>
                <w:lang w:val="mn-MN"/>
              </w:rPr>
            </w:pPr>
            <w:r w:rsidRPr="00B41C7F">
              <w:rPr>
                <w:sz w:val="19"/>
                <w:lang w:val="mn-MN"/>
              </w:rPr>
              <w:t>Ордын нөөц, тусгай зөвшөөрөл, хөрөнгө оруулалт, төрийн оролцоо, Монгол Улсад ногдох өгөөжийг судалж шийдвэрлэх</w:t>
            </w:r>
          </w:p>
        </w:tc>
        <w:tc>
          <w:tcPr>
            <w:tcW w:w="4195" w:type="dxa"/>
            <w:tcMar>
              <w:top w:w="80" w:type="dxa"/>
              <w:left w:w="90" w:type="dxa"/>
              <w:bottom w:w="80" w:type="dxa"/>
              <w:right w:w="90" w:type="dxa"/>
            </w:tcMar>
            <w:vAlign w:val="center"/>
          </w:tcPr>
          <w:p w14:paraId="2CED4904" w14:textId="77777777" w:rsidR="00C10485" w:rsidRPr="00B41C7F" w:rsidRDefault="00000000">
            <w:pPr>
              <w:spacing w:after="0" w:line="240" w:lineRule="auto"/>
              <w:rPr>
                <w:lang w:val="mn-MN"/>
              </w:rPr>
            </w:pPr>
            <w:r w:rsidRPr="00B41C7F">
              <w:rPr>
                <w:sz w:val="19"/>
                <w:lang w:val="mn-MN"/>
              </w:rPr>
              <w:t>Холбогдох байгууллагын бодлогын болон мэргэжлийн чиг үүргийн хүрээнд хэрэгжинэ. Шинэ орон тоо шаардахгүй.</w:t>
            </w:r>
          </w:p>
        </w:tc>
        <w:tc>
          <w:tcPr>
            <w:tcW w:w="1939" w:type="dxa"/>
            <w:tcMar>
              <w:top w:w="80" w:type="dxa"/>
              <w:left w:w="90" w:type="dxa"/>
              <w:bottom w:w="80" w:type="dxa"/>
              <w:right w:w="90" w:type="dxa"/>
            </w:tcMar>
            <w:vAlign w:val="center"/>
          </w:tcPr>
          <w:p w14:paraId="2616EA5B" w14:textId="77777777" w:rsidR="00C10485" w:rsidRPr="00B41C7F" w:rsidRDefault="00000000">
            <w:pPr>
              <w:spacing w:after="0" w:line="240" w:lineRule="auto"/>
              <w:jc w:val="center"/>
              <w:rPr>
                <w:lang w:val="mn-MN"/>
              </w:rPr>
            </w:pPr>
            <w:r w:rsidRPr="00B41C7F">
              <w:rPr>
                <w:sz w:val="19"/>
                <w:lang w:val="mn-MN"/>
              </w:rPr>
              <w:t>0 төгрөг</w:t>
            </w:r>
          </w:p>
        </w:tc>
      </w:tr>
      <w:tr w:rsidR="00C10485" w:rsidRPr="00B41C7F" w14:paraId="63B19AD7" w14:textId="77777777" w:rsidTr="0003776B">
        <w:trPr>
          <w:jc w:val="center"/>
        </w:trPr>
        <w:tc>
          <w:tcPr>
            <w:tcW w:w="399" w:type="dxa"/>
            <w:tcMar>
              <w:top w:w="80" w:type="dxa"/>
              <w:left w:w="90" w:type="dxa"/>
              <w:bottom w:w="80" w:type="dxa"/>
              <w:right w:w="90" w:type="dxa"/>
            </w:tcMar>
            <w:vAlign w:val="center"/>
          </w:tcPr>
          <w:p w14:paraId="4AF8EF19" w14:textId="77777777" w:rsidR="00C10485" w:rsidRPr="00B41C7F" w:rsidRDefault="00000000">
            <w:pPr>
              <w:spacing w:after="0" w:line="240" w:lineRule="auto"/>
              <w:jc w:val="center"/>
              <w:rPr>
                <w:lang w:val="mn-MN"/>
              </w:rPr>
            </w:pPr>
            <w:r w:rsidRPr="00B41C7F">
              <w:rPr>
                <w:sz w:val="19"/>
                <w:lang w:val="mn-MN"/>
              </w:rPr>
              <w:t>3</w:t>
            </w:r>
          </w:p>
        </w:tc>
        <w:tc>
          <w:tcPr>
            <w:tcW w:w="3231" w:type="dxa"/>
            <w:tcMar>
              <w:top w:w="80" w:type="dxa"/>
              <w:left w:w="90" w:type="dxa"/>
              <w:bottom w:w="80" w:type="dxa"/>
              <w:right w:w="90" w:type="dxa"/>
            </w:tcMar>
            <w:vAlign w:val="center"/>
          </w:tcPr>
          <w:p w14:paraId="4AF9675A" w14:textId="77777777" w:rsidR="00C10485" w:rsidRPr="00B41C7F" w:rsidRDefault="00000000">
            <w:pPr>
              <w:spacing w:after="0" w:line="240" w:lineRule="auto"/>
              <w:rPr>
                <w:lang w:val="mn-MN"/>
              </w:rPr>
            </w:pPr>
            <w:r w:rsidRPr="00B41C7F">
              <w:rPr>
                <w:sz w:val="19"/>
                <w:lang w:val="mn-MN"/>
              </w:rPr>
              <w:t>Байгаль орчны хамгаалалт, нөхөн сэргээлт, уурхайн хаалт, санхүүгийн баталгаанд хяналт тавих</w:t>
            </w:r>
          </w:p>
        </w:tc>
        <w:tc>
          <w:tcPr>
            <w:tcW w:w="4195" w:type="dxa"/>
            <w:tcMar>
              <w:top w:w="80" w:type="dxa"/>
              <w:left w:w="90" w:type="dxa"/>
              <w:bottom w:w="80" w:type="dxa"/>
              <w:right w:w="90" w:type="dxa"/>
            </w:tcMar>
            <w:vAlign w:val="center"/>
          </w:tcPr>
          <w:p w14:paraId="5CFEB64B" w14:textId="77777777" w:rsidR="00C10485" w:rsidRPr="00B41C7F" w:rsidRDefault="00000000">
            <w:pPr>
              <w:spacing w:after="0" w:line="240" w:lineRule="auto"/>
              <w:rPr>
                <w:lang w:val="mn-MN"/>
              </w:rPr>
            </w:pPr>
            <w:r w:rsidRPr="00B41C7F">
              <w:rPr>
                <w:sz w:val="19"/>
                <w:lang w:val="mn-MN"/>
              </w:rPr>
              <w:t>Төрийн байгууллага одоогийн хяналтын чиг үүргээр хэрэгжүүлнэ. Бодит хэрэгжилтийн зардлыг хууль тогтоомж, гэрээний дагуу төсөл хэрэгжүүлэгч хариуцна.</w:t>
            </w:r>
          </w:p>
        </w:tc>
        <w:tc>
          <w:tcPr>
            <w:tcW w:w="1939" w:type="dxa"/>
            <w:tcMar>
              <w:top w:w="80" w:type="dxa"/>
              <w:left w:w="90" w:type="dxa"/>
              <w:bottom w:w="80" w:type="dxa"/>
              <w:right w:w="90" w:type="dxa"/>
            </w:tcMar>
            <w:vAlign w:val="center"/>
          </w:tcPr>
          <w:p w14:paraId="32A449D7" w14:textId="77777777" w:rsidR="00C10485" w:rsidRPr="00B41C7F" w:rsidRDefault="00000000">
            <w:pPr>
              <w:spacing w:after="0" w:line="240" w:lineRule="auto"/>
              <w:jc w:val="center"/>
              <w:rPr>
                <w:lang w:val="mn-MN"/>
              </w:rPr>
            </w:pPr>
            <w:r w:rsidRPr="00B41C7F">
              <w:rPr>
                <w:sz w:val="19"/>
                <w:lang w:val="mn-MN"/>
              </w:rPr>
              <w:t>0 төгрөг</w:t>
            </w:r>
          </w:p>
        </w:tc>
      </w:tr>
      <w:tr w:rsidR="00C10485" w:rsidRPr="00B41C7F" w14:paraId="52E00241" w14:textId="77777777" w:rsidTr="0003776B">
        <w:trPr>
          <w:jc w:val="center"/>
        </w:trPr>
        <w:tc>
          <w:tcPr>
            <w:tcW w:w="399" w:type="dxa"/>
            <w:tcMar>
              <w:top w:w="80" w:type="dxa"/>
              <w:left w:w="90" w:type="dxa"/>
              <w:bottom w:w="80" w:type="dxa"/>
              <w:right w:w="90" w:type="dxa"/>
            </w:tcMar>
            <w:vAlign w:val="center"/>
          </w:tcPr>
          <w:p w14:paraId="2F8E0CDD" w14:textId="77777777" w:rsidR="00C10485" w:rsidRPr="00B41C7F" w:rsidRDefault="00000000">
            <w:pPr>
              <w:spacing w:after="0" w:line="240" w:lineRule="auto"/>
              <w:jc w:val="center"/>
              <w:rPr>
                <w:lang w:val="mn-MN"/>
              </w:rPr>
            </w:pPr>
            <w:r w:rsidRPr="00B41C7F">
              <w:rPr>
                <w:sz w:val="19"/>
                <w:lang w:val="mn-MN"/>
              </w:rPr>
              <w:t>4</w:t>
            </w:r>
          </w:p>
        </w:tc>
        <w:tc>
          <w:tcPr>
            <w:tcW w:w="3231" w:type="dxa"/>
            <w:tcMar>
              <w:top w:w="80" w:type="dxa"/>
              <w:left w:w="90" w:type="dxa"/>
              <w:bottom w:w="80" w:type="dxa"/>
              <w:right w:w="90" w:type="dxa"/>
            </w:tcMar>
            <w:vAlign w:val="center"/>
          </w:tcPr>
          <w:p w14:paraId="77903D31" w14:textId="77777777" w:rsidR="00C10485" w:rsidRPr="00B41C7F" w:rsidRDefault="00000000">
            <w:pPr>
              <w:spacing w:after="0" w:line="240" w:lineRule="auto"/>
              <w:rPr>
                <w:lang w:val="mn-MN"/>
              </w:rPr>
            </w:pPr>
            <w:r w:rsidRPr="00B41C7F">
              <w:rPr>
                <w:sz w:val="19"/>
                <w:lang w:val="mn-MN"/>
              </w:rPr>
              <w:t>Олон нийтэд мэдээлэх, орон нутгийн иргэдийн оролцоог хангах</w:t>
            </w:r>
          </w:p>
        </w:tc>
        <w:tc>
          <w:tcPr>
            <w:tcW w:w="4195" w:type="dxa"/>
            <w:tcMar>
              <w:top w:w="80" w:type="dxa"/>
              <w:left w:w="90" w:type="dxa"/>
              <w:bottom w:w="80" w:type="dxa"/>
              <w:right w:w="90" w:type="dxa"/>
            </w:tcMar>
            <w:vAlign w:val="center"/>
          </w:tcPr>
          <w:p w14:paraId="738888DE" w14:textId="77777777" w:rsidR="00C10485" w:rsidRPr="00B41C7F" w:rsidRDefault="00000000">
            <w:pPr>
              <w:spacing w:after="0" w:line="240" w:lineRule="auto"/>
              <w:rPr>
                <w:lang w:val="mn-MN"/>
              </w:rPr>
            </w:pPr>
            <w:r w:rsidRPr="00B41C7F">
              <w:rPr>
                <w:sz w:val="19"/>
                <w:lang w:val="mn-MN"/>
              </w:rPr>
              <w:t>Одоо ашиглаж байгаа цахим хуудас, мэдээллийн суваг, уулзалт хэлэлцүүлгийн хүрээнд зохион байгуулна.</w:t>
            </w:r>
          </w:p>
        </w:tc>
        <w:tc>
          <w:tcPr>
            <w:tcW w:w="1939" w:type="dxa"/>
            <w:tcMar>
              <w:top w:w="80" w:type="dxa"/>
              <w:left w:w="90" w:type="dxa"/>
              <w:bottom w:w="80" w:type="dxa"/>
              <w:right w:w="90" w:type="dxa"/>
            </w:tcMar>
            <w:vAlign w:val="center"/>
          </w:tcPr>
          <w:p w14:paraId="57F7A774" w14:textId="77777777" w:rsidR="00C10485" w:rsidRPr="00B41C7F" w:rsidRDefault="00000000">
            <w:pPr>
              <w:spacing w:after="0" w:line="240" w:lineRule="auto"/>
              <w:jc w:val="center"/>
              <w:rPr>
                <w:lang w:val="mn-MN"/>
              </w:rPr>
            </w:pPr>
            <w:r w:rsidRPr="00B41C7F">
              <w:rPr>
                <w:sz w:val="19"/>
                <w:lang w:val="mn-MN"/>
              </w:rPr>
              <w:t>0 төгрөг</w:t>
            </w:r>
          </w:p>
        </w:tc>
      </w:tr>
    </w:tbl>
    <w:p w14:paraId="781D4037" w14:textId="77777777" w:rsidR="00116AF9" w:rsidRDefault="00116AF9">
      <w:pPr>
        <w:spacing w:after="0" w:line="240" w:lineRule="auto"/>
        <w:ind w:firstLine="567"/>
        <w:jc w:val="both"/>
        <w:rPr>
          <w:lang w:val="mn-MN"/>
        </w:rPr>
      </w:pPr>
    </w:p>
    <w:p w14:paraId="76C34DC7" w14:textId="39687A01" w:rsidR="00C10485" w:rsidRDefault="00000000">
      <w:pPr>
        <w:spacing w:after="0" w:line="240" w:lineRule="auto"/>
        <w:ind w:firstLine="567"/>
        <w:jc w:val="both"/>
        <w:rPr>
          <w:lang w:val="mn-MN"/>
        </w:rPr>
      </w:pPr>
      <w:r w:rsidRPr="00B41C7F">
        <w:rPr>
          <w:lang w:val="mn-MN"/>
        </w:rPr>
        <w:t>Тогтоолын төсөлд шинэ байгууллага, нэгж, орон тоо, мэдээллийн систем, тогтмол үйлчилгээ бий болгох зохицуулалт тусгагдаагүй. Иймд төрийн байгууллагын хүний нөөцийн болон жил бүр давтагдах нэмэлт зардал үүсэхгүй. Хилийн заагийг газар дээр тэмдэгжүүлэх, бүртгэл шинэчлэх нэг удаагийн ажлыг холбогдох байгууллагын батлагдсан төсөвт багтаан гүйцэтгэх боломжтой гэж үзэв.</w:t>
      </w:r>
    </w:p>
    <w:p w14:paraId="7A876EB3" w14:textId="77777777" w:rsidR="00DA5ADB" w:rsidRPr="00B41C7F" w:rsidRDefault="00DA5ADB">
      <w:pPr>
        <w:spacing w:after="0" w:line="240" w:lineRule="auto"/>
        <w:ind w:firstLine="567"/>
        <w:jc w:val="both"/>
        <w:rPr>
          <w:lang w:val="mn-MN"/>
        </w:rPr>
      </w:pPr>
    </w:p>
    <w:p w14:paraId="3D8BC726" w14:textId="591926C4" w:rsidR="00C10485" w:rsidRDefault="00DA5ADB">
      <w:pPr>
        <w:keepNext/>
        <w:spacing w:before="120" w:after="80" w:line="240" w:lineRule="auto"/>
        <w:jc w:val="both"/>
        <w:rPr>
          <w:b/>
          <w:lang w:val="mn-MN"/>
        </w:rPr>
      </w:pPr>
      <w:r w:rsidRPr="00B41C7F">
        <w:rPr>
          <w:b/>
          <w:lang w:val="mn-MN"/>
        </w:rPr>
        <w:t>ТАВ. ЗАРДЛЫН НЭГДСЭН ДҮН, ДҮГНЭЛТ</w:t>
      </w:r>
    </w:p>
    <w:p w14:paraId="1D3507D8" w14:textId="77777777" w:rsidR="00DA5ADB" w:rsidRPr="00B41C7F" w:rsidRDefault="00DA5ADB">
      <w:pPr>
        <w:keepNext/>
        <w:spacing w:before="120" w:after="80" w:line="240" w:lineRule="auto"/>
        <w:jc w:val="both"/>
        <w:rPr>
          <w:lang w:val="mn-MN"/>
        </w:rPr>
      </w:pPr>
    </w:p>
    <w:tbl>
      <w:tblPr>
        <w:tblW w:w="989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11"/>
        <w:gridCol w:w="5953"/>
        <w:gridCol w:w="3230"/>
      </w:tblGrid>
      <w:tr w:rsidR="00C10485" w:rsidRPr="00B41C7F" w14:paraId="38910F2F" w14:textId="77777777" w:rsidTr="0003776B">
        <w:trPr>
          <w:tblHeader/>
          <w:jc w:val="center"/>
        </w:trPr>
        <w:tc>
          <w:tcPr>
            <w:tcW w:w="711" w:type="dxa"/>
            <w:shd w:val="clear" w:color="auto" w:fill="D9E1F2"/>
            <w:tcMar>
              <w:top w:w="80" w:type="dxa"/>
              <w:left w:w="90" w:type="dxa"/>
              <w:bottom w:w="80" w:type="dxa"/>
              <w:right w:w="90" w:type="dxa"/>
            </w:tcMar>
            <w:vAlign w:val="center"/>
          </w:tcPr>
          <w:p w14:paraId="3663E063" w14:textId="77777777" w:rsidR="00C10485" w:rsidRPr="00B41C7F" w:rsidRDefault="00000000">
            <w:pPr>
              <w:spacing w:after="0" w:line="240" w:lineRule="auto"/>
              <w:jc w:val="center"/>
              <w:rPr>
                <w:lang w:val="mn-MN"/>
              </w:rPr>
            </w:pPr>
            <w:r w:rsidRPr="00B41C7F">
              <w:rPr>
                <w:b/>
                <w:sz w:val="21"/>
                <w:lang w:val="mn-MN"/>
              </w:rPr>
              <w:t>№</w:t>
            </w:r>
          </w:p>
        </w:tc>
        <w:tc>
          <w:tcPr>
            <w:tcW w:w="5953" w:type="dxa"/>
            <w:shd w:val="clear" w:color="auto" w:fill="D9E1F2"/>
            <w:tcMar>
              <w:top w:w="80" w:type="dxa"/>
              <w:left w:w="90" w:type="dxa"/>
              <w:bottom w:w="80" w:type="dxa"/>
              <w:right w:w="90" w:type="dxa"/>
            </w:tcMar>
            <w:vAlign w:val="center"/>
          </w:tcPr>
          <w:p w14:paraId="30A3F8CD" w14:textId="77777777" w:rsidR="00C10485" w:rsidRPr="00B41C7F" w:rsidRDefault="00000000">
            <w:pPr>
              <w:spacing w:after="0" w:line="240" w:lineRule="auto"/>
              <w:jc w:val="center"/>
              <w:rPr>
                <w:lang w:val="mn-MN"/>
              </w:rPr>
            </w:pPr>
            <w:r w:rsidRPr="00B41C7F">
              <w:rPr>
                <w:b/>
                <w:sz w:val="21"/>
                <w:lang w:val="mn-MN"/>
              </w:rPr>
              <w:t>Зардал үүсэх этгээд</w:t>
            </w:r>
          </w:p>
        </w:tc>
        <w:tc>
          <w:tcPr>
            <w:tcW w:w="3230" w:type="dxa"/>
            <w:shd w:val="clear" w:color="auto" w:fill="D9E1F2"/>
            <w:tcMar>
              <w:top w:w="80" w:type="dxa"/>
              <w:left w:w="90" w:type="dxa"/>
              <w:bottom w:w="80" w:type="dxa"/>
              <w:right w:w="90" w:type="dxa"/>
            </w:tcMar>
            <w:vAlign w:val="center"/>
          </w:tcPr>
          <w:p w14:paraId="1D8CAB37" w14:textId="77777777" w:rsidR="00C10485" w:rsidRPr="00B41C7F" w:rsidRDefault="00000000">
            <w:pPr>
              <w:spacing w:after="0" w:line="240" w:lineRule="auto"/>
              <w:jc w:val="center"/>
              <w:rPr>
                <w:lang w:val="mn-MN"/>
              </w:rPr>
            </w:pPr>
            <w:r w:rsidRPr="00B41C7F">
              <w:rPr>
                <w:b/>
                <w:sz w:val="21"/>
                <w:lang w:val="mn-MN"/>
              </w:rPr>
              <w:t>Нэмэлт зардлын дүн</w:t>
            </w:r>
          </w:p>
        </w:tc>
      </w:tr>
      <w:tr w:rsidR="00C10485" w:rsidRPr="00B41C7F" w14:paraId="7CD383F1" w14:textId="77777777" w:rsidTr="0003776B">
        <w:trPr>
          <w:jc w:val="center"/>
        </w:trPr>
        <w:tc>
          <w:tcPr>
            <w:tcW w:w="711" w:type="dxa"/>
            <w:tcMar>
              <w:top w:w="80" w:type="dxa"/>
              <w:left w:w="90" w:type="dxa"/>
              <w:bottom w:w="80" w:type="dxa"/>
              <w:right w:w="90" w:type="dxa"/>
            </w:tcMar>
            <w:vAlign w:val="center"/>
          </w:tcPr>
          <w:p w14:paraId="30004C60" w14:textId="77777777" w:rsidR="00C10485" w:rsidRPr="00B41C7F" w:rsidRDefault="00000000">
            <w:pPr>
              <w:spacing w:after="0" w:line="240" w:lineRule="auto"/>
              <w:jc w:val="center"/>
              <w:rPr>
                <w:lang w:val="mn-MN"/>
              </w:rPr>
            </w:pPr>
            <w:r w:rsidRPr="00B41C7F">
              <w:rPr>
                <w:sz w:val="21"/>
                <w:lang w:val="mn-MN"/>
              </w:rPr>
              <w:t>1</w:t>
            </w:r>
          </w:p>
        </w:tc>
        <w:tc>
          <w:tcPr>
            <w:tcW w:w="5953" w:type="dxa"/>
            <w:tcMar>
              <w:top w:w="80" w:type="dxa"/>
              <w:left w:w="90" w:type="dxa"/>
              <w:bottom w:w="80" w:type="dxa"/>
              <w:right w:w="90" w:type="dxa"/>
            </w:tcMar>
            <w:vAlign w:val="center"/>
          </w:tcPr>
          <w:p w14:paraId="167ED199" w14:textId="77777777" w:rsidR="00C10485" w:rsidRPr="00B41C7F" w:rsidRDefault="00000000">
            <w:pPr>
              <w:spacing w:after="0" w:line="240" w:lineRule="auto"/>
              <w:rPr>
                <w:lang w:val="mn-MN"/>
              </w:rPr>
            </w:pPr>
            <w:r w:rsidRPr="00B41C7F">
              <w:rPr>
                <w:sz w:val="21"/>
                <w:lang w:val="mn-MN"/>
              </w:rPr>
              <w:t>Хуулийн этгээд</w:t>
            </w:r>
          </w:p>
        </w:tc>
        <w:tc>
          <w:tcPr>
            <w:tcW w:w="3230" w:type="dxa"/>
            <w:tcMar>
              <w:top w:w="80" w:type="dxa"/>
              <w:left w:w="90" w:type="dxa"/>
              <w:bottom w:w="80" w:type="dxa"/>
              <w:right w:w="90" w:type="dxa"/>
            </w:tcMar>
            <w:vAlign w:val="center"/>
          </w:tcPr>
          <w:p w14:paraId="1A3BA271" w14:textId="77777777" w:rsidR="00C10485" w:rsidRPr="00B41C7F" w:rsidRDefault="00000000">
            <w:pPr>
              <w:spacing w:after="0" w:line="240" w:lineRule="auto"/>
              <w:jc w:val="center"/>
              <w:rPr>
                <w:lang w:val="mn-MN"/>
              </w:rPr>
            </w:pPr>
            <w:r w:rsidRPr="00B41C7F">
              <w:rPr>
                <w:sz w:val="21"/>
                <w:lang w:val="mn-MN"/>
              </w:rPr>
              <w:t>0 төгрөг</w:t>
            </w:r>
          </w:p>
        </w:tc>
      </w:tr>
      <w:tr w:rsidR="00C10485" w:rsidRPr="00B41C7F" w14:paraId="1AF0FD56" w14:textId="77777777" w:rsidTr="0003776B">
        <w:trPr>
          <w:jc w:val="center"/>
        </w:trPr>
        <w:tc>
          <w:tcPr>
            <w:tcW w:w="711" w:type="dxa"/>
            <w:tcMar>
              <w:top w:w="80" w:type="dxa"/>
              <w:left w:w="90" w:type="dxa"/>
              <w:bottom w:w="80" w:type="dxa"/>
              <w:right w:w="90" w:type="dxa"/>
            </w:tcMar>
            <w:vAlign w:val="center"/>
          </w:tcPr>
          <w:p w14:paraId="5979ABE9" w14:textId="77777777" w:rsidR="00C10485" w:rsidRPr="00B41C7F" w:rsidRDefault="00000000">
            <w:pPr>
              <w:spacing w:after="0" w:line="240" w:lineRule="auto"/>
              <w:jc w:val="center"/>
              <w:rPr>
                <w:lang w:val="mn-MN"/>
              </w:rPr>
            </w:pPr>
            <w:r w:rsidRPr="00B41C7F">
              <w:rPr>
                <w:sz w:val="21"/>
                <w:lang w:val="mn-MN"/>
              </w:rPr>
              <w:t>2</w:t>
            </w:r>
          </w:p>
        </w:tc>
        <w:tc>
          <w:tcPr>
            <w:tcW w:w="5953" w:type="dxa"/>
            <w:tcMar>
              <w:top w:w="80" w:type="dxa"/>
              <w:left w:w="90" w:type="dxa"/>
              <w:bottom w:w="80" w:type="dxa"/>
              <w:right w:w="90" w:type="dxa"/>
            </w:tcMar>
            <w:vAlign w:val="center"/>
          </w:tcPr>
          <w:p w14:paraId="2BC4F11F" w14:textId="77777777" w:rsidR="00C10485" w:rsidRPr="00B41C7F" w:rsidRDefault="00000000">
            <w:pPr>
              <w:spacing w:after="0" w:line="240" w:lineRule="auto"/>
              <w:rPr>
                <w:lang w:val="mn-MN"/>
              </w:rPr>
            </w:pPr>
            <w:r w:rsidRPr="00B41C7F">
              <w:rPr>
                <w:sz w:val="21"/>
                <w:lang w:val="mn-MN"/>
              </w:rPr>
              <w:t>Иргэн</w:t>
            </w:r>
          </w:p>
        </w:tc>
        <w:tc>
          <w:tcPr>
            <w:tcW w:w="3230" w:type="dxa"/>
            <w:tcMar>
              <w:top w:w="80" w:type="dxa"/>
              <w:left w:w="90" w:type="dxa"/>
              <w:bottom w:w="80" w:type="dxa"/>
              <w:right w:w="90" w:type="dxa"/>
            </w:tcMar>
            <w:vAlign w:val="center"/>
          </w:tcPr>
          <w:p w14:paraId="3D63062F" w14:textId="77777777" w:rsidR="00C10485" w:rsidRPr="00B41C7F" w:rsidRDefault="00000000">
            <w:pPr>
              <w:spacing w:after="0" w:line="240" w:lineRule="auto"/>
              <w:jc w:val="center"/>
              <w:rPr>
                <w:lang w:val="mn-MN"/>
              </w:rPr>
            </w:pPr>
            <w:r w:rsidRPr="00B41C7F">
              <w:rPr>
                <w:sz w:val="21"/>
                <w:lang w:val="mn-MN"/>
              </w:rPr>
              <w:t>0 төгрөг</w:t>
            </w:r>
          </w:p>
        </w:tc>
      </w:tr>
      <w:tr w:rsidR="00C10485" w:rsidRPr="00B41C7F" w14:paraId="6B0E9B77" w14:textId="77777777" w:rsidTr="0003776B">
        <w:trPr>
          <w:jc w:val="center"/>
        </w:trPr>
        <w:tc>
          <w:tcPr>
            <w:tcW w:w="711" w:type="dxa"/>
            <w:tcMar>
              <w:top w:w="80" w:type="dxa"/>
              <w:left w:w="90" w:type="dxa"/>
              <w:bottom w:w="80" w:type="dxa"/>
              <w:right w:w="90" w:type="dxa"/>
            </w:tcMar>
            <w:vAlign w:val="center"/>
          </w:tcPr>
          <w:p w14:paraId="2A3391ED" w14:textId="77777777" w:rsidR="00C10485" w:rsidRPr="00B41C7F" w:rsidRDefault="00000000">
            <w:pPr>
              <w:spacing w:after="0" w:line="240" w:lineRule="auto"/>
              <w:jc w:val="center"/>
              <w:rPr>
                <w:lang w:val="mn-MN"/>
              </w:rPr>
            </w:pPr>
            <w:r w:rsidRPr="00B41C7F">
              <w:rPr>
                <w:sz w:val="21"/>
                <w:lang w:val="mn-MN"/>
              </w:rPr>
              <w:t>3</w:t>
            </w:r>
          </w:p>
        </w:tc>
        <w:tc>
          <w:tcPr>
            <w:tcW w:w="5953" w:type="dxa"/>
            <w:tcMar>
              <w:top w:w="80" w:type="dxa"/>
              <w:left w:w="90" w:type="dxa"/>
              <w:bottom w:w="80" w:type="dxa"/>
              <w:right w:w="90" w:type="dxa"/>
            </w:tcMar>
            <w:vAlign w:val="center"/>
          </w:tcPr>
          <w:p w14:paraId="17720818" w14:textId="77777777" w:rsidR="00C10485" w:rsidRPr="00B41C7F" w:rsidRDefault="00000000">
            <w:pPr>
              <w:spacing w:after="0" w:line="240" w:lineRule="auto"/>
              <w:rPr>
                <w:lang w:val="mn-MN"/>
              </w:rPr>
            </w:pPr>
            <w:r w:rsidRPr="00B41C7F">
              <w:rPr>
                <w:sz w:val="21"/>
                <w:lang w:val="mn-MN"/>
              </w:rPr>
              <w:t>Төрийн байгууллага /улсын төсөв/</w:t>
            </w:r>
          </w:p>
        </w:tc>
        <w:tc>
          <w:tcPr>
            <w:tcW w:w="3230" w:type="dxa"/>
            <w:tcMar>
              <w:top w:w="80" w:type="dxa"/>
              <w:left w:w="90" w:type="dxa"/>
              <w:bottom w:w="80" w:type="dxa"/>
              <w:right w:w="90" w:type="dxa"/>
            </w:tcMar>
            <w:vAlign w:val="center"/>
          </w:tcPr>
          <w:p w14:paraId="0CAD2FC7" w14:textId="77777777" w:rsidR="00C10485" w:rsidRPr="00B41C7F" w:rsidRDefault="00000000">
            <w:pPr>
              <w:spacing w:after="0" w:line="240" w:lineRule="auto"/>
              <w:jc w:val="center"/>
              <w:rPr>
                <w:lang w:val="mn-MN"/>
              </w:rPr>
            </w:pPr>
            <w:r w:rsidRPr="00B41C7F">
              <w:rPr>
                <w:sz w:val="21"/>
                <w:lang w:val="mn-MN"/>
              </w:rPr>
              <w:t>0 төгрөг</w:t>
            </w:r>
          </w:p>
        </w:tc>
      </w:tr>
      <w:tr w:rsidR="00C10485" w:rsidRPr="00B41C7F" w14:paraId="25016799" w14:textId="77777777" w:rsidTr="0003776B">
        <w:trPr>
          <w:jc w:val="center"/>
        </w:trPr>
        <w:tc>
          <w:tcPr>
            <w:tcW w:w="711" w:type="dxa"/>
            <w:shd w:val="clear" w:color="auto" w:fill="E2F0D9"/>
            <w:tcMar>
              <w:top w:w="80" w:type="dxa"/>
              <w:left w:w="90" w:type="dxa"/>
              <w:bottom w:w="80" w:type="dxa"/>
              <w:right w:w="90" w:type="dxa"/>
            </w:tcMar>
            <w:vAlign w:val="center"/>
          </w:tcPr>
          <w:p w14:paraId="2A6F0A96" w14:textId="77777777" w:rsidR="00C10485" w:rsidRPr="00B41C7F" w:rsidRDefault="00C10485">
            <w:pPr>
              <w:spacing w:after="0" w:line="240" w:lineRule="auto"/>
              <w:jc w:val="center"/>
              <w:rPr>
                <w:lang w:val="mn-MN"/>
              </w:rPr>
            </w:pPr>
          </w:p>
        </w:tc>
        <w:tc>
          <w:tcPr>
            <w:tcW w:w="5953" w:type="dxa"/>
            <w:shd w:val="clear" w:color="auto" w:fill="E2F0D9"/>
            <w:tcMar>
              <w:top w:w="80" w:type="dxa"/>
              <w:left w:w="90" w:type="dxa"/>
              <w:bottom w:w="80" w:type="dxa"/>
              <w:right w:w="90" w:type="dxa"/>
            </w:tcMar>
            <w:vAlign w:val="center"/>
          </w:tcPr>
          <w:p w14:paraId="00F5D4C4" w14:textId="77777777" w:rsidR="00C10485" w:rsidRPr="00B41C7F" w:rsidRDefault="00000000">
            <w:pPr>
              <w:spacing w:after="0" w:line="240" w:lineRule="auto"/>
              <w:rPr>
                <w:lang w:val="mn-MN"/>
              </w:rPr>
            </w:pPr>
            <w:r w:rsidRPr="00B41C7F">
              <w:rPr>
                <w:b/>
                <w:sz w:val="21"/>
                <w:lang w:val="mn-MN"/>
              </w:rPr>
              <w:t>НИЙТ</w:t>
            </w:r>
          </w:p>
        </w:tc>
        <w:tc>
          <w:tcPr>
            <w:tcW w:w="3230" w:type="dxa"/>
            <w:shd w:val="clear" w:color="auto" w:fill="E2F0D9"/>
            <w:tcMar>
              <w:top w:w="80" w:type="dxa"/>
              <w:left w:w="90" w:type="dxa"/>
              <w:bottom w:w="80" w:type="dxa"/>
              <w:right w:w="90" w:type="dxa"/>
            </w:tcMar>
            <w:vAlign w:val="center"/>
          </w:tcPr>
          <w:p w14:paraId="71F0267C" w14:textId="77777777" w:rsidR="00C10485" w:rsidRPr="00B41C7F" w:rsidRDefault="00000000">
            <w:pPr>
              <w:spacing w:after="0" w:line="240" w:lineRule="auto"/>
              <w:jc w:val="center"/>
              <w:rPr>
                <w:lang w:val="mn-MN"/>
              </w:rPr>
            </w:pPr>
            <w:r w:rsidRPr="00B41C7F">
              <w:rPr>
                <w:b/>
                <w:sz w:val="21"/>
                <w:lang w:val="mn-MN"/>
              </w:rPr>
              <w:t>0 төгрөг</w:t>
            </w:r>
          </w:p>
        </w:tc>
      </w:tr>
    </w:tbl>
    <w:p w14:paraId="7FE4DA75" w14:textId="77777777" w:rsidR="00DA5ADB" w:rsidRDefault="00DA5ADB">
      <w:pPr>
        <w:spacing w:after="0" w:line="240" w:lineRule="auto"/>
        <w:ind w:firstLine="567"/>
        <w:jc w:val="both"/>
        <w:rPr>
          <w:lang w:val="mn-MN"/>
        </w:rPr>
      </w:pPr>
    </w:p>
    <w:p w14:paraId="41F02409" w14:textId="68578060" w:rsidR="00C10485" w:rsidRDefault="00000000">
      <w:pPr>
        <w:spacing w:after="0" w:line="240" w:lineRule="auto"/>
        <w:ind w:firstLine="567"/>
        <w:jc w:val="both"/>
        <w:rPr>
          <w:lang w:val="mn-MN"/>
        </w:rPr>
      </w:pPr>
      <w:r w:rsidRPr="00B41C7F">
        <w:rPr>
          <w:lang w:val="mn-MN"/>
        </w:rPr>
        <w:t>Дээрх тооцоонд үндэслэн тогтоолын төсөл батлагдсанаар иргэн, хуулийн этгээд болон улсын төсөвт шинээр санхүүжүүлэх нэмэлт зардал үүсэхгүй гэж дүгнэв. Тогтоолыг хэрэгжүүлэхтэй холбоотой төрийн байгууллагын ажлыг одоо байгаа бүтэц, орон тоо, батлагдсан төсөвт багтаан гүйцэтгэж, ордын ашиглалт, байгаль орчны хамгаалалт, нөхөн сэргээлт, уурхайн хаалт болон бусад төслийн зардлыг холбогдох хууль тогтоомж, гэрээний дагуу төсөл хэрэгжүүлэгч хариуцна.</w:t>
      </w:r>
    </w:p>
    <w:p w14:paraId="0B683FE9" w14:textId="77777777" w:rsidR="00116AF9" w:rsidRPr="00B41C7F" w:rsidRDefault="00116AF9">
      <w:pPr>
        <w:spacing w:after="0" w:line="240" w:lineRule="auto"/>
        <w:ind w:firstLine="567"/>
        <w:jc w:val="both"/>
        <w:rPr>
          <w:lang w:val="mn-MN"/>
        </w:rPr>
      </w:pPr>
    </w:p>
    <w:p w14:paraId="34A343BD" w14:textId="77777777" w:rsidR="00C10485" w:rsidRDefault="00000000">
      <w:pPr>
        <w:spacing w:after="0" w:line="240" w:lineRule="auto"/>
        <w:ind w:firstLine="567"/>
        <w:jc w:val="both"/>
        <w:rPr>
          <w:lang w:val="mn-MN"/>
        </w:rPr>
      </w:pPr>
      <w:r w:rsidRPr="00B41C7F">
        <w:rPr>
          <w:lang w:val="mn-MN"/>
        </w:rPr>
        <w:lastRenderedPageBreak/>
        <w:t>Санхүүжилтийн эх үүсвэрийг тодорхой болгох зорилгоор тогтоолын төсөлд “энэ тогтоолыг хэрэгжүүлэхтэй холбогдон гарах зардлыг холбогдох байгууллагын батлагдсан төсөв болон хууль тогтоомж, гэрээнд заасны дагуу төсөл хэрэгжүүлэгчийн хөрөнгөөр санхүүжүүлэх” гэсэн агуулгыг тусгах боломжтой.</w:t>
      </w:r>
    </w:p>
    <w:p w14:paraId="084BD8FF" w14:textId="77777777" w:rsidR="00116AF9" w:rsidRDefault="00116AF9">
      <w:pPr>
        <w:spacing w:after="0" w:line="240" w:lineRule="auto"/>
        <w:ind w:firstLine="567"/>
        <w:jc w:val="both"/>
        <w:rPr>
          <w:lang w:val="mn-MN"/>
        </w:rPr>
      </w:pPr>
    </w:p>
    <w:p w14:paraId="34FD67F5" w14:textId="77777777" w:rsidR="00116AF9" w:rsidRPr="00B41C7F" w:rsidRDefault="00116AF9">
      <w:pPr>
        <w:spacing w:after="0" w:line="240" w:lineRule="auto"/>
        <w:ind w:firstLine="567"/>
        <w:jc w:val="both"/>
        <w:rPr>
          <w:lang w:val="mn-MN"/>
        </w:rPr>
      </w:pPr>
    </w:p>
    <w:p w14:paraId="766A74A9" w14:textId="77777777" w:rsidR="00C10485" w:rsidRPr="00B41C7F" w:rsidRDefault="00000000">
      <w:pPr>
        <w:spacing w:before="200"/>
        <w:jc w:val="center"/>
        <w:rPr>
          <w:lang w:val="mn-MN"/>
        </w:rPr>
      </w:pPr>
      <w:r w:rsidRPr="00B41C7F">
        <w:rPr>
          <w:lang w:val="mn-MN"/>
        </w:rPr>
        <w:t>---оОо---</w:t>
      </w:r>
    </w:p>
    <w:sectPr w:rsidR="00C10485" w:rsidRPr="00B41C7F" w:rsidSect="00404CF6">
      <w:pgSz w:w="11906" w:h="16838" w:code="9"/>
      <w:pgMar w:top="1134" w:right="851" w:bottom="1134"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00957080">
    <w:abstractNumId w:val="8"/>
  </w:num>
  <w:num w:numId="2" w16cid:durableId="1285383523">
    <w:abstractNumId w:val="6"/>
  </w:num>
  <w:num w:numId="3" w16cid:durableId="1753350215">
    <w:abstractNumId w:val="5"/>
  </w:num>
  <w:num w:numId="4" w16cid:durableId="1895463131">
    <w:abstractNumId w:val="4"/>
  </w:num>
  <w:num w:numId="5" w16cid:durableId="1753626496">
    <w:abstractNumId w:val="7"/>
  </w:num>
  <w:num w:numId="6" w16cid:durableId="834733589">
    <w:abstractNumId w:val="3"/>
  </w:num>
  <w:num w:numId="7" w16cid:durableId="1110709565">
    <w:abstractNumId w:val="2"/>
  </w:num>
  <w:num w:numId="8" w16cid:durableId="1986350365">
    <w:abstractNumId w:val="1"/>
  </w:num>
  <w:num w:numId="9" w16cid:durableId="34899534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3776B"/>
    <w:rsid w:val="0006063C"/>
    <w:rsid w:val="000843D0"/>
    <w:rsid w:val="00094B33"/>
    <w:rsid w:val="00116AF9"/>
    <w:rsid w:val="0015074B"/>
    <w:rsid w:val="001C3802"/>
    <w:rsid w:val="0029639D"/>
    <w:rsid w:val="00326F90"/>
    <w:rsid w:val="00372033"/>
    <w:rsid w:val="00404CF6"/>
    <w:rsid w:val="00922B8A"/>
    <w:rsid w:val="00AA1D8D"/>
    <w:rsid w:val="00B41C7F"/>
    <w:rsid w:val="00B47730"/>
    <w:rsid w:val="00C10485"/>
    <w:rsid w:val="00C5727F"/>
    <w:rsid w:val="00CB0664"/>
    <w:rsid w:val="00DA5ADB"/>
    <w:rsid w:val="00EE5297"/>
    <w:rsid w:val="00F13B63"/>
    <w:rsid w:val="00FA26C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CE7702"/>
  <w14:defaultImageDpi w14:val="300"/>
  <w15:docId w15:val="{E08075FE-3757-4E62-B407-46698DA78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C36F2C3B0BF546BB288E087DCFBF90" ma:contentTypeVersion="18" ma:contentTypeDescription="Create a new document." ma:contentTypeScope="" ma:versionID="6670ae3730f83a07d184ac44db5b9b82">
  <xsd:schema xmlns:xsd="http://www.w3.org/2001/XMLSchema" xmlns:xs="http://www.w3.org/2001/XMLSchema" xmlns:p="http://schemas.microsoft.com/office/2006/metadata/properties" xmlns:ns2="e6b0b362-9161-4e61-9ef9-9e18e2568098" xmlns:ns3="622f4e0d-1be3-4352-9608-dd111ccf8b18" targetNamespace="http://schemas.microsoft.com/office/2006/metadata/properties" ma:root="true" ma:fieldsID="72bc03949e9a296279ad44318b09d915" ns2:_="" ns3:_="">
    <xsd:import namespace="e6b0b362-9161-4e61-9ef9-9e18e2568098"/>
    <xsd:import namespace="622f4e0d-1be3-4352-9608-dd111ccf8b1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b0b362-9161-4e61-9ef9-9e18e25680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2f4e0d-1be3-4352-9608-dd111ccf8b1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ed707ab-2604-4ea9-8eec-a460206b0d4d}" ma:internalName="TaxCatchAll" ma:showField="CatchAllData" ma:web="622f4e0d-1be3-4352-9608-dd111ccf8b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622f4e0d-1be3-4352-9608-dd111ccf8b18" xsi:nil="true"/>
    <lcf76f155ced4ddcb4097134ff3c332f xmlns="e6b0b362-9161-4e61-9ef9-9e18e25680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A73ACC-63A0-496C-9EA4-424F96560D46}">
  <ds:schemaRefs>
    <ds:schemaRef ds:uri="http://schemas.microsoft.com/sharepoint/v3/contenttype/forms"/>
  </ds:schemaRefs>
</ds:datastoreItem>
</file>

<file path=customXml/itemProps2.xml><?xml version="1.0" encoding="utf-8"?>
<ds:datastoreItem xmlns:ds="http://schemas.openxmlformats.org/officeDocument/2006/customXml" ds:itemID="{A53F9D4C-3FF9-4560-BCC1-58D5B4AB24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b0b362-9161-4e61-9ef9-9e18e2568098"/>
    <ds:schemaRef ds:uri="622f4e0d-1be3-4352-9608-dd111ccf8b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C418409D-DE8D-42AB-8C3E-1BEBA89DFEFD}">
  <ds:schemaRefs>
    <ds:schemaRef ds:uri="http://schemas.microsoft.com/office/2006/metadata/properties"/>
    <ds:schemaRef ds:uri="http://schemas.microsoft.com/office/infopath/2007/PartnerControls"/>
    <ds:schemaRef ds:uri="622f4e0d-1be3-4352-9608-dd111ccf8b18"/>
    <ds:schemaRef ds:uri="e6b0b362-9161-4e61-9ef9-9e18e2568098"/>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5</Pages>
  <Words>776</Words>
  <Characters>4427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УИХ-ын тогтоолын төслийн зардлын тооцооны тайлан</dc:title>
  <dc:subject>Уул уурхайн зарим төслүүдийг эдийн засгийн эргэлтэд оруулах тухай</dc:subject>
  <dc:creator/>
  <cp:keywords/>
  <dc:description>generated by python-docx</dc:description>
  <cp:lastModifiedBy>Д.Үржинсүрэн</cp:lastModifiedBy>
  <cp:revision>11</cp:revision>
  <cp:lastPrinted>2026-06-25T05:25:00Z</cp:lastPrinted>
  <dcterms:created xsi:type="dcterms:W3CDTF">2013-12-23T23:15:00Z</dcterms:created>
  <dcterms:modified xsi:type="dcterms:W3CDTF">2026-06-25T05:27:00Z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0x01010015C36F2C3B0BF546BB288E087DCFBF90</vt:lpwstr>
  </property>
  <property fmtid="{D5CDD505-2E9C-101B-9397-08002B2CF9AE}" pid="3" name="MediaServiceImageTags">
    <vt:lpwstr/>
  </property>
</Properties>
</file>