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837910" w14:textId="77777777" w:rsidR="009917E1" w:rsidRDefault="00FD5AC8" w:rsidP="00447A1F">
      <w:pPr>
        <w:spacing w:after="0"/>
        <w:jc w:val="left"/>
        <w:rPr>
          <w:rFonts w:cs="Arial"/>
          <w:b/>
          <w:bCs/>
          <w:szCs w:val="24"/>
        </w:rPr>
      </w:pPr>
      <w:r w:rsidRPr="007B2BD4">
        <w:rPr>
          <w:rFonts w:cs="Arial"/>
          <w:b/>
          <w:bCs/>
          <w:szCs w:val="24"/>
        </w:rPr>
        <w:t xml:space="preserve">БАТЛАВ. </w:t>
      </w:r>
    </w:p>
    <w:p w14:paraId="45031BF6" w14:textId="77777777" w:rsidR="00EF2703" w:rsidRDefault="00FD5AC8" w:rsidP="00447A1F">
      <w:pPr>
        <w:spacing w:after="0"/>
        <w:jc w:val="left"/>
        <w:rPr>
          <w:rFonts w:cs="Arial"/>
          <w:b/>
          <w:bCs/>
          <w:szCs w:val="24"/>
        </w:rPr>
      </w:pPr>
      <w:r w:rsidRPr="007B2BD4">
        <w:rPr>
          <w:rFonts w:cs="Arial"/>
          <w:b/>
          <w:bCs/>
          <w:szCs w:val="24"/>
        </w:rPr>
        <w:t xml:space="preserve">УЛСЫН ИХ ХУРЛЫН </w:t>
      </w:r>
    </w:p>
    <w:p w14:paraId="3330F4A0" w14:textId="0CC839A8" w:rsidR="00FD5AC8" w:rsidRPr="007B2BD4" w:rsidRDefault="00FD5AC8" w:rsidP="00447A1F">
      <w:pPr>
        <w:spacing w:after="0"/>
        <w:jc w:val="left"/>
        <w:rPr>
          <w:rFonts w:cs="Arial"/>
          <w:b/>
          <w:bCs/>
          <w:szCs w:val="24"/>
        </w:rPr>
      </w:pPr>
      <w:r w:rsidRPr="007B2BD4">
        <w:rPr>
          <w:rFonts w:cs="Arial"/>
          <w:b/>
          <w:bCs/>
          <w:szCs w:val="24"/>
        </w:rPr>
        <w:t xml:space="preserve">ГИШҮҮН </w:t>
      </w:r>
      <w:r w:rsidR="009917E1">
        <w:rPr>
          <w:rFonts w:cs="Arial"/>
          <w:b/>
          <w:bCs/>
          <w:szCs w:val="24"/>
        </w:rPr>
        <w:tab/>
      </w:r>
      <w:r w:rsidR="009917E1">
        <w:rPr>
          <w:rFonts w:cs="Arial"/>
          <w:b/>
          <w:bCs/>
          <w:szCs w:val="24"/>
        </w:rPr>
        <w:tab/>
      </w:r>
      <w:r w:rsidR="009917E1">
        <w:rPr>
          <w:rFonts w:cs="Arial"/>
          <w:b/>
          <w:bCs/>
          <w:szCs w:val="24"/>
        </w:rPr>
        <w:tab/>
      </w:r>
      <w:r w:rsidR="009917E1">
        <w:rPr>
          <w:rFonts w:cs="Arial"/>
          <w:b/>
          <w:bCs/>
          <w:szCs w:val="24"/>
        </w:rPr>
        <w:tab/>
      </w:r>
      <w:r w:rsidR="009917E1">
        <w:rPr>
          <w:rFonts w:cs="Arial"/>
          <w:b/>
          <w:bCs/>
          <w:szCs w:val="24"/>
        </w:rPr>
        <w:tab/>
      </w:r>
      <w:r w:rsidR="00EF2703">
        <w:rPr>
          <w:rFonts w:cs="Arial"/>
          <w:b/>
          <w:bCs/>
          <w:szCs w:val="24"/>
        </w:rPr>
        <w:tab/>
      </w:r>
      <w:r w:rsidR="00EF2703">
        <w:rPr>
          <w:rFonts w:cs="Arial"/>
          <w:b/>
          <w:bCs/>
          <w:szCs w:val="24"/>
        </w:rPr>
        <w:tab/>
      </w:r>
      <w:r w:rsidR="00EF2703">
        <w:rPr>
          <w:rFonts w:cs="Arial"/>
          <w:b/>
          <w:bCs/>
          <w:szCs w:val="24"/>
        </w:rPr>
        <w:tab/>
      </w:r>
      <w:r w:rsidRPr="007B2BD4">
        <w:rPr>
          <w:rFonts w:cs="Arial"/>
          <w:b/>
          <w:bCs/>
          <w:szCs w:val="24"/>
        </w:rPr>
        <w:t xml:space="preserve">Ц.БААТАРХҮҮ </w:t>
      </w:r>
    </w:p>
    <w:p w14:paraId="42F87565" w14:textId="77777777" w:rsidR="00BD13BC" w:rsidRDefault="00BD13BC" w:rsidP="00FD5AC8">
      <w:pPr>
        <w:rPr>
          <w:rFonts w:cs="Arial"/>
          <w:szCs w:val="24"/>
        </w:rPr>
      </w:pPr>
    </w:p>
    <w:p w14:paraId="42DAE945" w14:textId="6A8EF740" w:rsidR="00FD5AC8" w:rsidRPr="007B2BD4" w:rsidRDefault="00FD5AC8" w:rsidP="00EF2703">
      <w:pPr>
        <w:jc w:val="left"/>
        <w:rPr>
          <w:rFonts w:cs="Arial"/>
          <w:szCs w:val="24"/>
        </w:rPr>
      </w:pPr>
      <w:r w:rsidRPr="007B2BD4">
        <w:rPr>
          <w:rFonts w:cs="Arial"/>
          <w:szCs w:val="24"/>
        </w:rPr>
        <w:t xml:space="preserve">2026 </w:t>
      </w:r>
      <w:proofErr w:type="spellStart"/>
      <w:r w:rsidRPr="007B2BD4">
        <w:rPr>
          <w:rFonts w:cs="Arial"/>
          <w:szCs w:val="24"/>
        </w:rPr>
        <w:t>оны</w:t>
      </w:r>
      <w:proofErr w:type="spellEnd"/>
      <w:r w:rsidRPr="007B2BD4">
        <w:rPr>
          <w:rFonts w:cs="Arial"/>
          <w:szCs w:val="24"/>
        </w:rPr>
        <w:t xml:space="preserve"> </w:t>
      </w:r>
      <w:r w:rsidR="004054A8">
        <w:rPr>
          <w:rFonts w:cs="Arial"/>
          <w:szCs w:val="24"/>
          <w:lang w:val="mn-MN"/>
        </w:rPr>
        <w:t>0</w:t>
      </w:r>
      <w:r w:rsidR="005D0A54">
        <w:rPr>
          <w:rFonts w:cs="Arial"/>
          <w:szCs w:val="24"/>
          <w:lang w:val="mn-MN"/>
        </w:rPr>
        <w:t>9</w:t>
      </w:r>
      <w:r w:rsidRPr="007B2BD4">
        <w:rPr>
          <w:rFonts w:cs="Arial"/>
          <w:szCs w:val="24"/>
        </w:rPr>
        <w:t xml:space="preserve"> </w:t>
      </w:r>
      <w:proofErr w:type="spellStart"/>
      <w:r w:rsidRPr="007B2BD4">
        <w:rPr>
          <w:rFonts w:cs="Arial"/>
          <w:szCs w:val="24"/>
        </w:rPr>
        <w:t>д</w:t>
      </w:r>
      <w:r w:rsidR="005D0A54">
        <w:rPr>
          <w:rFonts w:cs="Arial"/>
          <w:szCs w:val="24"/>
        </w:rPr>
        <w:t>үгээ</w:t>
      </w:r>
      <w:r w:rsidRPr="007B2BD4">
        <w:rPr>
          <w:rFonts w:cs="Arial"/>
          <w:szCs w:val="24"/>
        </w:rPr>
        <w:t>р</w:t>
      </w:r>
      <w:proofErr w:type="spellEnd"/>
      <w:r w:rsidRPr="007B2BD4">
        <w:rPr>
          <w:rFonts w:cs="Arial"/>
          <w:szCs w:val="24"/>
        </w:rPr>
        <w:t xml:space="preserve"> </w:t>
      </w:r>
      <w:proofErr w:type="spellStart"/>
      <w:r w:rsidRPr="007B2BD4">
        <w:rPr>
          <w:rFonts w:cs="Arial"/>
          <w:szCs w:val="24"/>
        </w:rPr>
        <w:t>сарын</w:t>
      </w:r>
      <w:proofErr w:type="spellEnd"/>
      <w:r w:rsidRPr="007B2BD4">
        <w:rPr>
          <w:rFonts w:cs="Arial"/>
          <w:szCs w:val="24"/>
        </w:rPr>
        <w:t xml:space="preserve"> </w:t>
      </w:r>
      <w:r w:rsidR="005D0A54">
        <w:rPr>
          <w:rFonts w:cs="Arial"/>
          <w:szCs w:val="24"/>
        </w:rPr>
        <w:t>04</w:t>
      </w:r>
      <w:r w:rsidRPr="007B2BD4">
        <w:rPr>
          <w:rFonts w:cs="Arial"/>
          <w:szCs w:val="24"/>
        </w:rPr>
        <w:t>-</w:t>
      </w:r>
      <w:r w:rsidR="004054A8">
        <w:rPr>
          <w:rFonts w:cs="Arial"/>
          <w:szCs w:val="24"/>
        </w:rPr>
        <w:t>ний</w:t>
      </w:r>
      <w:r w:rsidRPr="007B2BD4">
        <w:rPr>
          <w:rFonts w:cs="Arial"/>
          <w:szCs w:val="24"/>
        </w:rPr>
        <w:t xml:space="preserve"> </w:t>
      </w:r>
      <w:proofErr w:type="spellStart"/>
      <w:r w:rsidRPr="007B2BD4">
        <w:rPr>
          <w:rFonts w:cs="Arial"/>
          <w:szCs w:val="24"/>
        </w:rPr>
        <w:t>өдөр</w:t>
      </w:r>
      <w:proofErr w:type="spellEnd"/>
      <w:r w:rsidRPr="007B2BD4">
        <w:rPr>
          <w:rFonts w:cs="Arial"/>
          <w:szCs w:val="24"/>
        </w:rPr>
        <w:t xml:space="preserve"> </w:t>
      </w:r>
    </w:p>
    <w:p w14:paraId="778B27DB" w14:textId="77777777" w:rsidR="00544E5A" w:rsidRPr="007B2BD4" w:rsidRDefault="00000000">
      <w:pPr>
        <w:pStyle w:val="ConceptTitle"/>
        <w:rPr>
          <w:rFonts w:cs="Arial"/>
          <w:sz w:val="24"/>
          <w:szCs w:val="24"/>
        </w:rPr>
      </w:pPr>
      <w:r w:rsidRPr="007B2BD4">
        <w:rPr>
          <w:rFonts w:cs="Arial"/>
          <w:sz w:val="24"/>
          <w:szCs w:val="24"/>
        </w:rPr>
        <w:t>ХОТЫН ОЙ, НОГООН ДЭД БҮТЦИЙН ТУХАЙ</w:t>
      </w:r>
      <w:r w:rsidRPr="007B2BD4">
        <w:rPr>
          <w:rFonts w:cs="Arial"/>
          <w:sz w:val="24"/>
          <w:szCs w:val="24"/>
        </w:rPr>
        <w:br/>
        <w:t>ХУУЛИЙН ТӨСЛИЙН ҮЗЭЛ БАРИМТЛАЛ</w:t>
      </w:r>
    </w:p>
    <w:p w14:paraId="3084FA24" w14:textId="385535B3" w:rsidR="00544E5A" w:rsidRDefault="00000000" w:rsidP="004F301E">
      <w:pPr>
        <w:pStyle w:val="Heading1"/>
        <w:ind w:firstLine="567"/>
        <w:jc w:val="left"/>
        <w:rPr>
          <w:rFonts w:ascii="Arial" w:hAnsi="Arial" w:cs="Arial"/>
          <w:sz w:val="24"/>
          <w:szCs w:val="24"/>
        </w:rPr>
      </w:pPr>
      <w:proofErr w:type="spellStart"/>
      <w:r w:rsidRPr="007B2BD4">
        <w:rPr>
          <w:rFonts w:ascii="Arial" w:hAnsi="Arial" w:cs="Arial"/>
          <w:sz w:val="24"/>
          <w:szCs w:val="24"/>
        </w:rPr>
        <w:t>Нэ</w:t>
      </w:r>
      <w:r w:rsidR="009D2A87">
        <w:rPr>
          <w:rFonts w:ascii="Arial" w:hAnsi="Arial" w:cs="Arial"/>
          <w:sz w:val="24"/>
          <w:szCs w:val="24"/>
        </w:rPr>
        <w:t>г</w:t>
      </w:r>
      <w:proofErr w:type="spellEnd"/>
      <w:r w:rsidR="009D2A87">
        <w:rPr>
          <w:rFonts w:ascii="Arial" w:hAnsi="Arial" w:cs="Arial"/>
          <w:sz w:val="24"/>
          <w:szCs w:val="24"/>
        </w:rPr>
        <w:t xml:space="preserve">. </w:t>
      </w:r>
      <w:r w:rsidRPr="007B2BD4">
        <w:rPr>
          <w:rFonts w:ascii="Arial" w:hAnsi="Arial" w:cs="Arial"/>
          <w:sz w:val="24"/>
          <w:szCs w:val="24"/>
        </w:rPr>
        <w:t xml:space="preserve"> </w:t>
      </w:r>
      <w:proofErr w:type="spellStart"/>
      <w:r w:rsidRPr="007B2BD4">
        <w:rPr>
          <w:rFonts w:ascii="Arial" w:hAnsi="Arial" w:cs="Arial"/>
          <w:sz w:val="24"/>
          <w:szCs w:val="24"/>
        </w:rPr>
        <w:t>Хуулийн</w:t>
      </w:r>
      <w:proofErr w:type="spellEnd"/>
      <w:r w:rsidRPr="007B2BD4">
        <w:rPr>
          <w:rFonts w:ascii="Arial" w:hAnsi="Arial" w:cs="Arial"/>
          <w:sz w:val="24"/>
          <w:szCs w:val="24"/>
        </w:rPr>
        <w:t xml:space="preserve"> </w:t>
      </w:r>
      <w:proofErr w:type="spellStart"/>
      <w:r w:rsidRPr="007B2BD4">
        <w:rPr>
          <w:rFonts w:ascii="Arial" w:hAnsi="Arial" w:cs="Arial"/>
          <w:sz w:val="24"/>
          <w:szCs w:val="24"/>
        </w:rPr>
        <w:t>төсөл</w:t>
      </w:r>
      <w:proofErr w:type="spellEnd"/>
      <w:r w:rsidRPr="007B2BD4">
        <w:rPr>
          <w:rFonts w:ascii="Arial" w:hAnsi="Arial" w:cs="Arial"/>
          <w:sz w:val="24"/>
          <w:szCs w:val="24"/>
        </w:rPr>
        <w:t xml:space="preserve"> </w:t>
      </w:r>
      <w:proofErr w:type="spellStart"/>
      <w:r w:rsidRPr="007B2BD4">
        <w:rPr>
          <w:rFonts w:ascii="Arial" w:hAnsi="Arial" w:cs="Arial"/>
          <w:sz w:val="24"/>
          <w:szCs w:val="24"/>
        </w:rPr>
        <w:t>боловсруулах</w:t>
      </w:r>
      <w:proofErr w:type="spellEnd"/>
      <w:r w:rsidRPr="007B2BD4">
        <w:rPr>
          <w:rFonts w:ascii="Arial" w:hAnsi="Arial" w:cs="Arial"/>
          <w:sz w:val="24"/>
          <w:szCs w:val="24"/>
        </w:rPr>
        <w:t xml:space="preserve"> </w:t>
      </w:r>
      <w:proofErr w:type="spellStart"/>
      <w:r w:rsidRPr="007B2BD4">
        <w:rPr>
          <w:rFonts w:ascii="Arial" w:hAnsi="Arial" w:cs="Arial"/>
          <w:sz w:val="24"/>
          <w:szCs w:val="24"/>
        </w:rPr>
        <w:t>үндэслэл</w:t>
      </w:r>
      <w:proofErr w:type="spellEnd"/>
      <w:r w:rsidRPr="007B2BD4">
        <w:rPr>
          <w:rFonts w:ascii="Arial" w:hAnsi="Arial" w:cs="Arial"/>
          <w:sz w:val="24"/>
          <w:szCs w:val="24"/>
        </w:rPr>
        <w:t xml:space="preserve">, </w:t>
      </w:r>
      <w:proofErr w:type="spellStart"/>
      <w:r w:rsidRPr="007B2BD4">
        <w:rPr>
          <w:rFonts w:ascii="Arial" w:hAnsi="Arial" w:cs="Arial"/>
          <w:sz w:val="24"/>
          <w:szCs w:val="24"/>
        </w:rPr>
        <w:t>шаардлага</w:t>
      </w:r>
      <w:proofErr w:type="spellEnd"/>
    </w:p>
    <w:p w14:paraId="6F38A5F7" w14:textId="1D4EE546" w:rsidR="009D2A87" w:rsidRPr="009D2A87" w:rsidRDefault="009D2A87" w:rsidP="009D2A87">
      <w:pPr>
        <w:rPr>
          <w:b/>
          <w:bCs/>
        </w:rPr>
      </w:pPr>
      <w:r w:rsidRPr="009D2A87">
        <w:rPr>
          <w:b/>
          <w:bCs/>
        </w:rPr>
        <w:t xml:space="preserve">1.1 </w:t>
      </w:r>
      <w:proofErr w:type="spellStart"/>
      <w:r w:rsidRPr="009D2A87">
        <w:rPr>
          <w:b/>
          <w:bCs/>
        </w:rPr>
        <w:t>Хууль</w:t>
      </w:r>
      <w:proofErr w:type="spellEnd"/>
      <w:r w:rsidRPr="009D2A87">
        <w:rPr>
          <w:b/>
          <w:bCs/>
        </w:rPr>
        <w:t xml:space="preserve"> </w:t>
      </w:r>
      <w:proofErr w:type="spellStart"/>
      <w:r w:rsidRPr="009D2A87">
        <w:rPr>
          <w:b/>
          <w:bCs/>
        </w:rPr>
        <w:t>зүйн</w:t>
      </w:r>
      <w:proofErr w:type="spellEnd"/>
      <w:r w:rsidRPr="009D2A87">
        <w:rPr>
          <w:b/>
          <w:bCs/>
        </w:rPr>
        <w:t xml:space="preserve"> </w:t>
      </w:r>
      <w:proofErr w:type="spellStart"/>
      <w:r w:rsidRPr="009D2A87">
        <w:rPr>
          <w:b/>
          <w:bCs/>
        </w:rPr>
        <w:t>үндэслэл</w:t>
      </w:r>
      <w:proofErr w:type="spellEnd"/>
      <w:r w:rsidRPr="009D2A87">
        <w:rPr>
          <w:b/>
          <w:bCs/>
        </w:rPr>
        <w:t xml:space="preserve"> </w:t>
      </w:r>
    </w:p>
    <w:p w14:paraId="2128011C" w14:textId="601F48B0" w:rsidR="001662E7" w:rsidRDefault="001662E7" w:rsidP="001662E7">
      <w:pPr>
        <w:keepLines/>
        <w:rPr>
          <w:rFonts w:eastAsia="Calibri" w:cs="Arial"/>
          <w:color w:val="20262E"/>
          <w:szCs w:val="24"/>
          <w:lang w:val="mn-MN"/>
        </w:rPr>
      </w:pPr>
      <w:r w:rsidRPr="00B97F53">
        <w:rPr>
          <w:rFonts w:eastAsia="Calibri" w:cs="Arial"/>
          <w:color w:val="20262E"/>
          <w:szCs w:val="24"/>
          <w:lang w:val="mn-MN"/>
        </w:rPr>
        <w:t>Монгол Улсын Үндсэн хуулийн Арван зургадугаар зүйлийн 2 дахь заалтаар иргэн эрүүл, аюулгүй орчинд амьдрах, орчны бохирдол, байгалийн тэнцэл алдагдахаас хамгаалуулах эрхтэй; Арван есдүгээр зүйлийн 1 дэх хэсгээр төр хүний эрх, эрх чөлөөг хангах эдийн засаг, нийгэм, хууль зүйн болон бусад баталгааг бүрдүүлэх үүрэгтэй. Хот, суурин газрын ногоон орчныг хамгаалах, тэлэх, чанаржуулах, хүн бүр</w:t>
      </w:r>
      <w:r w:rsidR="009679C9" w:rsidRPr="00B97F53">
        <w:rPr>
          <w:rFonts w:eastAsia="Calibri" w:cs="Arial"/>
          <w:color w:val="20262E"/>
          <w:szCs w:val="24"/>
          <w:lang w:val="mn-MN"/>
        </w:rPr>
        <w:t>д</w:t>
      </w:r>
      <w:r w:rsidRPr="00B97F53">
        <w:rPr>
          <w:rFonts w:eastAsia="Calibri" w:cs="Arial"/>
          <w:color w:val="20262E"/>
          <w:szCs w:val="24"/>
          <w:lang w:val="mn-MN"/>
        </w:rPr>
        <w:t xml:space="preserve"> тэгш хүртээмжтэй болгох нь эдгээр эрх, үүргийг хэрэгжүүлэх хот байгуулалт, байгаль орчин, нийтийн эрүүл мэндийн бодлогын нэг хэсэг мөн.</w:t>
      </w:r>
    </w:p>
    <w:p w14:paraId="16B9D6B0" w14:textId="77777777" w:rsidR="00CC6CE6" w:rsidRDefault="00DC5FD3" w:rsidP="00CC6CE6">
      <w:pPr>
        <w:keepLines/>
        <w:rPr>
          <w:rFonts w:eastAsia="Calibri" w:cs="Arial"/>
          <w:color w:val="20262E"/>
          <w:szCs w:val="24"/>
          <w:lang w:val="mn-MN"/>
        </w:rPr>
      </w:pPr>
      <w:proofErr w:type="spellStart"/>
      <w:r w:rsidRPr="00DC5FD3">
        <w:rPr>
          <w:rFonts w:eastAsia="Times New Roman" w:cs="Arial"/>
        </w:rPr>
        <w:t>Ойн</w:t>
      </w:r>
      <w:proofErr w:type="spellEnd"/>
      <w:r w:rsidRPr="00DC5FD3">
        <w:rPr>
          <w:rFonts w:eastAsia="Times New Roman" w:cs="Arial"/>
        </w:rPr>
        <w:t xml:space="preserve"> </w:t>
      </w:r>
      <w:proofErr w:type="spellStart"/>
      <w:r w:rsidRPr="00DC5FD3">
        <w:rPr>
          <w:rFonts w:eastAsia="Times New Roman" w:cs="Arial"/>
        </w:rPr>
        <w:t>тухай</w:t>
      </w:r>
      <w:proofErr w:type="spellEnd"/>
      <w:r w:rsidRPr="00DC5FD3">
        <w:rPr>
          <w:rFonts w:eastAsia="Times New Roman" w:cs="Arial"/>
        </w:rPr>
        <w:t xml:space="preserve"> </w:t>
      </w:r>
      <w:proofErr w:type="spellStart"/>
      <w:r w:rsidRPr="00DC5FD3">
        <w:rPr>
          <w:rFonts w:eastAsia="Times New Roman" w:cs="Arial"/>
        </w:rPr>
        <w:t>хуулийн</w:t>
      </w:r>
      <w:proofErr w:type="spellEnd"/>
      <w:r w:rsidRPr="00DC5FD3">
        <w:rPr>
          <w:rFonts w:eastAsia="Times New Roman" w:cs="Arial"/>
        </w:rPr>
        <w:t xml:space="preserve"> 31 </w:t>
      </w:r>
      <w:proofErr w:type="spellStart"/>
      <w:r w:rsidR="000C69D7">
        <w:rPr>
          <w:rFonts w:eastAsia="Times New Roman" w:cs="Arial"/>
        </w:rPr>
        <w:t>дүгээр</w:t>
      </w:r>
      <w:proofErr w:type="spellEnd"/>
      <w:r w:rsidR="000C69D7">
        <w:rPr>
          <w:rFonts w:eastAsia="Times New Roman" w:cs="Arial"/>
        </w:rPr>
        <w:t xml:space="preserve"> </w:t>
      </w:r>
      <w:proofErr w:type="spellStart"/>
      <w:r w:rsidR="000C69D7">
        <w:rPr>
          <w:rFonts w:eastAsia="Times New Roman" w:cs="Arial"/>
        </w:rPr>
        <w:t>зүйлийн</w:t>
      </w:r>
      <w:proofErr w:type="spellEnd"/>
      <w:r w:rsidR="000C69D7">
        <w:rPr>
          <w:rFonts w:eastAsia="Times New Roman" w:cs="Arial"/>
        </w:rPr>
        <w:t xml:space="preserve"> </w:t>
      </w:r>
      <w:r w:rsidRPr="00DC5FD3">
        <w:rPr>
          <w:rFonts w:eastAsia="Times New Roman" w:cs="Arial"/>
        </w:rPr>
        <w:t xml:space="preserve">31.4-т </w:t>
      </w:r>
      <w:proofErr w:type="spellStart"/>
      <w:r w:rsidRPr="00DC5FD3">
        <w:rPr>
          <w:rFonts w:eastAsia="Times New Roman" w:cs="Arial"/>
        </w:rPr>
        <w:t>хот</w:t>
      </w:r>
      <w:proofErr w:type="spellEnd"/>
      <w:r w:rsidRPr="00DC5FD3">
        <w:rPr>
          <w:rFonts w:eastAsia="Times New Roman" w:cs="Arial"/>
        </w:rPr>
        <w:t>, с</w:t>
      </w:r>
      <w:proofErr w:type="spellStart"/>
      <w:r w:rsidRPr="00DC5FD3">
        <w:rPr>
          <w:rFonts w:eastAsia="Times New Roman" w:cs="Arial"/>
        </w:rPr>
        <w:t>ууринг</w:t>
      </w:r>
      <w:proofErr w:type="spellEnd"/>
      <w:r w:rsidRPr="00DC5FD3">
        <w:rPr>
          <w:rFonts w:eastAsia="Times New Roman" w:cs="Arial"/>
        </w:rPr>
        <w:t xml:space="preserve"> </w:t>
      </w:r>
      <w:proofErr w:type="spellStart"/>
      <w:r w:rsidRPr="00DC5FD3">
        <w:rPr>
          <w:rFonts w:eastAsia="Times New Roman" w:cs="Arial"/>
        </w:rPr>
        <w:t>цэцэрлэгжүүлэх</w:t>
      </w:r>
      <w:proofErr w:type="spellEnd"/>
      <w:r w:rsidRPr="00DC5FD3">
        <w:rPr>
          <w:rFonts w:eastAsia="Times New Roman" w:cs="Arial"/>
        </w:rPr>
        <w:t xml:space="preserve">, </w:t>
      </w:r>
      <w:proofErr w:type="spellStart"/>
      <w:r w:rsidRPr="00DC5FD3">
        <w:rPr>
          <w:rFonts w:eastAsia="Times New Roman" w:cs="Arial"/>
        </w:rPr>
        <w:t>ногоон</w:t>
      </w:r>
      <w:proofErr w:type="spellEnd"/>
      <w:r w:rsidRPr="00DC5FD3">
        <w:rPr>
          <w:rFonts w:eastAsia="Times New Roman" w:cs="Arial"/>
        </w:rPr>
        <w:t xml:space="preserve"> </w:t>
      </w:r>
      <w:proofErr w:type="spellStart"/>
      <w:r w:rsidRPr="00DC5FD3">
        <w:rPr>
          <w:rFonts w:eastAsia="Times New Roman" w:cs="Arial"/>
        </w:rPr>
        <w:t>байгууламж</w:t>
      </w:r>
      <w:proofErr w:type="spellEnd"/>
      <w:r w:rsidRPr="00DC5FD3">
        <w:rPr>
          <w:rFonts w:eastAsia="Times New Roman" w:cs="Arial"/>
        </w:rPr>
        <w:t xml:space="preserve"> </w:t>
      </w:r>
      <w:proofErr w:type="spellStart"/>
      <w:r w:rsidRPr="00DC5FD3">
        <w:rPr>
          <w:rFonts w:eastAsia="Times New Roman" w:cs="Arial"/>
        </w:rPr>
        <w:t>байгуулах</w:t>
      </w:r>
      <w:proofErr w:type="spellEnd"/>
      <w:r w:rsidRPr="00DC5FD3">
        <w:rPr>
          <w:rFonts w:eastAsia="Times New Roman" w:cs="Arial"/>
        </w:rPr>
        <w:t xml:space="preserve"> </w:t>
      </w:r>
      <w:proofErr w:type="spellStart"/>
      <w:r w:rsidRPr="00DC5FD3">
        <w:rPr>
          <w:rFonts w:eastAsia="Times New Roman" w:cs="Arial"/>
        </w:rPr>
        <w:t>ажлыг</w:t>
      </w:r>
      <w:proofErr w:type="spellEnd"/>
      <w:r w:rsidRPr="00DC5FD3">
        <w:rPr>
          <w:rFonts w:eastAsia="Times New Roman" w:cs="Arial"/>
        </w:rPr>
        <w:t xml:space="preserve"> </w:t>
      </w:r>
      <w:proofErr w:type="spellStart"/>
      <w:r w:rsidRPr="00DC5FD3">
        <w:rPr>
          <w:rFonts w:eastAsia="Times New Roman" w:cs="Arial"/>
        </w:rPr>
        <w:t>холбогдох</w:t>
      </w:r>
      <w:proofErr w:type="spellEnd"/>
      <w:r w:rsidRPr="00DC5FD3">
        <w:rPr>
          <w:rFonts w:eastAsia="Times New Roman" w:cs="Arial"/>
        </w:rPr>
        <w:t xml:space="preserve"> </w:t>
      </w:r>
      <w:proofErr w:type="spellStart"/>
      <w:r w:rsidRPr="00DC5FD3">
        <w:rPr>
          <w:rFonts w:eastAsia="Times New Roman" w:cs="Arial"/>
        </w:rPr>
        <w:t>хуулиар</w:t>
      </w:r>
      <w:proofErr w:type="spellEnd"/>
      <w:r w:rsidRPr="00DC5FD3">
        <w:rPr>
          <w:rFonts w:eastAsia="Times New Roman" w:cs="Arial"/>
        </w:rPr>
        <w:t xml:space="preserve"> </w:t>
      </w:r>
      <w:proofErr w:type="spellStart"/>
      <w:r w:rsidRPr="00DC5FD3">
        <w:rPr>
          <w:rFonts w:eastAsia="Times New Roman" w:cs="Arial"/>
        </w:rPr>
        <w:t>зохицуулахаар</w:t>
      </w:r>
      <w:proofErr w:type="spellEnd"/>
      <w:r w:rsidRPr="00DC5FD3">
        <w:rPr>
          <w:rFonts w:eastAsia="Times New Roman" w:cs="Arial"/>
        </w:rPr>
        <w:t xml:space="preserve"> </w:t>
      </w:r>
      <w:proofErr w:type="spellStart"/>
      <w:r w:rsidR="007C6AD5">
        <w:rPr>
          <w:rFonts w:eastAsia="Times New Roman" w:cs="Arial"/>
        </w:rPr>
        <w:t>зааса</w:t>
      </w:r>
      <w:r w:rsidR="0063173C">
        <w:rPr>
          <w:rFonts w:eastAsia="Times New Roman" w:cs="Arial"/>
        </w:rPr>
        <w:t>н</w:t>
      </w:r>
      <w:proofErr w:type="spellEnd"/>
      <w:r w:rsidR="0063173C">
        <w:rPr>
          <w:rFonts w:eastAsia="Times New Roman" w:cs="Arial"/>
        </w:rPr>
        <w:t xml:space="preserve"> </w:t>
      </w:r>
      <w:proofErr w:type="spellStart"/>
      <w:r w:rsidR="0063173C">
        <w:rPr>
          <w:rFonts w:eastAsia="Times New Roman" w:cs="Arial"/>
        </w:rPr>
        <w:t>байх</w:t>
      </w:r>
      <w:proofErr w:type="spellEnd"/>
      <w:r w:rsidR="0063173C">
        <w:rPr>
          <w:rFonts w:eastAsia="Times New Roman" w:cs="Arial"/>
        </w:rPr>
        <w:t xml:space="preserve"> </w:t>
      </w:r>
      <w:proofErr w:type="spellStart"/>
      <w:r w:rsidR="0063173C">
        <w:rPr>
          <w:rFonts w:eastAsia="Times New Roman" w:cs="Arial"/>
        </w:rPr>
        <w:t>бөгөөд</w:t>
      </w:r>
      <w:proofErr w:type="spellEnd"/>
      <w:r w:rsidR="007C6AD5">
        <w:rPr>
          <w:rFonts w:eastAsia="Times New Roman" w:cs="Arial"/>
        </w:rPr>
        <w:t xml:space="preserve"> </w:t>
      </w:r>
      <w:r w:rsidR="007C6AD5">
        <w:rPr>
          <w:rFonts w:eastAsia="Calibri" w:cs="Arial"/>
          <w:color w:val="20262E"/>
          <w:szCs w:val="24"/>
          <w:lang w:val="mn-MN"/>
        </w:rPr>
        <w:t>х</w:t>
      </w:r>
      <w:r w:rsidR="001662E7" w:rsidRPr="00B97F53">
        <w:rPr>
          <w:rFonts w:eastAsia="Calibri" w:cs="Arial"/>
          <w:color w:val="20262E"/>
          <w:szCs w:val="24"/>
          <w:lang w:val="mn-MN"/>
        </w:rPr>
        <w:t xml:space="preserve">от, суурин газрын ногоон дэд бүтцийн амьдралын мөчлөгийг </w:t>
      </w:r>
      <w:r w:rsidR="00707049">
        <w:rPr>
          <w:rFonts w:eastAsia="Calibri" w:cs="Arial"/>
          <w:color w:val="20262E"/>
          <w:szCs w:val="24"/>
          <w:lang w:val="mn-MN"/>
        </w:rPr>
        <w:t>тусдаа</w:t>
      </w:r>
      <w:r w:rsidR="001662E7" w:rsidRPr="00B97F53">
        <w:rPr>
          <w:rFonts w:eastAsia="Calibri" w:cs="Arial"/>
          <w:color w:val="20262E"/>
          <w:szCs w:val="24"/>
          <w:lang w:val="mn-MN"/>
        </w:rPr>
        <w:t xml:space="preserve"> хуул</w:t>
      </w:r>
      <w:r w:rsidR="00707049">
        <w:rPr>
          <w:rFonts w:eastAsia="Calibri" w:cs="Arial"/>
          <w:color w:val="20262E"/>
          <w:szCs w:val="24"/>
          <w:lang w:val="mn-MN"/>
        </w:rPr>
        <w:t xml:space="preserve">ийн </w:t>
      </w:r>
      <w:r w:rsidR="001662E7" w:rsidRPr="00B97F53">
        <w:rPr>
          <w:rFonts w:eastAsia="Calibri" w:cs="Arial"/>
          <w:color w:val="20262E"/>
          <w:szCs w:val="24"/>
          <w:lang w:val="mn-MN"/>
        </w:rPr>
        <w:t>з</w:t>
      </w:r>
      <w:r w:rsidR="00FD600A">
        <w:rPr>
          <w:rFonts w:eastAsia="Calibri" w:cs="Arial"/>
          <w:color w:val="20262E"/>
          <w:szCs w:val="24"/>
          <w:lang w:val="mn-MN"/>
        </w:rPr>
        <w:t>охицуулалтаар</w:t>
      </w:r>
      <w:r w:rsidR="001662E7" w:rsidRPr="00B97F53">
        <w:rPr>
          <w:rFonts w:eastAsia="Calibri" w:cs="Arial"/>
          <w:color w:val="20262E"/>
          <w:szCs w:val="24"/>
          <w:lang w:val="mn-MN"/>
        </w:rPr>
        <w:t xml:space="preserve"> бус, нэгдсэн зорилго, хэмжүүр, процедур, хариуцлагаар зохицуулах шаардлага үүссэн нь анхдагч хуулийн төсөл боловсруулах хууль зүйн үндэслэл бо</w:t>
      </w:r>
      <w:r w:rsidR="00304A5C">
        <w:rPr>
          <w:rFonts w:eastAsia="Calibri" w:cs="Arial"/>
          <w:color w:val="20262E"/>
          <w:szCs w:val="24"/>
          <w:lang w:val="mn-MN"/>
        </w:rPr>
        <w:t xml:space="preserve">лов. </w:t>
      </w:r>
    </w:p>
    <w:p w14:paraId="5FCC2B06" w14:textId="0E6188A3" w:rsidR="00854F2E" w:rsidRDefault="00854F2E" w:rsidP="00854F2E">
      <w:pPr>
        <w:keepLines/>
        <w:rPr>
          <w:rFonts w:cs="Arial"/>
          <w:color w:val="000000" w:themeColor="text1"/>
          <w:szCs w:val="24"/>
        </w:rPr>
      </w:pPr>
      <w:proofErr w:type="spellStart"/>
      <w:r w:rsidRPr="00990718">
        <w:rPr>
          <w:rFonts w:cs="Arial"/>
          <w:color w:val="000000" w:themeColor="text1"/>
          <w:szCs w:val="24"/>
        </w:rPr>
        <w:t>Монгол</w:t>
      </w:r>
      <w:proofErr w:type="spellEnd"/>
      <w:r w:rsidRPr="00990718">
        <w:rPr>
          <w:rFonts w:cs="Arial"/>
          <w:color w:val="000000" w:themeColor="text1"/>
          <w:szCs w:val="24"/>
        </w:rPr>
        <w:t xml:space="preserve"> </w:t>
      </w:r>
      <w:proofErr w:type="spellStart"/>
      <w:r w:rsidRPr="00990718">
        <w:rPr>
          <w:rFonts w:cs="Arial"/>
          <w:color w:val="000000" w:themeColor="text1"/>
          <w:szCs w:val="24"/>
        </w:rPr>
        <w:t>Улсын</w:t>
      </w:r>
      <w:proofErr w:type="spellEnd"/>
      <w:r w:rsidRPr="00990718">
        <w:rPr>
          <w:rFonts w:cs="Arial"/>
          <w:color w:val="000000" w:themeColor="text1"/>
          <w:szCs w:val="24"/>
        </w:rPr>
        <w:t xml:space="preserve"> </w:t>
      </w:r>
      <w:proofErr w:type="spellStart"/>
      <w:r w:rsidRPr="00990718">
        <w:rPr>
          <w:rFonts w:cs="Arial"/>
          <w:color w:val="000000" w:themeColor="text1"/>
          <w:szCs w:val="24"/>
        </w:rPr>
        <w:t>хэмжээнд</w:t>
      </w:r>
      <w:proofErr w:type="spellEnd"/>
      <w:r w:rsidRPr="00990718">
        <w:rPr>
          <w:rFonts w:cs="Arial"/>
          <w:color w:val="000000" w:themeColor="text1"/>
          <w:szCs w:val="24"/>
        </w:rPr>
        <w:t xml:space="preserve"> </w:t>
      </w:r>
      <w:proofErr w:type="spellStart"/>
      <w:r w:rsidRPr="00990718">
        <w:rPr>
          <w:rFonts w:cs="Arial"/>
          <w:color w:val="000000" w:themeColor="text1"/>
          <w:szCs w:val="24"/>
        </w:rPr>
        <w:t>хот</w:t>
      </w:r>
      <w:proofErr w:type="spellEnd"/>
      <w:r w:rsidRPr="00990718">
        <w:rPr>
          <w:rFonts w:cs="Arial"/>
          <w:color w:val="000000" w:themeColor="text1"/>
          <w:szCs w:val="24"/>
        </w:rPr>
        <w:t xml:space="preserve">, </w:t>
      </w:r>
      <w:proofErr w:type="spellStart"/>
      <w:r w:rsidRPr="00990718">
        <w:rPr>
          <w:rFonts w:cs="Arial"/>
          <w:color w:val="000000" w:themeColor="text1"/>
          <w:szCs w:val="24"/>
        </w:rPr>
        <w:t>суурин</w:t>
      </w:r>
      <w:proofErr w:type="spellEnd"/>
      <w:r w:rsidRPr="00990718">
        <w:rPr>
          <w:rFonts w:cs="Arial"/>
          <w:color w:val="000000" w:themeColor="text1"/>
          <w:szCs w:val="24"/>
        </w:rPr>
        <w:t xml:space="preserve"> </w:t>
      </w:r>
      <w:proofErr w:type="spellStart"/>
      <w:r w:rsidRPr="00990718">
        <w:rPr>
          <w:rFonts w:cs="Arial"/>
          <w:color w:val="000000" w:themeColor="text1"/>
          <w:szCs w:val="24"/>
        </w:rPr>
        <w:t>газрын</w:t>
      </w:r>
      <w:proofErr w:type="spellEnd"/>
      <w:r w:rsidRPr="00990718">
        <w:rPr>
          <w:rFonts w:cs="Arial"/>
          <w:color w:val="000000" w:themeColor="text1"/>
          <w:szCs w:val="24"/>
        </w:rPr>
        <w:t xml:space="preserve"> </w:t>
      </w:r>
      <w:proofErr w:type="spellStart"/>
      <w:r w:rsidRPr="00990718">
        <w:rPr>
          <w:rFonts w:cs="Arial"/>
          <w:color w:val="000000" w:themeColor="text1"/>
          <w:szCs w:val="24"/>
        </w:rPr>
        <w:t>ногоон</w:t>
      </w:r>
      <w:proofErr w:type="spellEnd"/>
      <w:r w:rsidRPr="00990718">
        <w:rPr>
          <w:rFonts w:cs="Arial"/>
          <w:color w:val="000000" w:themeColor="text1"/>
          <w:szCs w:val="24"/>
        </w:rPr>
        <w:t xml:space="preserve"> </w:t>
      </w:r>
      <w:proofErr w:type="spellStart"/>
      <w:r w:rsidRPr="00990718">
        <w:rPr>
          <w:rFonts w:cs="Arial"/>
          <w:color w:val="000000" w:themeColor="text1"/>
          <w:szCs w:val="24"/>
        </w:rPr>
        <w:t>байгууламжийн</w:t>
      </w:r>
      <w:proofErr w:type="spellEnd"/>
      <w:r w:rsidRPr="00990718">
        <w:rPr>
          <w:rFonts w:cs="Arial"/>
          <w:color w:val="000000" w:themeColor="text1"/>
          <w:szCs w:val="24"/>
        </w:rPr>
        <w:t xml:space="preserve"> </w:t>
      </w:r>
      <w:proofErr w:type="spellStart"/>
      <w:r w:rsidRPr="00990718">
        <w:rPr>
          <w:rFonts w:cs="Arial"/>
          <w:color w:val="000000" w:themeColor="text1"/>
          <w:szCs w:val="24"/>
        </w:rPr>
        <w:t>талаарх</w:t>
      </w:r>
      <w:proofErr w:type="spellEnd"/>
      <w:r w:rsidRPr="00990718">
        <w:rPr>
          <w:rFonts w:cs="Arial"/>
          <w:color w:val="000000" w:themeColor="text1"/>
          <w:szCs w:val="24"/>
        </w:rPr>
        <w:t xml:space="preserve"> </w:t>
      </w:r>
      <w:proofErr w:type="spellStart"/>
      <w:r w:rsidRPr="00990718">
        <w:rPr>
          <w:rFonts w:cs="Arial"/>
          <w:color w:val="000000" w:themeColor="text1"/>
          <w:szCs w:val="24"/>
        </w:rPr>
        <w:t>хууль</w:t>
      </w:r>
      <w:proofErr w:type="spellEnd"/>
      <w:r w:rsidRPr="00990718">
        <w:rPr>
          <w:rFonts w:cs="Arial"/>
          <w:color w:val="000000" w:themeColor="text1"/>
          <w:szCs w:val="24"/>
        </w:rPr>
        <w:t xml:space="preserve"> </w:t>
      </w:r>
      <w:proofErr w:type="spellStart"/>
      <w:r w:rsidRPr="00990718">
        <w:rPr>
          <w:rFonts w:cs="Arial"/>
          <w:color w:val="000000" w:themeColor="text1"/>
          <w:szCs w:val="24"/>
        </w:rPr>
        <w:t>эрх</w:t>
      </w:r>
      <w:proofErr w:type="spellEnd"/>
      <w:r w:rsidRPr="00990718">
        <w:rPr>
          <w:rFonts w:cs="Arial"/>
          <w:color w:val="000000" w:themeColor="text1"/>
          <w:szCs w:val="24"/>
        </w:rPr>
        <w:t xml:space="preserve"> </w:t>
      </w:r>
      <w:proofErr w:type="spellStart"/>
      <w:r w:rsidRPr="00990718">
        <w:rPr>
          <w:rFonts w:cs="Arial"/>
          <w:color w:val="000000" w:themeColor="text1"/>
          <w:szCs w:val="24"/>
        </w:rPr>
        <w:t>зүйн</w:t>
      </w:r>
      <w:proofErr w:type="spellEnd"/>
      <w:r w:rsidRPr="00990718">
        <w:rPr>
          <w:rFonts w:cs="Arial"/>
          <w:color w:val="000000" w:themeColor="text1"/>
          <w:szCs w:val="24"/>
        </w:rPr>
        <w:t xml:space="preserve"> </w:t>
      </w:r>
      <w:proofErr w:type="spellStart"/>
      <w:r w:rsidRPr="00990718">
        <w:rPr>
          <w:rFonts w:cs="Arial"/>
          <w:color w:val="000000" w:themeColor="text1"/>
          <w:szCs w:val="24"/>
        </w:rPr>
        <w:t>нэгдсэн</w:t>
      </w:r>
      <w:proofErr w:type="spellEnd"/>
      <w:r w:rsidRPr="00990718">
        <w:rPr>
          <w:rFonts w:cs="Arial"/>
          <w:color w:val="000000" w:themeColor="text1"/>
          <w:szCs w:val="24"/>
        </w:rPr>
        <w:t xml:space="preserve"> </w:t>
      </w:r>
      <w:proofErr w:type="spellStart"/>
      <w:r w:rsidRPr="00990718">
        <w:rPr>
          <w:rFonts w:cs="Arial"/>
          <w:color w:val="000000" w:themeColor="text1"/>
          <w:szCs w:val="24"/>
        </w:rPr>
        <w:t>орчин</w:t>
      </w:r>
      <w:proofErr w:type="spellEnd"/>
      <w:r w:rsidRPr="00990718">
        <w:rPr>
          <w:rFonts w:cs="Arial"/>
          <w:color w:val="000000" w:themeColor="text1"/>
          <w:szCs w:val="24"/>
        </w:rPr>
        <w:t xml:space="preserve">, </w:t>
      </w:r>
      <w:proofErr w:type="spellStart"/>
      <w:r w:rsidRPr="00990718">
        <w:rPr>
          <w:rFonts w:cs="Arial"/>
          <w:color w:val="000000" w:themeColor="text1"/>
          <w:szCs w:val="24"/>
        </w:rPr>
        <w:t>зохицуулалт</w:t>
      </w:r>
      <w:proofErr w:type="spellEnd"/>
      <w:r w:rsidRPr="00990718">
        <w:rPr>
          <w:rFonts w:cs="Arial"/>
          <w:color w:val="000000" w:themeColor="text1"/>
          <w:szCs w:val="24"/>
        </w:rPr>
        <w:t xml:space="preserve"> </w:t>
      </w:r>
      <w:proofErr w:type="spellStart"/>
      <w:r w:rsidRPr="00990718">
        <w:rPr>
          <w:rFonts w:cs="Arial"/>
          <w:color w:val="000000" w:themeColor="text1"/>
          <w:szCs w:val="24"/>
        </w:rPr>
        <w:t>бүрдээгүй</w:t>
      </w:r>
      <w:proofErr w:type="spellEnd"/>
      <w:r w:rsidRPr="00990718">
        <w:rPr>
          <w:rFonts w:cs="Arial"/>
          <w:color w:val="000000" w:themeColor="text1"/>
          <w:szCs w:val="24"/>
        </w:rPr>
        <w:t xml:space="preserve">, </w:t>
      </w:r>
      <w:proofErr w:type="spellStart"/>
      <w:r w:rsidR="006D40F9">
        <w:rPr>
          <w:rFonts w:cs="Arial"/>
          <w:color w:val="000000" w:themeColor="text1"/>
          <w:szCs w:val="24"/>
        </w:rPr>
        <w:t>салбарын</w:t>
      </w:r>
      <w:proofErr w:type="spellEnd"/>
      <w:r w:rsidR="006D40F9">
        <w:rPr>
          <w:rFonts w:cs="Arial"/>
          <w:color w:val="000000" w:themeColor="text1"/>
          <w:szCs w:val="24"/>
        </w:rPr>
        <w:t xml:space="preserve"> </w:t>
      </w:r>
      <w:proofErr w:type="spellStart"/>
      <w:r w:rsidR="006D40F9">
        <w:rPr>
          <w:rFonts w:cs="Arial"/>
          <w:color w:val="000000" w:themeColor="text1"/>
          <w:szCs w:val="24"/>
        </w:rPr>
        <w:t>онцлогоос</w:t>
      </w:r>
      <w:proofErr w:type="spellEnd"/>
      <w:r w:rsidR="006D40F9">
        <w:rPr>
          <w:rFonts w:cs="Arial"/>
          <w:color w:val="000000" w:themeColor="text1"/>
          <w:szCs w:val="24"/>
        </w:rPr>
        <w:t xml:space="preserve"> </w:t>
      </w:r>
      <w:proofErr w:type="spellStart"/>
      <w:r w:rsidR="006D40F9">
        <w:rPr>
          <w:rFonts w:cs="Arial"/>
          <w:color w:val="000000" w:themeColor="text1"/>
          <w:szCs w:val="24"/>
        </w:rPr>
        <w:t>хамаар</w:t>
      </w:r>
      <w:r w:rsidR="00D764F4">
        <w:rPr>
          <w:rFonts w:cs="Arial"/>
          <w:color w:val="000000" w:themeColor="text1"/>
          <w:szCs w:val="24"/>
        </w:rPr>
        <w:t>сан</w:t>
      </w:r>
      <w:proofErr w:type="spellEnd"/>
      <w:r w:rsidR="006D40F9">
        <w:rPr>
          <w:rFonts w:cs="Arial"/>
          <w:color w:val="000000" w:themeColor="text1"/>
          <w:szCs w:val="24"/>
        </w:rPr>
        <w:t xml:space="preserve"> </w:t>
      </w:r>
      <w:proofErr w:type="spellStart"/>
      <w:r w:rsidR="00D764F4">
        <w:rPr>
          <w:rFonts w:cs="Arial"/>
          <w:color w:val="000000" w:themeColor="text1"/>
          <w:szCs w:val="24"/>
        </w:rPr>
        <w:t>байдалтай</w:t>
      </w:r>
      <w:proofErr w:type="spellEnd"/>
      <w:r w:rsidR="00D764F4">
        <w:rPr>
          <w:rFonts w:cs="Arial"/>
          <w:color w:val="000000" w:themeColor="text1"/>
          <w:szCs w:val="24"/>
        </w:rPr>
        <w:t xml:space="preserve"> </w:t>
      </w:r>
      <w:proofErr w:type="spellStart"/>
      <w:r w:rsidR="006D40F9">
        <w:rPr>
          <w:rFonts w:cs="Arial"/>
          <w:color w:val="000000" w:themeColor="text1"/>
          <w:szCs w:val="24"/>
        </w:rPr>
        <w:t>зохицуулагдаж</w:t>
      </w:r>
      <w:proofErr w:type="spellEnd"/>
      <w:r w:rsidR="006D40F9">
        <w:rPr>
          <w:rFonts w:cs="Arial"/>
          <w:color w:val="000000" w:themeColor="text1"/>
          <w:szCs w:val="24"/>
        </w:rPr>
        <w:t xml:space="preserve"> </w:t>
      </w:r>
      <w:proofErr w:type="spellStart"/>
      <w:r w:rsidR="006D40F9">
        <w:rPr>
          <w:rFonts w:cs="Arial"/>
          <w:color w:val="000000" w:themeColor="text1"/>
          <w:szCs w:val="24"/>
        </w:rPr>
        <w:t>иржээ</w:t>
      </w:r>
      <w:proofErr w:type="spellEnd"/>
      <w:r w:rsidR="006D40F9">
        <w:rPr>
          <w:rFonts w:cs="Arial"/>
          <w:color w:val="000000" w:themeColor="text1"/>
          <w:szCs w:val="24"/>
        </w:rPr>
        <w:t xml:space="preserve">. </w:t>
      </w:r>
      <w:proofErr w:type="spellStart"/>
      <w:r w:rsidRPr="00990718">
        <w:rPr>
          <w:rFonts w:cs="Arial"/>
          <w:color w:val="000000" w:themeColor="text1"/>
          <w:szCs w:val="24"/>
        </w:rPr>
        <w:t>Мөн</w:t>
      </w:r>
      <w:proofErr w:type="spellEnd"/>
      <w:r w:rsidRPr="00990718">
        <w:rPr>
          <w:rFonts w:cs="Arial"/>
          <w:color w:val="000000" w:themeColor="text1"/>
          <w:szCs w:val="24"/>
        </w:rPr>
        <w:t xml:space="preserve"> </w:t>
      </w:r>
      <w:proofErr w:type="spellStart"/>
      <w:r w:rsidRPr="00990718">
        <w:rPr>
          <w:rFonts w:cs="Arial"/>
          <w:color w:val="000000" w:themeColor="text1"/>
          <w:szCs w:val="24"/>
        </w:rPr>
        <w:t>ногоон</w:t>
      </w:r>
      <w:proofErr w:type="spellEnd"/>
      <w:r w:rsidRPr="00990718">
        <w:rPr>
          <w:rFonts w:cs="Arial"/>
          <w:color w:val="000000" w:themeColor="text1"/>
          <w:szCs w:val="24"/>
        </w:rPr>
        <w:t xml:space="preserve"> </w:t>
      </w:r>
      <w:proofErr w:type="spellStart"/>
      <w:r w:rsidRPr="00990718">
        <w:rPr>
          <w:rFonts w:cs="Arial"/>
          <w:color w:val="000000" w:themeColor="text1"/>
          <w:szCs w:val="24"/>
        </w:rPr>
        <w:t>байгууламжийн</w:t>
      </w:r>
      <w:proofErr w:type="spellEnd"/>
      <w:r w:rsidRPr="00990718">
        <w:rPr>
          <w:rFonts w:cs="Arial"/>
          <w:color w:val="000000" w:themeColor="text1"/>
          <w:szCs w:val="24"/>
        </w:rPr>
        <w:t xml:space="preserve"> </w:t>
      </w:r>
      <w:proofErr w:type="spellStart"/>
      <w:r w:rsidRPr="00990718">
        <w:rPr>
          <w:rFonts w:cs="Arial"/>
          <w:color w:val="000000" w:themeColor="text1"/>
          <w:szCs w:val="24"/>
        </w:rPr>
        <w:t>арчилгааг</w:t>
      </w:r>
      <w:proofErr w:type="spellEnd"/>
      <w:r w:rsidRPr="00990718">
        <w:rPr>
          <w:rFonts w:cs="Arial"/>
          <w:color w:val="000000" w:themeColor="text1"/>
          <w:szCs w:val="24"/>
        </w:rPr>
        <w:t xml:space="preserve"> </w:t>
      </w:r>
      <w:proofErr w:type="spellStart"/>
      <w:r w:rsidRPr="00990718">
        <w:rPr>
          <w:rFonts w:cs="Arial"/>
          <w:color w:val="000000" w:themeColor="text1"/>
          <w:szCs w:val="24"/>
        </w:rPr>
        <w:t>тогтмол</w:t>
      </w:r>
      <w:proofErr w:type="spellEnd"/>
      <w:r w:rsidRPr="00990718">
        <w:rPr>
          <w:rFonts w:cs="Arial"/>
          <w:color w:val="000000" w:themeColor="text1"/>
          <w:szCs w:val="24"/>
        </w:rPr>
        <w:t xml:space="preserve"> </w:t>
      </w:r>
      <w:proofErr w:type="spellStart"/>
      <w:r w:rsidRPr="00990718">
        <w:rPr>
          <w:rFonts w:cs="Arial"/>
          <w:color w:val="000000" w:themeColor="text1"/>
          <w:szCs w:val="24"/>
        </w:rPr>
        <w:t>хийх</w:t>
      </w:r>
      <w:proofErr w:type="spellEnd"/>
      <w:r w:rsidRPr="00990718">
        <w:rPr>
          <w:rFonts w:cs="Arial"/>
          <w:color w:val="000000" w:themeColor="text1"/>
          <w:szCs w:val="24"/>
        </w:rPr>
        <w:t xml:space="preserve"> </w:t>
      </w:r>
      <w:proofErr w:type="spellStart"/>
      <w:r w:rsidRPr="00990718">
        <w:rPr>
          <w:rFonts w:cs="Arial"/>
          <w:color w:val="000000" w:themeColor="text1"/>
          <w:szCs w:val="24"/>
        </w:rPr>
        <w:t>мэргэжлийн</w:t>
      </w:r>
      <w:proofErr w:type="spellEnd"/>
      <w:r w:rsidRPr="00990718">
        <w:rPr>
          <w:rFonts w:cs="Arial"/>
          <w:color w:val="000000" w:themeColor="text1"/>
          <w:szCs w:val="24"/>
        </w:rPr>
        <w:t xml:space="preserve"> </w:t>
      </w:r>
      <w:proofErr w:type="spellStart"/>
      <w:r w:rsidRPr="00990718">
        <w:rPr>
          <w:rFonts w:cs="Arial"/>
          <w:color w:val="000000" w:themeColor="text1"/>
          <w:szCs w:val="24"/>
        </w:rPr>
        <w:t>байгууллага</w:t>
      </w:r>
      <w:proofErr w:type="spellEnd"/>
      <w:r w:rsidRPr="00990718">
        <w:rPr>
          <w:rFonts w:cs="Arial"/>
          <w:color w:val="000000" w:themeColor="text1"/>
          <w:szCs w:val="24"/>
        </w:rPr>
        <w:t xml:space="preserve"> </w:t>
      </w:r>
      <w:proofErr w:type="spellStart"/>
      <w:r w:rsidRPr="00990718">
        <w:rPr>
          <w:rFonts w:cs="Arial"/>
          <w:color w:val="000000" w:themeColor="text1"/>
          <w:szCs w:val="24"/>
        </w:rPr>
        <w:t>дутмаг</w:t>
      </w:r>
      <w:proofErr w:type="spellEnd"/>
      <w:r w:rsidRPr="00990718">
        <w:rPr>
          <w:rFonts w:cs="Arial"/>
          <w:color w:val="000000" w:themeColor="text1"/>
          <w:szCs w:val="24"/>
        </w:rPr>
        <w:t xml:space="preserve">, </w:t>
      </w:r>
      <w:proofErr w:type="spellStart"/>
      <w:r w:rsidRPr="00990718">
        <w:rPr>
          <w:rFonts w:cs="Arial"/>
          <w:color w:val="000000" w:themeColor="text1"/>
          <w:szCs w:val="24"/>
        </w:rPr>
        <w:t>зориулалтын</w:t>
      </w:r>
      <w:proofErr w:type="spellEnd"/>
      <w:r w:rsidRPr="00990718">
        <w:rPr>
          <w:rFonts w:cs="Arial"/>
          <w:color w:val="000000" w:themeColor="text1"/>
          <w:szCs w:val="24"/>
        </w:rPr>
        <w:t xml:space="preserve"> </w:t>
      </w:r>
      <w:proofErr w:type="spellStart"/>
      <w:r w:rsidRPr="00990718">
        <w:rPr>
          <w:rFonts w:cs="Arial"/>
          <w:color w:val="000000" w:themeColor="text1"/>
          <w:szCs w:val="24"/>
        </w:rPr>
        <w:t>санхүүжилт</w:t>
      </w:r>
      <w:proofErr w:type="spellEnd"/>
      <w:r w:rsidRPr="00990718">
        <w:rPr>
          <w:rFonts w:cs="Arial"/>
          <w:color w:val="000000" w:themeColor="text1"/>
          <w:szCs w:val="24"/>
        </w:rPr>
        <w:t xml:space="preserve">, </w:t>
      </w:r>
      <w:proofErr w:type="spellStart"/>
      <w:r w:rsidRPr="00990718">
        <w:rPr>
          <w:rFonts w:cs="Arial"/>
          <w:color w:val="000000" w:themeColor="text1"/>
          <w:szCs w:val="24"/>
        </w:rPr>
        <w:t>хөрөнгийн</w:t>
      </w:r>
      <w:proofErr w:type="spellEnd"/>
      <w:r w:rsidRPr="00990718">
        <w:rPr>
          <w:rFonts w:cs="Arial"/>
          <w:color w:val="000000" w:themeColor="text1"/>
          <w:szCs w:val="24"/>
        </w:rPr>
        <w:t xml:space="preserve"> </w:t>
      </w:r>
      <w:proofErr w:type="spellStart"/>
      <w:r w:rsidRPr="00990718">
        <w:rPr>
          <w:rFonts w:cs="Arial"/>
          <w:color w:val="000000" w:themeColor="text1"/>
          <w:szCs w:val="24"/>
        </w:rPr>
        <w:t>эх</w:t>
      </w:r>
      <w:proofErr w:type="spellEnd"/>
      <w:r w:rsidRPr="00990718">
        <w:rPr>
          <w:rFonts w:cs="Arial"/>
          <w:color w:val="000000" w:themeColor="text1"/>
          <w:szCs w:val="24"/>
        </w:rPr>
        <w:t xml:space="preserve"> </w:t>
      </w:r>
      <w:proofErr w:type="spellStart"/>
      <w:r w:rsidRPr="00990718">
        <w:rPr>
          <w:rFonts w:cs="Arial"/>
          <w:color w:val="000000" w:themeColor="text1"/>
          <w:szCs w:val="24"/>
        </w:rPr>
        <w:t>үүсвэр</w:t>
      </w:r>
      <w:proofErr w:type="spellEnd"/>
      <w:r w:rsidRPr="00990718">
        <w:rPr>
          <w:rFonts w:cs="Arial"/>
          <w:color w:val="000000" w:themeColor="text1"/>
          <w:szCs w:val="24"/>
        </w:rPr>
        <w:t xml:space="preserve">, </w:t>
      </w:r>
      <w:proofErr w:type="spellStart"/>
      <w:r w:rsidRPr="00990718">
        <w:rPr>
          <w:rFonts w:cs="Arial"/>
          <w:color w:val="000000" w:themeColor="text1"/>
          <w:szCs w:val="24"/>
        </w:rPr>
        <w:t>менежмент</w:t>
      </w:r>
      <w:proofErr w:type="spellEnd"/>
      <w:r w:rsidRPr="00990718">
        <w:rPr>
          <w:rFonts w:cs="Arial"/>
          <w:color w:val="000000" w:themeColor="text1"/>
          <w:szCs w:val="24"/>
        </w:rPr>
        <w:t xml:space="preserve"> </w:t>
      </w:r>
      <w:proofErr w:type="spellStart"/>
      <w:r w:rsidRPr="00990718">
        <w:rPr>
          <w:rFonts w:cs="Arial"/>
          <w:color w:val="000000" w:themeColor="text1"/>
          <w:szCs w:val="24"/>
        </w:rPr>
        <w:t>байхгүйн</w:t>
      </w:r>
      <w:proofErr w:type="spellEnd"/>
      <w:r w:rsidRPr="00990718">
        <w:rPr>
          <w:rFonts w:cs="Arial"/>
          <w:color w:val="000000" w:themeColor="text1"/>
          <w:szCs w:val="24"/>
        </w:rPr>
        <w:t xml:space="preserve"> </w:t>
      </w:r>
      <w:proofErr w:type="spellStart"/>
      <w:r w:rsidRPr="00990718">
        <w:rPr>
          <w:rFonts w:cs="Arial"/>
          <w:color w:val="000000" w:themeColor="text1"/>
          <w:szCs w:val="24"/>
        </w:rPr>
        <w:t>улмаас</w:t>
      </w:r>
      <w:proofErr w:type="spellEnd"/>
      <w:r w:rsidRPr="00990718">
        <w:rPr>
          <w:rFonts w:cs="Arial"/>
          <w:color w:val="000000" w:themeColor="text1"/>
          <w:szCs w:val="24"/>
        </w:rPr>
        <w:t xml:space="preserve"> </w:t>
      </w:r>
      <w:proofErr w:type="spellStart"/>
      <w:r w:rsidRPr="00990718">
        <w:rPr>
          <w:rFonts w:cs="Arial"/>
          <w:color w:val="000000" w:themeColor="text1"/>
          <w:szCs w:val="24"/>
        </w:rPr>
        <w:t>энэхүү</w:t>
      </w:r>
      <w:proofErr w:type="spellEnd"/>
      <w:r w:rsidRPr="00990718">
        <w:rPr>
          <w:rFonts w:cs="Arial"/>
          <w:color w:val="000000" w:themeColor="text1"/>
          <w:szCs w:val="24"/>
        </w:rPr>
        <w:t xml:space="preserve"> </w:t>
      </w:r>
      <w:proofErr w:type="spellStart"/>
      <w:r w:rsidRPr="00990718">
        <w:rPr>
          <w:rFonts w:cs="Arial"/>
          <w:color w:val="000000" w:themeColor="text1"/>
          <w:szCs w:val="24"/>
        </w:rPr>
        <w:t>ажил</w:t>
      </w:r>
      <w:proofErr w:type="spellEnd"/>
      <w:r w:rsidRPr="00990718">
        <w:rPr>
          <w:rFonts w:cs="Arial"/>
          <w:color w:val="000000" w:themeColor="text1"/>
          <w:szCs w:val="24"/>
        </w:rPr>
        <w:t xml:space="preserve"> ч </w:t>
      </w:r>
      <w:proofErr w:type="spellStart"/>
      <w:r w:rsidRPr="00990718">
        <w:rPr>
          <w:rFonts w:cs="Arial"/>
          <w:color w:val="000000" w:themeColor="text1"/>
          <w:szCs w:val="24"/>
        </w:rPr>
        <w:t>дутагдалтай</w:t>
      </w:r>
      <w:proofErr w:type="spellEnd"/>
      <w:r w:rsidRPr="00990718">
        <w:rPr>
          <w:rFonts w:cs="Arial"/>
          <w:color w:val="000000" w:themeColor="text1"/>
          <w:szCs w:val="24"/>
        </w:rPr>
        <w:t xml:space="preserve"> </w:t>
      </w:r>
      <w:proofErr w:type="spellStart"/>
      <w:r w:rsidRPr="00990718">
        <w:rPr>
          <w:rFonts w:cs="Arial"/>
          <w:color w:val="000000" w:themeColor="text1"/>
          <w:szCs w:val="24"/>
        </w:rPr>
        <w:t>хийгдэж</w:t>
      </w:r>
      <w:proofErr w:type="spellEnd"/>
      <w:r w:rsidRPr="00990718">
        <w:rPr>
          <w:rFonts w:cs="Arial"/>
          <w:color w:val="000000" w:themeColor="text1"/>
          <w:szCs w:val="24"/>
        </w:rPr>
        <w:t xml:space="preserve"> </w:t>
      </w:r>
      <w:proofErr w:type="spellStart"/>
      <w:r w:rsidRPr="00990718">
        <w:rPr>
          <w:rFonts w:cs="Arial"/>
          <w:color w:val="000000" w:themeColor="text1"/>
          <w:szCs w:val="24"/>
        </w:rPr>
        <w:t>ирсэн</w:t>
      </w:r>
      <w:proofErr w:type="spellEnd"/>
      <w:r w:rsidRPr="00990718">
        <w:rPr>
          <w:rFonts w:cs="Arial"/>
          <w:color w:val="000000" w:themeColor="text1"/>
          <w:szCs w:val="24"/>
        </w:rPr>
        <w:t xml:space="preserve"> </w:t>
      </w:r>
      <w:proofErr w:type="spellStart"/>
      <w:r w:rsidRPr="00990718">
        <w:rPr>
          <w:rFonts w:cs="Arial"/>
          <w:color w:val="000000" w:themeColor="text1"/>
          <w:szCs w:val="24"/>
        </w:rPr>
        <w:t>байна</w:t>
      </w:r>
      <w:proofErr w:type="spellEnd"/>
      <w:r w:rsidRPr="00990718">
        <w:rPr>
          <w:rFonts w:cs="Arial"/>
          <w:color w:val="000000" w:themeColor="text1"/>
          <w:szCs w:val="24"/>
        </w:rPr>
        <w:t>.</w:t>
      </w:r>
    </w:p>
    <w:p w14:paraId="5E926DC6" w14:textId="4CB92B3B" w:rsidR="00CE29F3" w:rsidRPr="00257E3A" w:rsidRDefault="00CE29F3" w:rsidP="00257E3A">
      <w:pPr>
        <w:keepLines/>
        <w:rPr>
          <w:rFonts w:eastAsia="Calibri" w:cs="Arial"/>
          <w:color w:val="000000" w:themeColor="text1"/>
          <w:szCs w:val="24"/>
          <w:lang w:val="mn-MN"/>
        </w:rPr>
      </w:pPr>
      <w:proofErr w:type="spellStart"/>
      <w:r w:rsidRPr="00060DDF">
        <w:rPr>
          <w:rFonts w:cs="Arial"/>
          <w:color w:val="000000" w:themeColor="text1"/>
          <w:szCs w:val="24"/>
        </w:rPr>
        <w:t>Иймд</w:t>
      </w:r>
      <w:proofErr w:type="spellEnd"/>
      <w:r w:rsidRPr="00060DDF">
        <w:rPr>
          <w:rFonts w:cs="Arial"/>
          <w:color w:val="000000" w:themeColor="text1"/>
          <w:szCs w:val="24"/>
        </w:rPr>
        <w:t xml:space="preserve"> </w:t>
      </w:r>
      <w:proofErr w:type="spellStart"/>
      <w:r w:rsidRPr="00060DDF">
        <w:rPr>
          <w:rFonts w:cs="Arial"/>
          <w:color w:val="000000" w:themeColor="text1"/>
          <w:szCs w:val="24"/>
        </w:rPr>
        <w:t>эдгээр</w:t>
      </w:r>
      <w:proofErr w:type="spellEnd"/>
      <w:r w:rsidRPr="00060DDF">
        <w:rPr>
          <w:rFonts w:cs="Arial"/>
          <w:color w:val="000000" w:themeColor="text1"/>
          <w:szCs w:val="24"/>
        </w:rPr>
        <w:t xml:space="preserve"> </w:t>
      </w:r>
      <w:proofErr w:type="spellStart"/>
      <w:r w:rsidRPr="00060DDF">
        <w:rPr>
          <w:rFonts w:cs="Arial"/>
          <w:color w:val="000000" w:themeColor="text1"/>
          <w:szCs w:val="24"/>
        </w:rPr>
        <w:t>сөрөг</w:t>
      </w:r>
      <w:proofErr w:type="spellEnd"/>
      <w:r w:rsidRPr="00060DDF">
        <w:rPr>
          <w:rFonts w:cs="Arial"/>
          <w:color w:val="000000" w:themeColor="text1"/>
          <w:szCs w:val="24"/>
        </w:rPr>
        <w:t xml:space="preserve"> </w:t>
      </w:r>
      <w:proofErr w:type="spellStart"/>
      <w:r w:rsidRPr="00060DDF">
        <w:rPr>
          <w:rFonts w:cs="Arial"/>
          <w:color w:val="000000" w:themeColor="text1"/>
          <w:szCs w:val="24"/>
        </w:rPr>
        <w:t>үзэгдлүүдийг</w:t>
      </w:r>
      <w:proofErr w:type="spellEnd"/>
      <w:r w:rsidRPr="00060DDF">
        <w:rPr>
          <w:rFonts w:cs="Arial"/>
          <w:color w:val="000000" w:themeColor="text1"/>
          <w:szCs w:val="24"/>
        </w:rPr>
        <w:t xml:space="preserve"> </w:t>
      </w:r>
      <w:proofErr w:type="spellStart"/>
      <w:r w:rsidRPr="00060DDF">
        <w:rPr>
          <w:rFonts w:cs="Arial"/>
          <w:color w:val="000000" w:themeColor="text1"/>
          <w:szCs w:val="24"/>
        </w:rPr>
        <w:t>хязгаарлах</w:t>
      </w:r>
      <w:proofErr w:type="spellEnd"/>
      <w:r w:rsidRPr="00060DDF">
        <w:rPr>
          <w:rFonts w:cs="Arial"/>
          <w:color w:val="000000" w:themeColor="text1"/>
          <w:szCs w:val="24"/>
        </w:rPr>
        <w:t xml:space="preserve">, </w:t>
      </w:r>
      <w:proofErr w:type="spellStart"/>
      <w:r w:rsidRPr="00060DDF">
        <w:rPr>
          <w:rFonts w:cs="Arial"/>
          <w:color w:val="000000" w:themeColor="text1"/>
          <w:szCs w:val="24"/>
        </w:rPr>
        <w:t>хотын</w:t>
      </w:r>
      <w:proofErr w:type="spellEnd"/>
      <w:r w:rsidRPr="00060DDF">
        <w:rPr>
          <w:rFonts w:cs="Arial"/>
          <w:color w:val="000000" w:themeColor="text1"/>
          <w:szCs w:val="24"/>
        </w:rPr>
        <w:t xml:space="preserve"> </w:t>
      </w:r>
      <w:proofErr w:type="spellStart"/>
      <w:r w:rsidRPr="00060DDF">
        <w:rPr>
          <w:rFonts w:cs="Arial"/>
          <w:color w:val="000000" w:themeColor="text1"/>
          <w:szCs w:val="24"/>
        </w:rPr>
        <w:t>оршин</w:t>
      </w:r>
      <w:proofErr w:type="spellEnd"/>
      <w:r w:rsidRPr="00990718">
        <w:rPr>
          <w:rFonts w:cs="Arial"/>
          <w:color w:val="000000" w:themeColor="text1"/>
          <w:szCs w:val="24"/>
        </w:rPr>
        <w:t xml:space="preserve"> </w:t>
      </w:r>
      <w:proofErr w:type="spellStart"/>
      <w:r w:rsidRPr="00990718">
        <w:rPr>
          <w:rFonts w:cs="Arial"/>
          <w:color w:val="000000" w:themeColor="text1"/>
          <w:szCs w:val="24"/>
        </w:rPr>
        <w:t>суугчдын</w:t>
      </w:r>
      <w:proofErr w:type="spellEnd"/>
      <w:r w:rsidRPr="00990718">
        <w:rPr>
          <w:rFonts w:cs="Arial"/>
          <w:color w:val="000000" w:themeColor="text1"/>
          <w:szCs w:val="24"/>
        </w:rPr>
        <w:t xml:space="preserve"> </w:t>
      </w:r>
      <w:proofErr w:type="spellStart"/>
      <w:r w:rsidRPr="00990718">
        <w:rPr>
          <w:rFonts w:cs="Arial"/>
          <w:color w:val="000000" w:themeColor="text1"/>
          <w:szCs w:val="24"/>
        </w:rPr>
        <w:t>эрүүл</w:t>
      </w:r>
      <w:proofErr w:type="spellEnd"/>
      <w:r w:rsidRPr="00990718">
        <w:rPr>
          <w:rFonts w:cs="Arial"/>
          <w:color w:val="000000" w:themeColor="text1"/>
          <w:szCs w:val="24"/>
        </w:rPr>
        <w:t xml:space="preserve">, </w:t>
      </w:r>
      <w:proofErr w:type="spellStart"/>
      <w:r w:rsidRPr="00990718">
        <w:rPr>
          <w:rFonts w:cs="Arial"/>
          <w:color w:val="000000" w:themeColor="text1"/>
          <w:szCs w:val="24"/>
        </w:rPr>
        <w:t>аюулгүй</w:t>
      </w:r>
      <w:proofErr w:type="spellEnd"/>
      <w:r w:rsidRPr="00990718">
        <w:rPr>
          <w:rFonts w:cs="Arial"/>
          <w:color w:val="000000" w:themeColor="text1"/>
          <w:szCs w:val="24"/>
        </w:rPr>
        <w:t xml:space="preserve"> </w:t>
      </w:r>
      <w:proofErr w:type="spellStart"/>
      <w:r w:rsidRPr="00990718">
        <w:rPr>
          <w:rFonts w:cs="Arial"/>
          <w:color w:val="000000" w:themeColor="text1"/>
          <w:szCs w:val="24"/>
        </w:rPr>
        <w:t>орчинд</w:t>
      </w:r>
      <w:proofErr w:type="spellEnd"/>
      <w:r w:rsidRPr="00990718">
        <w:rPr>
          <w:rFonts w:cs="Arial"/>
          <w:color w:val="000000" w:themeColor="text1"/>
          <w:szCs w:val="24"/>
        </w:rPr>
        <w:t xml:space="preserve"> </w:t>
      </w:r>
      <w:proofErr w:type="spellStart"/>
      <w:r w:rsidRPr="00990718">
        <w:rPr>
          <w:rFonts w:cs="Arial"/>
          <w:color w:val="000000" w:themeColor="text1"/>
          <w:szCs w:val="24"/>
        </w:rPr>
        <w:t>амьдрах</w:t>
      </w:r>
      <w:proofErr w:type="spellEnd"/>
      <w:r w:rsidRPr="00990718">
        <w:rPr>
          <w:rFonts w:cs="Arial"/>
          <w:color w:val="000000" w:themeColor="text1"/>
          <w:szCs w:val="24"/>
        </w:rPr>
        <w:t xml:space="preserve"> </w:t>
      </w:r>
      <w:proofErr w:type="spellStart"/>
      <w:r w:rsidRPr="00990718">
        <w:rPr>
          <w:rFonts w:cs="Arial"/>
          <w:color w:val="000000" w:themeColor="text1"/>
          <w:szCs w:val="24"/>
        </w:rPr>
        <w:t>үндсэн</w:t>
      </w:r>
      <w:proofErr w:type="spellEnd"/>
      <w:r w:rsidRPr="00990718">
        <w:rPr>
          <w:rFonts w:cs="Arial"/>
          <w:color w:val="000000" w:themeColor="text1"/>
          <w:szCs w:val="24"/>
        </w:rPr>
        <w:t xml:space="preserve"> </w:t>
      </w:r>
      <w:proofErr w:type="spellStart"/>
      <w:r w:rsidRPr="00990718">
        <w:rPr>
          <w:rFonts w:cs="Arial"/>
          <w:color w:val="000000" w:themeColor="text1"/>
          <w:szCs w:val="24"/>
        </w:rPr>
        <w:t>эрхийн</w:t>
      </w:r>
      <w:proofErr w:type="spellEnd"/>
      <w:r w:rsidRPr="00990718">
        <w:rPr>
          <w:rFonts w:cs="Arial"/>
          <w:color w:val="000000" w:themeColor="text1"/>
          <w:szCs w:val="24"/>
        </w:rPr>
        <w:t xml:space="preserve"> </w:t>
      </w:r>
      <w:proofErr w:type="spellStart"/>
      <w:r w:rsidRPr="00990718">
        <w:rPr>
          <w:rFonts w:cs="Arial"/>
          <w:color w:val="000000" w:themeColor="text1"/>
          <w:szCs w:val="24"/>
        </w:rPr>
        <w:t>баталгааг</w:t>
      </w:r>
      <w:proofErr w:type="spellEnd"/>
      <w:r w:rsidRPr="00990718">
        <w:rPr>
          <w:rFonts w:cs="Arial"/>
          <w:color w:val="000000" w:themeColor="text1"/>
          <w:szCs w:val="24"/>
        </w:rPr>
        <w:t xml:space="preserve"> </w:t>
      </w:r>
      <w:proofErr w:type="spellStart"/>
      <w:r w:rsidRPr="00990718">
        <w:rPr>
          <w:rFonts w:cs="Arial"/>
          <w:color w:val="000000" w:themeColor="text1"/>
          <w:szCs w:val="24"/>
        </w:rPr>
        <w:t>хангах</w:t>
      </w:r>
      <w:proofErr w:type="spellEnd"/>
      <w:r w:rsidRPr="00990718">
        <w:rPr>
          <w:rFonts w:cs="Arial"/>
          <w:color w:val="000000" w:themeColor="text1"/>
          <w:szCs w:val="24"/>
        </w:rPr>
        <w:t xml:space="preserve"> </w:t>
      </w:r>
      <w:proofErr w:type="spellStart"/>
      <w:proofErr w:type="gramStart"/>
      <w:r w:rsidRPr="00990718">
        <w:rPr>
          <w:rFonts w:cs="Arial"/>
          <w:color w:val="000000" w:themeColor="text1"/>
          <w:szCs w:val="24"/>
        </w:rPr>
        <w:t>зорилгоор</w:t>
      </w:r>
      <w:proofErr w:type="spellEnd"/>
      <w:r w:rsidRPr="00990718">
        <w:rPr>
          <w:rFonts w:cs="Arial"/>
          <w:color w:val="000000" w:themeColor="text1"/>
          <w:szCs w:val="24"/>
        </w:rPr>
        <w:t xml:space="preserve">  </w:t>
      </w:r>
      <w:proofErr w:type="spellStart"/>
      <w:r>
        <w:rPr>
          <w:rFonts w:cs="Arial"/>
          <w:color w:val="000000" w:themeColor="text1"/>
          <w:szCs w:val="24"/>
        </w:rPr>
        <w:t>Хотын</w:t>
      </w:r>
      <w:proofErr w:type="spellEnd"/>
      <w:proofErr w:type="gramEnd"/>
      <w:r>
        <w:rPr>
          <w:rFonts w:cs="Arial"/>
          <w:color w:val="000000" w:themeColor="text1"/>
          <w:szCs w:val="24"/>
        </w:rPr>
        <w:t xml:space="preserve"> </w:t>
      </w:r>
      <w:proofErr w:type="spellStart"/>
      <w:r>
        <w:rPr>
          <w:rFonts w:cs="Arial"/>
          <w:color w:val="000000" w:themeColor="text1"/>
          <w:szCs w:val="24"/>
        </w:rPr>
        <w:t>ой</w:t>
      </w:r>
      <w:proofErr w:type="spellEnd"/>
      <w:r>
        <w:rPr>
          <w:rFonts w:cs="Arial"/>
          <w:color w:val="000000" w:themeColor="text1"/>
          <w:szCs w:val="24"/>
        </w:rPr>
        <w:t xml:space="preserve">, </w:t>
      </w:r>
      <w:proofErr w:type="spellStart"/>
      <w:r>
        <w:rPr>
          <w:rFonts w:cs="Arial"/>
          <w:color w:val="000000" w:themeColor="text1"/>
          <w:szCs w:val="24"/>
        </w:rPr>
        <w:t>ногоон</w:t>
      </w:r>
      <w:proofErr w:type="spellEnd"/>
      <w:r>
        <w:rPr>
          <w:rFonts w:cs="Arial"/>
          <w:color w:val="000000" w:themeColor="text1"/>
          <w:szCs w:val="24"/>
        </w:rPr>
        <w:t xml:space="preserve"> </w:t>
      </w:r>
      <w:proofErr w:type="spellStart"/>
      <w:r>
        <w:rPr>
          <w:rFonts w:cs="Arial"/>
          <w:color w:val="000000" w:themeColor="text1"/>
          <w:szCs w:val="24"/>
        </w:rPr>
        <w:t>дэд</w:t>
      </w:r>
      <w:proofErr w:type="spellEnd"/>
      <w:r>
        <w:rPr>
          <w:rFonts w:cs="Arial"/>
          <w:color w:val="000000" w:themeColor="text1"/>
          <w:szCs w:val="24"/>
        </w:rPr>
        <w:t xml:space="preserve"> </w:t>
      </w:r>
      <w:proofErr w:type="spellStart"/>
      <w:r>
        <w:rPr>
          <w:rFonts w:cs="Arial"/>
          <w:color w:val="000000" w:themeColor="text1"/>
          <w:szCs w:val="24"/>
        </w:rPr>
        <w:t>бүтцийн</w:t>
      </w:r>
      <w:proofErr w:type="spellEnd"/>
      <w:r>
        <w:rPr>
          <w:rFonts w:cs="Arial"/>
          <w:color w:val="000000" w:themeColor="text1"/>
          <w:szCs w:val="24"/>
        </w:rPr>
        <w:t xml:space="preserve"> </w:t>
      </w:r>
      <w:proofErr w:type="spellStart"/>
      <w:r>
        <w:rPr>
          <w:rFonts w:cs="Arial"/>
          <w:color w:val="000000" w:themeColor="text1"/>
          <w:szCs w:val="24"/>
        </w:rPr>
        <w:t>тухай</w:t>
      </w:r>
      <w:proofErr w:type="spellEnd"/>
      <w:r>
        <w:rPr>
          <w:rFonts w:cs="Arial"/>
          <w:color w:val="000000" w:themeColor="text1"/>
          <w:szCs w:val="24"/>
        </w:rPr>
        <w:t xml:space="preserve"> </w:t>
      </w:r>
      <w:proofErr w:type="spellStart"/>
      <w:r>
        <w:rPr>
          <w:rFonts w:cs="Arial"/>
          <w:color w:val="000000" w:themeColor="text1"/>
          <w:szCs w:val="24"/>
        </w:rPr>
        <w:t>анхдаг</w:t>
      </w:r>
      <w:r w:rsidR="00AB6155">
        <w:rPr>
          <w:rFonts w:cs="Arial"/>
          <w:color w:val="000000" w:themeColor="text1"/>
          <w:szCs w:val="24"/>
        </w:rPr>
        <w:t>ч</w:t>
      </w:r>
      <w:proofErr w:type="spellEnd"/>
      <w:r>
        <w:rPr>
          <w:rFonts w:cs="Arial"/>
          <w:color w:val="000000" w:themeColor="text1"/>
          <w:szCs w:val="24"/>
        </w:rPr>
        <w:t xml:space="preserve"> </w:t>
      </w:r>
      <w:proofErr w:type="spellStart"/>
      <w:r w:rsidRPr="00990718">
        <w:rPr>
          <w:rFonts w:cs="Arial"/>
          <w:color w:val="000000" w:themeColor="text1"/>
          <w:szCs w:val="24"/>
        </w:rPr>
        <w:t>хуулийн</w:t>
      </w:r>
      <w:proofErr w:type="spellEnd"/>
      <w:r w:rsidRPr="00990718">
        <w:rPr>
          <w:rFonts w:cs="Arial"/>
          <w:color w:val="000000" w:themeColor="text1"/>
          <w:szCs w:val="24"/>
        </w:rPr>
        <w:t xml:space="preserve"> </w:t>
      </w:r>
      <w:proofErr w:type="spellStart"/>
      <w:r w:rsidRPr="00990718">
        <w:rPr>
          <w:rFonts w:cs="Arial"/>
          <w:color w:val="000000" w:themeColor="text1"/>
          <w:szCs w:val="24"/>
        </w:rPr>
        <w:t>төслийг</w:t>
      </w:r>
      <w:proofErr w:type="spellEnd"/>
      <w:r w:rsidRPr="00990718">
        <w:rPr>
          <w:rFonts w:cs="Arial"/>
          <w:color w:val="000000" w:themeColor="text1"/>
          <w:szCs w:val="24"/>
        </w:rPr>
        <w:t xml:space="preserve"> </w:t>
      </w:r>
      <w:proofErr w:type="spellStart"/>
      <w:r w:rsidRPr="00990718">
        <w:rPr>
          <w:rFonts w:cs="Arial"/>
          <w:color w:val="000000" w:themeColor="text1"/>
          <w:szCs w:val="24"/>
        </w:rPr>
        <w:t>боловсруулах</w:t>
      </w:r>
      <w:proofErr w:type="spellEnd"/>
      <w:r w:rsidRPr="00990718">
        <w:rPr>
          <w:rFonts w:cs="Arial"/>
          <w:color w:val="000000" w:themeColor="text1"/>
          <w:szCs w:val="24"/>
        </w:rPr>
        <w:t xml:space="preserve"> </w:t>
      </w:r>
      <w:proofErr w:type="spellStart"/>
      <w:r w:rsidRPr="00990718">
        <w:rPr>
          <w:rFonts w:cs="Arial"/>
          <w:color w:val="000000" w:themeColor="text1"/>
          <w:szCs w:val="24"/>
        </w:rPr>
        <w:t>шаардлага</w:t>
      </w:r>
      <w:proofErr w:type="spellEnd"/>
      <w:r w:rsidRPr="00990718">
        <w:rPr>
          <w:rFonts w:cs="Arial"/>
          <w:color w:val="000000" w:themeColor="text1"/>
          <w:szCs w:val="24"/>
        </w:rPr>
        <w:t xml:space="preserve"> </w:t>
      </w:r>
      <w:proofErr w:type="spellStart"/>
      <w:r w:rsidRPr="00990718">
        <w:rPr>
          <w:rFonts w:cs="Arial"/>
          <w:color w:val="000000" w:themeColor="text1"/>
          <w:szCs w:val="24"/>
        </w:rPr>
        <w:t>зүй</w:t>
      </w:r>
      <w:proofErr w:type="spellEnd"/>
      <w:r w:rsidRPr="00990718">
        <w:rPr>
          <w:rFonts w:cs="Arial"/>
          <w:color w:val="000000" w:themeColor="text1"/>
          <w:szCs w:val="24"/>
        </w:rPr>
        <w:t xml:space="preserve"> </w:t>
      </w:r>
      <w:proofErr w:type="spellStart"/>
      <w:r w:rsidRPr="00990718">
        <w:rPr>
          <w:rFonts w:cs="Arial"/>
          <w:color w:val="000000" w:themeColor="text1"/>
          <w:szCs w:val="24"/>
        </w:rPr>
        <w:t>ёсоор</w:t>
      </w:r>
      <w:proofErr w:type="spellEnd"/>
      <w:r w:rsidRPr="00990718">
        <w:rPr>
          <w:rFonts w:cs="Arial"/>
          <w:color w:val="000000" w:themeColor="text1"/>
          <w:szCs w:val="24"/>
        </w:rPr>
        <w:t xml:space="preserve"> </w:t>
      </w:r>
      <w:proofErr w:type="spellStart"/>
      <w:r w:rsidRPr="00990718">
        <w:rPr>
          <w:rFonts w:cs="Arial"/>
          <w:color w:val="000000" w:themeColor="text1"/>
          <w:szCs w:val="24"/>
        </w:rPr>
        <w:t>бий</w:t>
      </w:r>
      <w:proofErr w:type="spellEnd"/>
      <w:r w:rsidRPr="00990718">
        <w:rPr>
          <w:rFonts w:cs="Arial"/>
          <w:color w:val="000000" w:themeColor="text1"/>
          <w:szCs w:val="24"/>
        </w:rPr>
        <w:t xml:space="preserve"> </w:t>
      </w:r>
      <w:proofErr w:type="spellStart"/>
      <w:proofErr w:type="gramStart"/>
      <w:r w:rsidRPr="00990718">
        <w:rPr>
          <w:rFonts w:cs="Arial"/>
          <w:color w:val="000000" w:themeColor="text1"/>
          <w:szCs w:val="24"/>
        </w:rPr>
        <w:t>болж</w:t>
      </w:r>
      <w:proofErr w:type="spellEnd"/>
      <w:r w:rsidRPr="00990718">
        <w:rPr>
          <w:rFonts w:cs="Arial"/>
          <w:color w:val="000000" w:themeColor="text1"/>
          <w:szCs w:val="24"/>
        </w:rPr>
        <w:t xml:space="preserve">  </w:t>
      </w:r>
      <w:proofErr w:type="spellStart"/>
      <w:r w:rsidRPr="00990718">
        <w:rPr>
          <w:rFonts w:cs="Arial"/>
          <w:color w:val="000000" w:themeColor="text1"/>
          <w:szCs w:val="24"/>
        </w:rPr>
        <w:t>байна</w:t>
      </w:r>
      <w:proofErr w:type="spellEnd"/>
      <w:proofErr w:type="gramEnd"/>
      <w:r w:rsidRPr="00990718">
        <w:rPr>
          <w:rFonts w:cs="Arial"/>
          <w:color w:val="000000" w:themeColor="text1"/>
          <w:szCs w:val="24"/>
        </w:rPr>
        <w:t>.</w:t>
      </w:r>
    </w:p>
    <w:p w14:paraId="70CEA169" w14:textId="0AC8A68C" w:rsidR="00990718" w:rsidRPr="00C4743E" w:rsidRDefault="004352D5" w:rsidP="00990718">
      <w:pPr>
        <w:pStyle w:val="NormalWeb"/>
        <w:shd w:val="clear" w:color="auto" w:fill="FFFFFF"/>
        <w:spacing w:before="0" w:beforeAutospacing="0" w:after="0" w:afterAutospacing="0" w:line="330" w:lineRule="atLeast"/>
        <w:ind w:firstLine="720"/>
        <w:jc w:val="both"/>
        <w:rPr>
          <w:rFonts w:ascii="Arial" w:hAnsi="Arial" w:cs="Arial"/>
          <w:color w:val="333333"/>
          <w:lang w:val="mn-MN"/>
        </w:rPr>
      </w:pPr>
      <w:r w:rsidRPr="004352D5">
        <w:rPr>
          <w:rFonts w:ascii="Arial" w:hAnsi="Arial" w:cs="Arial"/>
          <w:color w:val="000000"/>
        </w:rPr>
        <w:t xml:space="preserve">Түүнчлэн, Монгол Улсын Хурлын 2025 оны 109 дүгээр тогтоолын хавсралтаар баталсан </w:t>
      </w:r>
      <w:r w:rsidR="00D92F21">
        <w:rPr>
          <w:rFonts w:ascii="Arial" w:hAnsi="Arial" w:cs="Arial"/>
          <w:color w:val="000000"/>
          <w:lang w:val="en-US"/>
        </w:rPr>
        <w:t>“</w:t>
      </w:r>
      <w:r w:rsidRPr="004352D5">
        <w:rPr>
          <w:rFonts w:ascii="Arial" w:hAnsi="Arial" w:cs="Arial"/>
          <w:color w:val="000000"/>
        </w:rPr>
        <w:t>Монгол Улсы</w:t>
      </w:r>
      <w:r w:rsidR="001D5001">
        <w:rPr>
          <w:rFonts w:ascii="Arial" w:hAnsi="Arial" w:cs="Arial"/>
          <w:color w:val="000000"/>
          <w:lang w:val="mn-MN"/>
        </w:rPr>
        <w:t>г</w:t>
      </w:r>
      <w:r w:rsidRPr="004352D5">
        <w:rPr>
          <w:rFonts w:ascii="Arial" w:hAnsi="Arial" w:cs="Arial"/>
          <w:color w:val="000000"/>
        </w:rPr>
        <w:t xml:space="preserve"> 2026-2030 онд хөгжүүлэх таван жилийн үндсэн чиглэл</w:t>
      </w:r>
      <w:r w:rsidR="00D47F3C">
        <w:rPr>
          <w:rFonts w:ascii="Arial" w:hAnsi="Arial" w:cs="Arial"/>
          <w:color w:val="000000"/>
          <w:lang w:val="en-US"/>
        </w:rPr>
        <w:t>”</w:t>
      </w:r>
      <w:r w:rsidR="00060DDF">
        <w:rPr>
          <w:rFonts w:ascii="Arial" w:hAnsi="Arial" w:cs="Arial"/>
          <w:color w:val="000000"/>
        </w:rPr>
        <w:t>-д баримтлах бодлогын тэргүүлэх чиглэл</w:t>
      </w:r>
      <w:r w:rsidR="00D92F21">
        <w:rPr>
          <w:rFonts w:ascii="Arial" w:hAnsi="Arial" w:cs="Arial"/>
          <w:color w:val="000000"/>
          <w:lang w:val="mn-MN"/>
        </w:rPr>
        <w:t>-</w:t>
      </w:r>
      <w:r w:rsidR="00060DDF">
        <w:rPr>
          <w:rFonts w:ascii="Arial" w:hAnsi="Arial" w:cs="Arial"/>
          <w:color w:val="000000"/>
        </w:rPr>
        <w:t xml:space="preserve">д </w:t>
      </w:r>
      <w:r w:rsidR="00060DDF">
        <w:rPr>
          <w:rFonts w:ascii="Arial" w:hAnsi="Arial" w:cs="Arial"/>
          <w:color w:val="000000"/>
          <w:lang w:val="en-US"/>
        </w:rPr>
        <w:t>“</w:t>
      </w:r>
      <w:r w:rsidR="00990718" w:rsidRPr="004352D5">
        <w:rPr>
          <w:rFonts w:ascii="Arial" w:hAnsi="Arial" w:cs="Arial"/>
          <w:color w:val="000000"/>
        </w:rPr>
        <w:t>2.2.Эрүүл, аюулгүй амьдрах орчин, хүртээмжтэй орон сууц, чанартай нийгмийн хамгааллын үйлчилгээгээр амьдралын чанарыг дээшлүүлж, гэр бүлийн эрүүл</w:t>
      </w:r>
      <w:r w:rsidR="00990718" w:rsidRPr="004352D5">
        <w:rPr>
          <w:rStyle w:val="Emphasis"/>
          <w:rFonts w:ascii="Arial" w:hAnsi="Arial" w:cs="Arial"/>
          <w:color w:val="333333"/>
        </w:rPr>
        <w:t>,</w:t>
      </w:r>
      <w:r w:rsidR="00990718" w:rsidRPr="004352D5">
        <w:rPr>
          <w:rFonts w:ascii="Arial" w:hAnsi="Arial" w:cs="Arial"/>
          <w:color w:val="000000"/>
        </w:rPr>
        <w:t> тогтвортой байдлыг дэмжиж, хүний эрхийн баталгааг ханган, хүүхдийн хөгжил</w:t>
      </w:r>
      <w:r w:rsidR="00990718" w:rsidRPr="004352D5">
        <w:rPr>
          <w:rStyle w:val="Emphasis"/>
          <w:rFonts w:ascii="Arial" w:hAnsi="Arial" w:cs="Arial"/>
          <w:color w:val="333333"/>
        </w:rPr>
        <w:t>,</w:t>
      </w:r>
      <w:r w:rsidR="00990718" w:rsidRPr="004352D5">
        <w:rPr>
          <w:rFonts w:ascii="Arial" w:hAnsi="Arial" w:cs="Arial"/>
          <w:color w:val="000000"/>
        </w:rPr>
        <w:t> хамгааллыг шинэ шатанд гаргаж, нийгмийн сайн сайхан байдлын үзүүлэлтийг 20 хувиар өсгөнө</w:t>
      </w:r>
      <w:r w:rsidR="00060DDF">
        <w:rPr>
          <w:rFonts w:ascii="Arial" w:hAnsi="Arial" w:cs="Arial"/>
          <w:color w:val="000000"/>
        </w:rPr>
        <w:t>”</w:t>
      </w:r>
      <w:r w:rsidR="00060DDF">
        <w:rPr>
          <w:rFonts w:ascii="Arial" w:hAnsi="Arial" w:cs="Arial"/>
          <w:color w:val="000000"/>
          <w:lang w:val="mn-MN"/>
        </w:rPr>
        <w:t xml:space="preserve">, </w:t>
      </w:r>
      <w:r w:rsidR="00AA291A">
        <w:rPr>
          <w:rFonts w:ascii="Arial" w:hAnsi="Arial" w:cs="Arial"/>
          <w:color w:val="000000"/>
        </w:rPr>
        <w:t xml:space="preserve"> </w:t>
      </w:r>
      <w:r w:rsidR="00060DDF" w:rsidRPr="00060DDF">
        <w:rPr>
          <w:rFonts w:ascii="Arial" w:hAnsi="Arial" w:cs="Arial"/>
          <w:color w:val="000000"/>
          <w:shd w:val="clear" w:color="auto" w:fill="FFFFFF"/>
        </w:rPr>
        <w:t xml:space="preserve">4.1.Анхдагч экосистемийн тэнцвэрийг хангаж, уур амьсгалын өөрчлөлтийг </w:t>
      </w:r>
      <w:r w:rsidR="00060DDF" w:rsidRPr="00060DDF">
        <w:rPr>
          <w:rFonts w:ascii="Arial" w:hAnsi="Arial" w:cs="Arial"/>
          <w:color w:val="000000"/>
          <w:shd w:val="clear" w:color="auto" w:fill="FFFFFF"/>
        </w:rPr>
        <w:lastRenderedPageBreak/>
        <w:t>сааруулж, байгалийн нөөц баялгийн нөхөн сэргээлт, зохистой ашиглалтыг дэмжин, байгаль орчинд ээлтэй дэвшилтэт технологи нэвтрүүлж, үйлдвэрлэл, хэрэглээнээс үүсэх бохирдол, хаягдлыг бууруулж, орчны чанар стандартыг сайжруулж байгаль орчны гүйцэтгэлийн үзүүлэлтийн</w:t>
      </w:r>
      <w:r w:rsidR="00060DDF" w:rsidRPr="00060DDF">
        <w:rPr>
          <w:rFonts w:ascii="Arial" w:hAnsi="Arial" w:cs="Arial"/>
          <w:color w:val="333333"/>
          <w:shd w:val="clear" w:color="auto" w:fill="FFFFFF"/>
        </w:rPr>
        <w:t> </w:t>
      </w:r>
      <w:r w:rsidR="00060DDF" w:rsidRPr="00060DDF">
        <w:rPr>
          <w:rFonts w:ascii="Arial" w:hAnsi="Arial" w:cs="Arial"/>
          <w:color w:val="000000"/>
          <w:shd w:val="clear" w:color="auto" w:fill="FFFFFF"/>
        </w:rPr>
        <w:t>оноог</w:t>
      </w:r>
      <w:r w:rsidR="00060DDF" w:rsidRPr="00060DDF">
        <w:rPr>
          <w:rFonts w:ascii="Arial" w:hAnsi="Arial" w:cs="Arial"/>
          <w:color w:val="333333"/>
          <w:shd w:val="clear" w:color="auto" w:fill="FFFFFF"/>
        </w:rPr>
        <w:t> </w:t>
      </w:r>
      <w:r w:rsidR="00060DDF" w:rsidRPr="00060DDF">
        <w:rPr>
          <w:rFonts w:ascii="Arial" w:hAnsi="Arial" w:cs="Arial"/>
          <w:color w:val="000000"/>
          <w:shd w:val="clear" w:color="auto" w:fill="FFFFFF"/>
        </w:rPr>
        <w:t>59.0-д хүргэнэ</w:t>
      </w:r>
      <w:r w:rsidR="00C4743E">
        <w:rPr>
          <w:rFonts w:ascii="Arial" w:hAnsi="Arial" w:cs="Arial"/>
          <w:color w:val="000000"/>
          <w:shd w:val="clear" w:color="auto" w:fill="FFFFFF"/>
          <w:lang w:val="en-US"/>
        </w:rPr>
        <w:t xml:space="preserve">” </w:t>
      </w:r>
      <w:r w:rsidR="00C4743E">
        <w:rPr>
          <w:rFonts w:ascii="Arial" w:hAnsi="Arial" w:cs="Arial"/>
          <w:color w:val="000000"/>
          <w:shd w:val="clear" w:color="auto" w:fill="FFFFFF"/>
          <w:lang w:val="mn-MN"/>
        </w:rPr>
        <w:t xml:space="preserve">гэж заасныг тус тус үндэслэн хуулийн төслийг боловсруулна. </w:t>
      </w:r>
    </w:p>
    <w:p w14:paraId="0E71B2AC" w14:textId="60B46468" w:rsidR="00990718" w:rsidRPr="00060DDF" w:rsidRDefault="00990718" w:rsidP="00854F2E">
      <w:pPr>
        <w:pStyle w:val="NormalWeb"/>
        <w:shd w:val="clear" w:color="auto" w:fill="FFFFFF"/>
        <w:spacing w:before="0" w:beforeAutospacing="0" w:after="0" w:afterAutospacing="0" w:line="330" w:lineRule="atLeast"/>
        <w:ind w:firstLine="720"/>
        <w:jc w:val="both"/>
        <w:rPr>
          <w:rFonts w:ascii="Arial" w:hAnsi="Arial" w:cs="Arial"/>
          <w:color w:val="333333"/>
        </w:rPr>
      </w:pPr>
      <w:r w:rsidRPr="00060DDF">
        <w:rPr>
          <w:rFonts w:ascii="Arial" w:hAnsi="Arial" w:cs="Arial"/>
          <w:color w:val="000000"/>
        </w:rPr>
        <w:t> </w:t>
      </w:r>
    </w:p>
    <w:p w14:paraId="382E9BC0" w14:textId="6BFCE594" w:rsidR="00F52EAF" w:rsidRDefault="0007082B" w:rsidP="00312DDA">
      <w:pPr>
        <w:keepLines/>
        <w:rPr>
          <w:rFonts w:eastAsia="Calibri" w:cs="Arial"/>
          <w:b/>
          <w:bCs/>
          <w:color w:val="20262E"/>
          <w:szCs w:val="24"/>
          <w:lang w:val="mn-MN"/>
        </w:rPr>
      </w:pPr>
      <w:r w:rsidRPr="0007082B">
        <w:rPr>
          <w:rFonts w:eastAsia="Calibri" w:cs="Arial"/>
          <w:b/>
          <w:bCs/>
          <w:color w:val="20262E"/>
          <w:szCs w:val="24"/>
          <w:lang w:val="mn-MN"/>
        </w:rPr>
        <w:t xml:space="preserve">1.2. Практик шаардлага </w:t>
      </w:r>
    </w:p>
    <w:p w14:paraId="4947C153" w14:textId="77777777" w:rsidR="00A065CE" w:rsidRDefault="00F52EAF" w:rsidP="00A065CE">
      <w:pPr>
        <w:keepLines/>
        <w:rPr>
          <w:rFonts w:eastAsia="Calibri" w:cs="Arial"/>
          <w:color w:val="20262E"/>
          <w:szCs w:val="24"/>
          <w:lang w:val="mn-MN"/>
        </w:rPr>
      </w:pPr>
      <w:proofErr w:type="spellStart"/>
      <w:r w:rsidRPr="00CA0AC7">
        <w:rPr>
          <w:szCs w:val="24"/>
        </w:rPr>
        <w:t>Нийслэлийн</w:t>
      </w:r>
      <w:proofErr w:type="spellEnd"/>
      <w:r w:rsidRPr="00CA0AC7">
        <w:rPr>
          <w:szCs w:val="24"/>
        </w:rPr>
        <w:t xml:space="preserve"> </w:t>
      </w:r>
      <w:proofErr w:type="spellStart"/>
      <w:r w:rsidRPr="00CA0AC7">
        <w:rPr>
          <w:szCs w:val="24"/>
        </w:rPr>
        <w:t>Захирагчийн</w:t>
      </w:r>
      <w:proofErr w:type="spellEnd"/>
      <w:r w:rsidRPr="00CA0AC7">
        <w:rPr>
          <w:szCs w:val="24"/>
        </w:rPr>
        <w:t xml:space="preserve"> </w:t>
      </w:r>
      <w:proofErr w:type="spellStart"/>
      <w:r w:rsidRPr="00CA0AC7">
        <w:rPr>
          <w:szCs w:val="24"/>
        </w:rPr>
        <w:t>ажлын</w:t>
      </w:r>
      <w:proofErr w:type="spellEnd"/>
      <w:r w:rsidRPr="00CA0AC7">
        <w:rPr>
          <w:szCs w:val="24"/>
        </w:rPr>
        <w:t xml:space="preserve"> </w:t>
      </w:r>
      <w:proofErr w:type="spellStart"/>
      <w:r w:rsidRPr="00CA0AC7">
        <w:rPr>
          <w:szCs w:val="24"/>
        </w:rPr>
        <w:t>албаны</w:t>
      </w:r>
      <w:proofErr w:type="spellEnd"/>
      <w:r w:rsidRPr="00CA0AC7">
        <w:rPr>
          <w:szCs w:val="24"/>
        </w:rPr>
        <w:t xml:space="preserve"> (УБЗАА) </w:t>
      </w:r>
      <w:proofErr w:type="spellStart"/>
      <w:r w:rsidRPr="00CA0AC7">
        <w:rPr>
          <w:szCs w:val="24"/>
        </w:rPr>
        <w:t>тайлангаар</w:t>
      </w:r>
      <w:proofErr w:type="spellEnd"/>
      <w:r w:rsidRPr="00CA0AC7">
        <w:rPr>
          <w:szCs w:val="24"/>
        </w:rPr>
        <w:t xml:space="preserve"> 2016-2022 </w:t>
      </w:r>
      <w:proofErr w:type="spellStart"/>
      <w:r w:rsidRPr="00CA0AC7">
        <w:rPr>
          <w:szCs w:val="24"/>
        </w:rPr>
        <w:t>оны</w:t>
      </w:r>
      <w:proofErr w:type="spellEnd"/>
      <w:r w:rsidRPr="00CA0AC7">
        <w:rPr>
          <w:szCs w:val="24"/>
        </w:rPr>
        <w:t xml:space="preserve"> </w:t>
      </w:r>
      <w:proofErr w:type="spellStart"/>
      <w:r w:rsidRPr="00CA0AC7">
        <w:rPr>
          <w:szCs w:val="24"/>
        </w:rPr>
        <w:t>хооронд</w:t>
      </w:r>
      <w:proofErr w:type="spellEnd"/>
      <w:r w:rsidRPr="00CA0AC7">
        <w:rPr>
          <w:szCs w:val="24"/>
        </w:rPr>
        <w:t xml:space="preserve"> </w:t>
      </w:r>
      <w:proofErr w:type="spellStart"/>
      <w:r w:rsidRPr="00CA0AC7">
        <w:rPr>
          <w:szCs w:val="24"/>
        </w:rPr>
        <w:t>хийгдсэн</w:t>
      </w:r>
      <w:proofErr w:type="spellEnd"/>
      <w:r w:rsidRPr="00CA0AC7">
        <w:rPr>
          <w:szCs w:val="24"/>
        </w:rPr>
        <w:t xml:space="preserve"> </w:t>
      </w:r>
      <w:proofErr w:type="spellStart"/>
      <w:r w:rsidRPr="00CA0AC7">
        <w:rPr>
          <w:szCs w:val="24"/>
        </w:rPr>
        <w:t>тохижилт</w:t>
      </w:r>
      <w:proofErr w:type="spellEnd"/>
      <w:r w:rsidRPr="00CA0AC7">
        <w:rPr>
          <w:szCs w:val="24"/>
        </w:rPr>
        <w:t xml:space="preserve">, </w:t>
      </w:r>
      <w:proofErr w:type="spellStart"/>
      <w:r w:rsidRPr="00CA0AC7">
        <w:rPr>
          <w:szCs w:val="24"/>
        </w:rPr>
        <w:t>цэцэрлэгжүүлэлтийн</w:t>
      </w:r>
      <w:proofErr w:type="spellEnd"/>
      <w:r w:rsidRPr="00CA0AC7">
        <w:rPr>
          <w:szCs w:val="24"/>
        </w:rPr>
        <w:t xml:space="preserve"> </w:t>
      </w:r>
      <w:proofErr w:type="spellStart"/>
      <w:r w:rsidRPr="00CA0AC7">
        <w:rPr>
          <w:szCs w:val="24"/>
        </w:rPr>
        <w:t>үр</w:t>
      </w:r>
      <w:proofErr w:type="spellEnd"/>
      <w:r w:rsidRPr="00CA0AC7">
        <w:rPr>
          <w:szCs w:val="24"/>
        </w:rPr>
        <w:t xml:space="preserve"> </w:t>
      </w:r>
      <w:proofErr w:type="spellStart"/>
      <w:r w:rsidRPr="00CA0AC7">
        <w:rPr>
          <w:szCs w:val="24"/>
        </w:rPr>
        <w:t>дүнд</w:t>
      </w:r>
      <w:proofErr w:type="spellEnd"/>
      <w:r w:rsidRPr="00CA0AC7">
        <w:rPr>
          <w:szCs w:val="24"/>
        </w:rPr>
        <w:t xml:space="preserve"> </w:t>
      </w:r>
      <w:proofErr w:type="spellStart"/>
      <w:r w:rsidRPr="00CA0AC7">
        <w:rPr>
          <w:szCs w:val="24"/>
        </w:rPr>
        <w:t>нэг</w:t>
      </w:r>
      <w:proofErr w:type="spellEnd"/>
      <w:r w:rsidRPr="00CA0AC7">
        <w:rPr>
          <w:szCs w:val="24"/>
        </w:rPr>
        <w:t xml:space="preserve"> </w:t>
      </w:r>
      <w:proofErr w:type="spellStart"/>
      <w:r w:rsidRPr="00CA0AC7">
        <w:rPr>
          <w:szCs w:val="24"/>
        </w:rPr>
        <w:t>хүнд</w:t>
      </w:r>
      <w:proofErr w:type="spellEnd"/>
      <w:r w:rsidRPr="00CA0AC7">
        <w:rPr>
          <w:szCs w:val="24"/>
        </w:rPr>
        <w:t xml:space="preserve"> </w:t>
      </w:r>
      <w:proofErr w:type="spellStart"/>
      <w:r w:rsidRPr="00CA0AC7">
        <w:rPr>
          <w:szCs w:val="24"/>
        </w:rPr>
        <w:t>ногдох</w:t>
      </w:r>
      <w:proofErr w:type="spellEnd"/>
      <w:r w:rsidRPr="00CA0AC7">
        <w:rPr>
          <w:szCs w:val="24"/>
        </w:rPr>
        <w:t xml:space="preserve"> </w:t>
      </w:r>
      <w:proofErr w:type="spellStart"/>
      <w:r w:rsidRPr="00CA0AC7">
        <w:rPr>
          <w:szCs w:val="24"/>
        </w:rPr>
        <w:t>талбайн</w:t>
      </w:r>
      <w:proofErr w:type="spellEnd"/>
      <w:r w:rsidRPr="00CA0AC7">
        <w:rPr>
          <w:szCs w:val="24"/>
        </w:rPr>
        <w:t xml:space="preserve"> </w:t>
      </w:r>
      <w:proofErr w:type="spellStart"/>
      <w:r w:rsidRPr="00CA0AC7">
        <w:rPr>
          <w:szCs w:val="24"/>
        </w:rPr>
        <w:t>хэмжээ</w:t>
      </w:r>
      <w:proofErr w:type="spellEnd"/>
      <w:r w:rsidRPr="00CA0AC7">
        <w:rPr>
          <w:szCs w:val="24"/>
        </w:rPr>
        <w:t xml:space="preserve"> </w:t>
      </w:r>
      <w:r w:rsidRPr="00CA0AC7">
        <w:rPr>
          <w:rStyle w:val="Strong"/>
          <w:rFonts w:cs="Arial"/>
          <w:b w:val="0"/>
          <w:bCs w:val="0"/>
          <w:szCs w:val="24"/>
        </w:rPr>
        <w:t>5.1 м</w:t>
      </w:r>
      <w:r w:rsidRPr="00CA0AC7">
        <w:rPr>
          <w:rStyle w:val="Strong"/>
          <w:rFonts w:cs="Arial"/>
          <w:b w:val="0"/>
          <w:bCs w:val="0"/>
          <w:szCs w:val="24"/>
          <w:vertAlign w:val="superscript"/>
        </w:rPr>
        <w:t>2</w:t>
      </w:r>
      <w:r w:rsidRPr="00CA0AC7">
        <w:rPr>
          <w:szCs w:val="24"/>
        </w:rPr>
        <w:t xml:space="preserve">-д </w:t>
      </w:r>
      <w:proofErr w:type="spellStart"/>
      <w:r w:rsidRPr="00CA0AC7">
        <w:rPr>
          <w:szCs w:val="24"/>
        </w:rPr>
        <w:t>хүрсэн</w:t>
      </w:r>
      <w:proofErr w:type="spellEnd"/>
      <w:r w:rsidRPr="00CA0AC7">
        <w:rPr>
          <w:szCs w:val="24"/>
        </w:rPr>
        <w:t xml:space="preserve"> </w:t>
      </w:r>
      <w:proofErr w:type="spellStart"/>
      <w:r w:rsidRPr="00CA0AC7">
        <w:rPr>
          <w:szCs w:val="24"/>
        </w:rPr>
        <w:t>гэж</w:t>
      </w:r>
      <w:proofErr w:type="spellEnd"/>
      <w:r w:rsidRPr="00CA0AC7">
        <w:rPr>
          <w:szCs w:val="24"/>
        </w:rPr>
        <w:t xml:space="preserve"> </w:t>
      </w:r>
      <w:proofErr w:type="spellStart"/>
      <w:r w:rsidRPr="00CA0AC7">
        <w:rPr>
          <w:szCs w:val="24"/>
        </w:rPr>
        <w:t>мэдээлсэн</w:t>
      </w:r>
      <w:proofErr w:type="spellEnd"/>
      <w:r w:rsidRPr="00CA0AC7">
        <w:rPr>
          <w:szCs w:val="24"/>
        </w:rPr>
        <w:t xml:space="preserve"> </w:t>
      </w:r>
      <w:proofErr w:type="spellStart"/>
      <w:r w:rsidRPr="00CA0AC7">
        <w:rPr>
          <w:szCs w:val="24"/>
        </w:rPr>
        <w:t>бол</w:t>
      </w:r>
      <w:proofErr w:type="spellEnd"/>
      <w:r w:rsidRPr="00CA0AC7">
        <w:rPr>
          <w:szCs w:val="24"/>
        </w:rPr>
        <w:t xml:space="preserve"> 2023 </w:t>
      </w:r>
      <w:proofErr w:type="spellStart"/>
      <w:r w:rsidRPr="00CA0AC7">
        <w:rPr>
          <w:szCs w:val="24"/>
        </w:rPr>
        <w:t>оны</w:t>
      </w:r>
      <w:proofErr w:type="spellEnd"/>
      <w:r w:rsidRPr="00CA0AC7">
        <w:rPr>
          <w:szCs w:val="24"/>
        </w:rPr>
        <w:t xml:space="preserve"> </w:t>
      </w:r>
      <w:proofErr w:type="spellStart"/>
      <w:r w:rsidRPr="00CA0AC7">
        <w:rPr>
          <w:szCs w:val="24"/>
        </w:rPr>
        <w:t>тайлан</w:t>
      </w:r>
      <w:proofErr w:type="spellEnd"/>
      <w:r w:rsidRPr="00CA0AC7">
        <w:rPr>
          <w:szCs w:val="24"/>
        </w:rPr>
        <w:t xml:space="preserve"> </w:t>
      </w:r>
      <w:proofErr w:type="spellStart"/>
      <w:r w:rsidRPr="00CA0AC7">
        <w:rPr>
          <w:szCs w:val="24"/>
        </w:rPr>
        <w:t>мэдээгээр</w:t>
      </w:r>
      <w:proofErr w:type="spellEnd"/>
      <w:r w:rsidRPr="00CA0AC7">
        <w:rPr>
          <w:szCs w:val="24"/>
        </w:rPr>
        <w:t xml:space="preserve"> </w:t>
      </w:r>
      <w:proofErr w:type="spellStart"/>
      <w:r w:rsidRPr="00CA0AC7">
        <w:rPr>
          <w:szCs w:val="24"/>
        </w:rPr>
        <w:t>нэг</w:t>
      </w:r>
      <w:proofErr w:type="spellEnd"/>
      <w:r w:rsidRPr="00CA0AC7">
        <w:rPr>
          <w:szCs w:val="24"/>
        </w:rPr>
        <w:t xml:space="preserve"> </w:t>
      </w:r>
      <w:proofErr w:type="spellStart"/>
      <w:r w:rsidRPr="00CA0AC7">
        <w:rPr>
          <w:szCs w:val="24"/>
        </w:rPr>
        <w:t>хүнд</w:t>
      </w:r>
      <w:proofErr w:type="spellEnd"/>
      <w:r w:rsidRPr="00CA0AC7">
        <w:rPr>
          <w:szCs w:val="24"/>
        </w:rPr>
        <w:t xml:space="preserve"> </w:t>
      </w:r>
      <w:proofErr w:type="spellStart"/>
      <w:r w:rsidRPr="00CA0AC7">
        <w:rPr>
          <w:szCs w:val="24"/>
        </w:rPr>
        <w:t>ногдох</w:t>
      </w:r>
      <w:proofErr w:type="spellEnd"/>
      <w:r w:rsidRPr="00CA0AC7">
        <w:rPr>
          <w:szCs w:val="24"/>
        </w:rPr>
        <w:t xml:space="preserve"> </w:t>
      </w:r>
      <w:proofErr w:type="spellStart"/>
      <w:r w:rsidRPr="00CA0AC7">
        <w:rPr>
          <w:szCs w:val="24"/>
        </w:rPr>
        <w:t>ногоон</w:t>
      </w:r>
      <w:proofErr w:type="spellEnd"/>
      <w:r w:rsidRPr="00CA0AC7">
        <w:rPr>
          <w:szCs w:val="24"/>
        </w:rPr>
        <w:t xml:space="preserve"> </w:t>
      </w:r>
      <w:proofErr w:type="spellStart"/>
      <w:r w:rsidRPr="00CA0AC7">
        <w:rPr>
          <w:szCs w:val="24"/>
        </w:rPr>
        <w:t>байгууламжийн</w:t>
      </w:r>
      <w:proofErr w:type="spellEnd"/>
      <w:r w:rsidRPr="00CA0AC7">
        <w:rPr>
          <w:szCs w:val="24"/>
        </w:rPr>
        <w:t xml:space="preserve"> </w:t>
      </w:r>
      <w:proofErr w:type="spellStart"/>
      <w:r w:rsidRPr="00CA0AC7">
        <w:rPr>
          <w:szCs w:val="24"/>
        </w:rPr>
        <w:t>өнөөгийн</w:t>
      </w:r>
      <w:proofErr w:type="spellEnd"/>
      <w:r w:rsidRPr="00CA0AC7">
        <w:rPr>
          <w:szCs w:val="24"/>
        </w:rPr>
        <w:t xml:space="preserve"> </w:t>
      </w:r>
      <w:proofErr w:type="spellStart"/>
      <w:r w:rsidRPr="00CA0AC7">
        <w:rPr>
          <w:szCs w:val="24"/>
        </w:rPr>
        <w:t>бодит</w:t>
      </w:r>
      <w:proofErr w:type="spellEnd"/>
      <w:r w:rsidRPr="00CA0AC7">
        <w:rPr>
          <w:szCs w:val="24"/>
        </w:rPr>
        <w:t xml:space="preserve"> </w:t>
      </w:r>
      <w:proofErr w:type="spellStart"/>
      <w:r w:rsidRPr="00CA0AC7">
        <w:rPr>
          <w:szCs w:val="24"/>
        </w:rPr>
        <w:t>хэмжээг</w:t>
      </w:r>
      <w:proofErr w:type="spellEnd"/>
      <w:r w:rsidRPr="00CA0AC7">
        <w:rPr>
          <w:szCs w:val="24"/>
        </w:rPr>
        <w:t xml:space="preserve"> </w:t>
      </w:r>
      <w:r w:rsidRPr="00CA0AC7">
        <w:rPr>
          <w:rStyle w:val="Strong"/>
          <w:rFonts w:cs="Arial"/>
          <w:b w:val="0"/>
          <w:bCs w:val="0"/>
          <w:szCs w:val="24"/>
        </w:rPr>
        <w:t>6.5 м</w:t>
      </w:r>
      <w:r w:rsidRPr="00CA0AC7">
        <w:rPr>
          <w:rStyle w:val="Strong"/>
          <w:rFonts w:cs="Arial"/>
          <w:b w:val="0"/>
          <w:bCs w:val="0"/>
          <w:szCs w:val="24"/>
          <w:vertAlign w:val="superscript"/>
        </w:rPr>
        <w:t>2</w:t>
      </w:r>
      <w:r w:rsidRPr="00CA0AC7">
        <w:rPr>
          <w:szCs w:val="24"/>
        </w:rPr>
        <w:t xml:space="preserve"> </w:t>
      </w:r>
      <w:proofErr w:type="spellStart"/>
      <w:r w:rsidRPr="00CA0AC7">
        <w:rPr>
          <w:szCs w:val="24"/>
        </w:rPr>
        <w:t>гэж</w:t>
      </w:r>
      <w:proofErr w:type="spellEnd"/>
      <w:r w:rsidRPr="00CA0AC7">
        <w:rPr>
          <w:szCs w:val="24"/>
        </w:rPr>
        <w:t xml:space="preserve"> </w:t>
      </w:r>
      <w:proofErr w:type="spellStart"/>
      <w:r w:rsidRPr="00CA0AC7">
        <w:rPr>
          <w:szCs w:val="24"/>
        </w:rPr>
        <w:t>албан</w:t>
      </w:r>
      <w:proofErr w:type="spellEnd"/>
      <w:r w:rsidRPr="00CA0AC7">
        <w:rPr>
          <w:szCs w:val="24"/>
        </w:rPr>
        <w:t xml:space="preserve"> </w:t>
      </w:r>
      <w:proofErr w:type="spellStart"/>
      <w:r w:rsidRPr="00CA0AC7">
        <w:rPr>
          <w:szCs w:val="24"/>
        </w:rPr>
        <w:t>ёсоор</w:t>
      </w:r>
      <w:proofErr w:type="spellEnd"/>
      <w:r w:rsidRPr="00CA0AC7">
        <w:rPr>
          <w:szCs w:val="24"/>
        </w:rPr>
        <w:t xml:space="preserve"> </w:t>
      </w:r>
      <w:proofErr w:type="spellStart"/>
      <w:r w:rsidRPr="00CA0AC7">
        <w:rPr>
          <w:szCs w:val="24"/>
        </w:rPr>
        <w:t>зарласан</w:t>
      </w:r>
      <w:proofErr w:type="spellEnd"/>
      <w:r w:rsidRPr="00CA0AC7">
        <w:rPr>
          <w:szCs w:val="24"/>
        </w:rPr>
        <w:t xml:space="preserve"> “</w:t>
      </w:r>
      <w:proofErr w:type="spellStart"/>
      <w:r w:rsidRPr="00CA0AC7">
        <w:rPr>
          <w:szCs w:val="24"/>
        </w:rPr>
        <w:t>Нийслэл</w:t>
      </w:r>
      <w:proofErr w:type="spellEnd"/>
      <w:r w:rsidRPr="00CA0AC7">
        <w:rPr>
          <w:szCs w:val="24"/>
        </w:rPr>
        <w:t xml:space="preserve"> </w:t>
      </w:r>
      <w:proofErr w:type="spellStart"/>
      <w:r w:rsidRPr="00CA0AC7">
        <w:rPr>
          <w:szCs w:val="24"/>
        </w:rPr>
        <w:t>Улаанбаатар</w:t>
      </w:r>
      <w:proofErr w:type="spellEnd"/>
      <w:r w:rsidRPr="00CA0AC7">
        <w:rPr>
          <w:szCs w:val="24"/>
        </w:rPr>
        <w:t xml:space="preserve"> </w:t>
      </w:r>
      <w:proofErr w:type="spellStart"/>
      <w:r w:rsidRPr="00CA0AC7">
        <w:rPr>
          <w:szCs w:val="24"/>
        </w:rPr>
        <w:t>хотын</w:t>
      </w:r>
      <w:proofErr w:type="spellEnd"/>
      <w:r w:rsidRPr="00CA0AC7">
        <w:rPr>
          <w:szCs w:val="24"/>
        </w:rPr>
        <w:t xml:space="preserve"> 2040 </w:t>
      </w:r>
      <w:proofErr w:type="spellStart"/>
      <w:r w:rsidRPr="00CA0AC7">
        <w:rPr>
          <w:szCs w:val="24"/>
        </w:rPr>
        <w:t>он</w:t>
      </w:r>
      <w:proofErr w:type="spellEnd"/>
      <w:r w:rsidRPr="00CA0AC7">
        <w:rPr>
          <w:szCs w:val="24"/>
        </w:rPr>
        <w:t xml:space="preserve"> </w:t>
      </w:r>
      <w:proofErr w:type="spellStart"/>
      <w:r w:rsidRPr="00CA0AC7">
        <w:rPr>
          <w:szCs w:val="24"/>
        </w:rPr>
        <w:t>хүртэлх</w:t>
      </w:r>
      <w:proofErr w:type="spellEnd"/>
      <w:r w:rsidRPr="00CA0AC7">
        <w:rPr>
          <w:szCs w:val="24"/>
        </w:rPr>
        <w:t xml:space="preserve"> </w:t>
      </w:r>
      <w:proofErr w:type="spellStart"/>
      <w:r w:rsidRPr="00CA0AC7">
        <w:rPr>
          <w:szCs w:val="24"/>
        </w:rPr>
        <w:t>хөгжлийн</w:t>
      </w:r>
      <w:proofErr w:type="spellEnd"/>
      <w:r w:rsidRPr="00CA0AC7">
        <w:rPr>
          <w:szCs w:val="24"/>
        </w:rPr>
        <w:t xml:space="preserve"> </w:t>
      </w:r>
      <w:proofErr w:type="spellStart"/>
      <w:r w:rsidRPr="00CA0AC7">
        <w:rPr>
          <w:szCs w:val="24"/>
        </w:rPr>
        <w:t>ерөнхий</w:t>
      </w:r>
      <w:proofErr w:type="spellEnd"/>
      <w:r w:rsidRPr="00CA0AC7">
        <w:rPr>
          <w:szCs w:val="24"/>
        </w:rPr>
        <w:t xml:space="preserve"> </w:t>
      </w:r>
      <w:proofErr w:type="spellStart"/>
      <w:r w:rsidRPr="00CA0AC7">
        <w:rPr>
          <w:szCs w:val="24"/>
        </w:rPr>
        <w:t>төлөвлөгөө</w:t>
      </w:r>
      <w:proofErr w:type="spellEnd"/>
      <w:r w:rsidRPr="00CA0AC7">
        <w:rPr>
          <w:szCs w:val="24"/>
        </w:rPr>
        <w:t>”-</w:t>
      </w:r>
      <w:proofErr w:type="spellStart"/>
      <w:r w:rsidRPr="00CA0AC7">
        <w:rPr>
          <w:szCs w:val="24"/>
        </w:rPr>
        <w:t>нд</w:t>
      </w:r>
      <w:proofErr w:type="spellEnd"/>
      <w:r w:rsidRPr="00CA0AC7">
        <w:rPr>
          <w:szCs w:val="24"/>
        </w:rPr>
        <w:t xml:space="preserve"> </w:t>
      </w:r>
      <w:proofErr w:type="spellStart"/>
      <w:r w:rsidRPr="00CA0AC7">
        <w:rPr>
          <w:szCs w:val="24"/>
        </w:rPr>
        <w:t>одоогийн</w:t>
      </w:r>
      <w:proofErr w:type="spellEnd"/>
      <w:r w:rsidRPr="00CA0AC7">
        <w:rPr>
          <w:szCs w:val="24"/>
        </w:rPr>
        <w:t xml:space="preserve"> </w:t>
      </w:r>
      <w:proofErr w:type="spellStart"/>
      <w:r w:rsidRPr="00CA0AC7">
        <w:rPr>
          <w:szCs w:val="24"/>
        </w:rPr>
        <w:t>суурь</w:t>
      </w:r>
      <w:proofErr w:type="spellEnd"/>
      <w:r w:rsidRPr="00CA0AC7">
        <w:rPr>
          <w:szCs w:val="24"/>
        </w:rPr>
        <w:t xml:space="preserve"> </w:t>
      </w:r>
      <w:proofErr w:type="spellStart"/>
      <w:r w:rsidRPr="00CA0AC7">
        <w:rPr>
          <w:szCs w:val="24"/>
        </w:rPr>
        <w:t>түвшинг</w:t>
      </w:r>
      <w:proofErr w:type="spellEnd"/>
      <w:r w:rsidRPr="00CA0AC7">
        <w:rPr>
          <w:szCs w:val="24"/>
        </w:rPr>
        <w:t xml:space="preserve"> </w:t>
      </w:r>
      <w:r w:rsidRPr="00CA0AC7">
        <w:rPr>
          <w:rStyle w:val="Strong"/>
          <w:rFonts w:cs="Arial"/>
          <w:b w:val="0"/>
          <w:bCs w:val="0"/>
          <w:szCs w:val="24"/>
        </w:rPr>
        <w:t xml:space="preserve">8 </w:t>
      </w:r>
      <w:proofErr w:type="spellStart"/>
      <w:proofErr w:type="gramStart"/>
      <w:r w:rsidRPr="00CA0AC7">
        <w:rPr>
          <w:rStyle w:val="Strong"/>
          <w:rFonts w:cs="Arial"/>
          <w:b w:val="0"/>
          <w:bCs w:val="0"/>
          <w:szCs w:val="24"/>
        </w:rPr>
        <w:t>ам.метр</w:t>
      </w:r>
      <w:r w:rsidRPr="00CA0AC7">
        <w:rPr>
          <w:szCs w:val="24"/>
        </w:rPr>
        <w:t>ээс</w:t>
      </w:r>
      <w:proofErr w:type="spellEnd"/>
      <w:proofErr w:type="gramEnd"/>
      <w:r w:rsidRPr="00CA0AC7">
        <w:rPr>
          <w:szCs w:val="24"/>
        </w:rPr>
        <w:t xml:space="preserve"> </w:t>
      </w:r>
      <w:proofErr w:type="spellStart"/>
      <w:r w:rsidRPr="00CA0AC7">
        <w:rPr>
          <w:szCs w:val="24"/>
        </w:rPr>
        <w:t>эхлүүлэн</w:t>
      </w:r>
      <w:proofErr w:type="spellEnd"/>
      <w:r w:rsidRPr="00CA0AC7">
        <w:rPr>
          <w:szCs w:val="24"/>
        </w:rPr>
        <w:t xml:space="preserve"> </w:t>
      </w:r>
      <w:proofErr w:type="spellStart"/>
      <w:r w:rsidRPr="00CA0AC7">
        <w:rPr>
          <w:szCs w:val="24"/>
        </w:rPr>
        <w:t>цаашид</w:t>
      </w:r>
      <w:proofErr w:type="spellEnd"/>
      <w:r w:rsidRPr="00CA0AC7">
        <w:rPr>
          <w:szCs w:val="24"/>
        </w:rPr>
        <w:t xml:space="preserve"> 35 </w:t>
      </w:r>
      <w:proofErr w:type="spellStart"/>
      <w:proofErr w:type="gramStart"/>
      <w:r w:rsidRPr="00CA0AC7">
        <w:rPr>
          <w:szCs w:val="24"/>
        </w:rPr>
        <w:t>ам.метр</w:t>
      </w:r>
      <w:proofErr w:type="spellEnd"/>
      <w:proofErr w:type="gramEnd"/>
      <w:r w:rsidRPr="00CA0AC7">
        <w:rPr>
          <w:szCs w:val="24"/>
        </w:rPr>
        <w:t xml:space="preserve"> </w:t>
      </w:r>
      <w:proofErr w:type="spellStart"/>
      <w:r w:rsidRPr="00CA0AC7">
        <w:rPr>
          <w:szCs w:val="24"/>
        </w:rPr>
        <w:t>болгон</w:t>
      </w:r>
      <w:proofErr w:type="spellEnd"/>
      <w:r w:rsidRPr="00CA0AC7">
        <w:rPr>
          <w:szCs w:val="24"/>
        </w:rPr>
        <w:t xml:space="preserve"> </w:t>
      </w:r>
      <w:proofErr w:type="spellStart"/>
      <w:r w:rsidRPr="00CA0AC7">
        <w:rPr>
          <w:szCs w:val="24"/>
        </w:rPr>
        <w:t>нэмэгдүүлэхээр</w:t>
      </w:r>
      <w:proofErr w:type="spellEnd"/>
      <w:r w:rsidRPr="00CA0AC7">
        <w:rPr>
          <w:szCs w:val="24"/>
        </w:rPr>
        <w:t xml:space="preserve"> </w:t>
      </w:r>
      <w:proofErr w:type="spellStart"/>
      <w:r w:rsidRPr="00CA0AC7">
        <w:rPr>
          <w:szCs w:val="24"/>
        </w:rPr>
        <w:t>тусгасан</w:t>
      </w:r>
      <w:proofErr w:type="spellEnd"/>
      <w:r w:rsidRPr="00CA0AC7">
        <w:rPr>
          <w:szCs w:val="24"/>
        </w:rPr>
        <w:t xml:space="preserve"> </w:t>
      </w:r>
      <w:proofErr w:type="spellStart"/>
      <w:r w:rsidRPr="00CA0AC7">
        <w:rPr>
          <w:szCs w:val="24"/>
        </w:rPr>
        <w:t>байна</w:t>
      </w:r>
      <w:proofErr w:type="spellEnd"/>
      <w:r w:rsidRPr="00CA0AC7">
        <w:rPr>
          <w:rFonts w:eastAsia="Calibri" w:cs="Arial"/>
          <w:color w:val="20262E"/>
          <w:szCs w:val="24"/>
          <w:lang w:val="mn-MN"/>
        </w:rPr>
        <w:t>. Нийслэлийн статистикийн газрын 2025 оны мэдээгээр Улаанбаатар хотын суурин хүн ам 1,673.3 мянга, Үндэсний статистикийн хорооны мэдээллээр Монгол Улсын суурин хүн ам 3,425,162 байна. Иймээс улсын суурин хүн амын ойролцоогоор 48.9 хувь нь нийслэл Улаанбаатар хотод төвлөрөн амьдарч хотын газар, ус, зам, инженерийн шугам сүлжээ, нийтийн орон зай, ногоон байгууламжид өндөр ачаалал үүсгэж байна</w:t>
      </w:r>
      <w:r w:rsidRPr="00CA0AC7">
        <w:rPr>
          <w:rStyle w:val="FootnoteReference"/>
          <w:rFonts w:eastAsia="Calibri" w:cs="Arial"/>
          <w:color w:val="20262E"/>
          <w:szCs w:val="24"/>
          <w:lang w:val="mn-MN"/>
        </w:rPr>
        <w:footnoteReference w:id="1"/>
      </w:r>
      <w:r w:rsidRPr="00CA0AC7">
        <w:rPr>
          <w:rFonts w:eastAsia="Calibri" w:cs="Arial"/>
          <w:color w:val="20262E"/>
          <w:szCs w:val="24"/>
          <w:lang w:val="mn-MN"/>
        </w:rPr>
        <w:t>.</w:t>
      </w:r>
      <w:r>
        <w:rPr>
          <w:rFonts w:eastAsia="Calibri" w:cs="Arial"/>
          <w:color w:val="20262E"/>
          <w:szCs w:val="24"/>
          <w:lang w:val="mn-MN"/>
        </w:rPr>
        <w:t xml:space="preserve"> </w:t>
      </w:r>
    </w:p>
    <w:p w14:paraId="14A135B2" w14:textId="6CEFDEEB" w:rsidR="00842AF3" w:rsidRPr="003719CE" w:rsidRDefault="005731D4" w:rsidP="00A065CE">
      <w:pPr>
        <w:keepLines/>
        <w:rPr>
          <w:rFonts w:eastAsia="Calibri" w:cs="Arial"/>
          <w:color w:val="20262E"/>
          <w:szCs w:val="24"/>
          <w:lang w:val="mn-MN"/>
        </w:rPr>
      </w:pPr>
      <w:r w:rsidRPr="00CA74A7">
        <w:rPr>
          <w:rFonts w:eastAsia="Calibri" w:cs="Arial"/>
          <w:color w:val="20262E"/>
          <w:szCs w:val="24"/>
          <w:lang w:val="mn-MN"/>
        </w:rPr>
        <w:t>Хот байгуулалт, газар, барилга, ой, ус, байгаль орчин, төсөв, худалдан авах ажиллагааны хуульд холбогдох заалт салангид, ногоон дэд бүтцийн зорилго, өгөгдөл, төлөвлөлт, хүлээн авалт, хариуцлаг</w:t>
      </w:r>
      <w:r w:rsidR="009F35F0">
        <w:rPr>
          <w:rFonts w:eastAsia="Calibri" w:cs="Arial"/>
          <w:color w:val="20262E"/>
          <w:szCs w:val="24"/>
          <w:lang w:val="mn-MN"/>
        </w:rPr>
        <w:t xml:space="preserve">ын зохицуулалт өөр хоорондоо уялдаагүй байна. </w:t>
      </w:r>
      <w:r w:rsidRPr="00CA74A7">
        <w:rPr>
          <w:rFonts w:eastAsia="Calibri" w:cs="Arial"/>
          <w:color w:val="20262E"/>
          <w:szCs w:val="24"/>
          <w:lang w:val="mn-MN"/>
        </w:rPr>
        <w:t>Ногоон байгууламжийн ажлыг тарьсан модны тоо, зарцуулсан төсөв, нэг удаагийн актаар хэмжих хандлага давамгай</w:t>
      </w:r>
      <w:r w:rsidR="007044C6">
        <w:rPr>
          <w:rFonts w:eastAsia="Calibri" w:cs="Arial"/>
          <w:color w:val="20262E"/>
          <w:szCs w:val="24"/>
          <w:lang w:val="mn-MN"/>
        </w:rPr>
        <w:t>лж байх бөгөөд</w:t>
      </w:r>
      <w:r w:rsidRPr="00CA74A7">
        <w:rPr>
          <w:rFonts w:eastAsia="Calibri" w:cs="Arial"/>
          <w:color w:val="20262E"/>
          <w:szCs w:val="24"/>
          <w:lang w:val="mn-MN"/>
        </w:rPr>
        <w:t xml:space="preserve"> дараалсан ургалтын улирал, гурван жилийн тогтворжилт, усны хэрэглээ, хариуцан хамгаалагчийн мэдээлэл тогтмол баталгааждаггүй</w:t>
      </w:r>
      <w:r w:rsidR="00481050">
        <w:rPr>
          <w:rFonts w:eastAsia="Calibri" w:cs="Arial"/>
          <w:color w:val="20262E"/>
          <w:szCs w:val="24"/>
          <w:lang w:val="mn-MN"/>
        </w:rPr>
        <w:t xml:space="preserve"> байна.</w:t>
      </w:r>
      <w:r w:rsidR="00066A88">
        <w:rPr>
          <w:rFonts w:cs="Arial"/>
          <w:szCs w:val="24"/>
        </w:rPr>
        <w:t xml:space="preserve"> </w:t>
      </w:r>
      <w:r w:rsidRPr="00CA74A7">
        <w:rPr>
          <w:rFonts w:eastAsia="Calibri" w:cs="Arial"/>
          <w:color w:val="20262E"/>
          <w:szCs w:val="24"/>
          <w:lang w:val="mn-MN"/>
        </w:rPr>
        <w:t xml:space="preserve">Барилга, авто зам, инженерийн шугам сүлжээний ажлын өмнө байгаа мод, сөөг, хөрс, усны горимд үзүүлэх нөлөөллийг нэг стандартын дагуу үнэлэх, эхлээд хамгаалах, боломжгүй бол нөхөн сэргээх, эцэст нь нөхөн дүйцүүлэх дараалал бүх шийдвэрт </w:t>
      </w:r>
      <w:r w:rsidR="00D8424C">
        <w:rPr>
          <w:rFonts w:eastAsia="Calibri" w:cs="Arial"/>
          <w:color w:val="20262E"/>
          <w:szCs w:val="24"/>
          <w:lang w:val="mn-MN"/>
        </w:rPr>
        <w:t>хэрэгжихгүй байна.</w:t>
      </w:r>
      <w:r w:rsidR="00CF0617">
        <w:rPr>
          <w:rFonts w:eastAsia="Calibri" w:cs="Arial"/>
          <w:color w:val="20262E"/>
          <w:szCs w:val="24"/>
          <w:lang w:val="mn-MN"/>
        </w:rPr>
        <w:t xml:space="preserve"> </w:t>
      </w:r>
      <w:r w:rsidRPr="00CA74A7">
        <w:rPr>
          <w:rFonts w:eastAsia="Calibri" w:cs="Arial"/>
          <w:color w:val="20262E"/>
          <w:szCs w:val="24"/>
          <w:lang w:val="mn-MN"/>
        </w:rPr>
        <w:t>Ногоон байгууламжийн газар, титмийн бүрхэц, хүртээмж, амьдралт, арчилгааны төсөв, хохирол, тайралт, нөхөн дүйцүүлэлтийн нэгдсэн, давхардаагүй, нээлттэй өгөгдөл байхгүй</w:t>
      </w:r>
      <w:r w:rsidR="00C2492B">
        <w:rPr>
          <w:rFonts w:eastAsia="Calibri" w:cs="Arial"/>
          <w:color w:val="20262E"/>
          <w:szCs w:val="24"/>
          <w:lang w:val="mn-MN"/>
        </w:rPr>
        <w:t xml:space="preserve"> байна. </w:t>
      </w:r>
      <w:r w:rsidRPr="00CA74A7">
        <w:rPr>
          <w:rFonts w:eastAsia="Calibri" w:cs="Arial"/>
          <w:color w:val="20262E"/>
          <w:szCs w:val="24"/>
          <w:lang w:val="mn-MN"/>
        </w:rPr>
        <w:t>Нийслэл, улсын зэрэглэлтэй хот, аймгийн төв, сумын төвийн хүн ам, ус, төсөв, мэргэжлийн чадавх</w:t>
      </w:r>
      <w:r w:rsidR="00D04D09">
        <w:rPr>
          <w:rFonts w:eastAsia="Calibri" w:cs="Arial"/>
          <w:color w:val="20262E"/>
          <w:szCs w:val="24"/>
          <w:lang w:val="mn-MN"/>
        </w:rPr>
        <w:t>и</w:t>
      </w:r>
      <w:r w:rsidRPr="00CA74A7">
        <w:rPr>
          <w:rFonts w:eastAsia="Calibri" w:cs="Arial"/>
          <w:color w:val="20262E"/>
          <w:szCs w:val="24"/>
          <w:lang w:val="mn-MN"/>
        </w:rPr>
        <w:t xml:space="preserve"> харилцан адилгүй боловч эрсдэл, чадавх</w:t>
      </w:r>
      <w:r w:rsidR="00084F4F">
        <w:rPr>
          <w:rFonts w:eastAsia="Calibri" w:cs="Arial"/>
          <w:color w:val="20262E"/>
          <w:szCs w:val="24"/>
          <w:lang w:val="mn-MN"/>
        </w:rPr>
        <w:t>и</w:t>
      </w:r>
      <w:r w:rsidRPr="00CA74A7">
        <w:rPr>
          <w:rFonts w:eastAsia="Calibri" w:cs="Arial"/>
          <w:color w:val="20262E"/>
          <w:szCs w:val="24"/>
          <w:lang w:val="mn-MN"/>
        </w:rPr>
        <w:t>д суурилсан ялгаатай горим бүрдээгүй</w:t>
      </w:r>
      <w:r w:rsidR="005222C0">
        <w:rPr>
          <w:rFonts w:eastAsia="Calibri" w:cs="Arial"/>
          <w:color w:val="20262E"/>
          <w:szCs w:val="24"/>
          <w:lang w:val="mn-MN"/>
        </w:rPr>
        <w:t xml:space="preserve"> байна. </w:t>
      </w:r>
      <w:r w:rsidRPr="00CA74A7">
        <w:rPr>
          <w:rFonts w:eastAsia="Calibri" w:cs="Arial"/>
          <w:color w:val="20262E"/>
          <w:szCs w:val="24"/>
          <w:lang w:val="mn-MN"/>
        </w:rPr>
        <w:t xml:space="preserve"> </w:t>
      </w:r>
    </w:p>
    <w:p w14:paraId="1941E045" w14:textId="6C7F4405" w:rsidR="0063173C" w:rsidRDefault="0063173C" w:rsidP="008F1033">
      <w:pPr>
        <w:rPr>
          <w:rFonts w:eastAsia="Times New Roman" w:cs="Arial"/>
          <w:szCs w:val="24"/>
        </w:rPr>
      </w:pPr>
      <w:proofErr w:type="spellStart"/>
      <w:r w:rsidRPr="0063173C">
        <w:rPr>
          <w:rFonts w:eastAsia="Times New Roman" w:cs="Arial"/>
          <w:szCs w:val="24"/>
        </w:rPr>
        <w:t>Нийслэлийн</w:t>
      </w:r>
      <w:proofErr w:type="spellEnd"/>
      <w:r w:rsidRPr="0063173C">
        <w:rPr>
          <w:rFonts w:eastAsia="Times New Roman" w:cs="Arial"/>
          <w:szCs w:val="24"/>
        </w:rPr>
        <w:t xml:space="preserve"> </w:t>
      </w:r>
      <w:proofErr w:type="spellStart"/>
      <w:r w:rsidRPr="0063173C">
        <w:rPr>
          <w:rFonts w:eastAsia="Times New Roman" w:cs="Arial"/>
          <w:szCs w:val="24"/>
        </w:rPr>
        <w:t>статистикийн</w:t>
      </w:r>
      <w:proofErr w:type="spellEnd"/>
      <w:r w:rsidRPr="0063173C">
        <w:rPr>
          <w:rFonts w:eastAsia="Times New Roman" w:cs="Arial"/>
          <w:szCs w:val="24"/>
        </w:rPr>
        <w:t xml:space="preserve"> </w:t>
      </w:r>
      <w:proofErr w:type="spellStart"/>
      <w:r w:rsidRPr="0063173C">
        <w:rPr>
          <w:rFonts w:eastAsia="Times New Roman" w:cs="Arial"/>
          <w:szCs w:val="24"/>
        </w:rPr>
        <w:t>газрын</w:t>
      </w:r>
      <w:proofErr w:type="spellEnd"/>
      <w:r w:rsidR="0092291F">
        <w:rPr>
          <w:rFonts w:eastAsia="Times New Roman" w:cs="Arial"/>
          <w:szCs w:val="24"/>
        </w:rPr>
        <w:t xml:space="preserve"> </w:t>
      </w:r>
      <w:proofErr w:type="spellStart"/>
      <w:r w:rsidRPr="0063173C">
        <w:rPr>
          <w:rFonts w:eastAsia="Times New Roman" w:cs="Arial"/>
          <w:szCs w:val="24"/>
        </w:rPr>
        <w:t>мэдээлэлд</w:t>
      </w:r>
      <w:proofErr w:type="spellEnd"/>
      <w:r w:rsidRPr="0063173C">
        <w:rPr>
          <w:rFonts w:eastAsia="Times New Roman" w:cs="Arial"/>
          <w:szCs w:val="24"/>
        </w:rPr>
        <w:t xml:space="preserve"> </w:t>
      </w:r>
      <w:proofErr w:type="spellStart"/>
      <w:r w:rsidRPr="0063173C">
        <w:rPr>
          <w:rFonts w:eastAsia="Times New Roman" w:cs="Arial"/>
          <w:szCs w:val="24"/>
        </w:rPr>
        <w:t>Улаанбаатар</w:t>
      </w:r>
      <w:proofErr w:type="spellEnd"/>
      <w:r w:rsidRPr="0063173C">
        <w:rPr>
          <w:rFonts w:eastAsia="Times New Roman" w:cs="Arial"/>
          <w:szCs w:val="24"/>
        </w:rPr>
        <w:t xml:space="preserve"> </w:t>
      </w:r>
      <w:proofErr w:type="spellStart"/>
      <w:r w:rsidRPr="0063173C">
        <w:rPr>
          <w:rFonts w:eastAsia="Times New Roman" w:cs="Arial"/>
          <w:szCs w:val="24"/>
        </w:rPr>
        <w:t>хотын</w:t>
      </w:r>
      <w:proofErr w:type="spellEnd"/>
      <w:r w:rsidRPr="0063173C">
        <w:rPr>
          <w:rFonts w:eastAsia="Times New Roman" w:cs="Arial"/>
          <w:szCs w:val="24"/>
        </w:rPr>
        <w:t xml:space="preserve"> </w:t>
      </w:r>
      <w:proofErr w:type="spellStart"/>
      <w:r w:rsidRPr="0063173C">
        <w:rPr>
          <w:rFonts w:eastAsia="Times New Roman" w:cs="Arial"/>
          <w:szCs w:val="24"/>
        </w:rPr>
        <w:t>суурин</w:t>
      </w:r>
      <w:proofErr w:type="spellEnd"/>
      <w:r w:rsidRPr="0063173C">
        <w:rPr>
          <w:rFonts w:eastAsia="Times New Roman" w:cs="Arial"/>
          <w:szCs w:val="24"/>
        </w:rPr>
        <w:t xml:space="preserve"> </w:t>
      </w:r>
      <w:proofErr w:type="spellStart"/>
      <w:r w:rsidRPr="0063173C">
        <w:rPr>
          <w:rFonts w:eastAsia="Times New Roman" w:cs="Arial"/>
          <w:szCs w:val="24"/>
        </w:rPr>
        <w:t>хүн</w:t>
      </w:r>
      <w:proofErr w:type="spellEnd"/>
      <w:r w:rsidRPr="0063173C">
        <w:rPr>
          <w:rFonts w:eastAsia="Times New Roman" w:cs="Arial"/>
          <w:szCs w:val="24"/>
        </w:rPr>
        <w:t xml:space="preserve"> </w:t>
      </w:r>
      <w:proofErr w:type="spellStart"/>
      <w:r w:rsidRPr="0063173C">
        <w:rPr>
          <w:rFonts w:eastAsia="Times New Roman" w:cs="Arial"/>
          <w:szCs w:val="24"/>
        </w:rPr>
        <w:t>ам</w:t>
      </w:r>
      <w:proofErr w:type="spellEnd"/>
      <w:r w:rsidRPr="0063173C">
        <w:rPr>
          <w:rFonts w:eastAsia="Times New Roman" w:cs="Arial"/>
          <w:szCs w:val="24"/>
        </w:rPr>
        <w:t xml:space="preserve"> 2025 </w:t>
      </w:r>
      <w:proofErr w:type="spellStart"/>
      <w:r w:rsidRPr="0063173C">
        <w:rPr>
          <w:rFonts w:eastAsia="Times New Roman" w:cs="Arial"/>
          <w:szCs w:val="24"/>
        </w:rPr>
        <w:t>онд</w:t>
      </w:r>
      <w:proofErr w:type="spellEnd"/>
      <w:r w:rsidRPr="0063173C">
        <w:rPr>
          <w:rFonts w:eastAsia="Times New Roman" w:cs="Arial"/>
          <w:szCs w:val="24"/>
        </w:rPr>
        <w:t xml:space="preserve"> 1,673.3 </w:t>
      </w:r>
      <w:proofErr w:type="spellStart"/>
      <w:r w:rsidRPr="0063173C">
        <w:rPr>
          <w:rFonts w:eastAsia="Times New Roman" w:cs="Arial"/>
          <w:szCs w:val="24"/>
        </w:rPr>
        <w:t>мянга</w:t>
      </w:r>
      <w:proofErr w:type="spellEnd"/>
      <w:r w:rsidRPr="0063173C">
        <w:rPr>
          <w:rFonts w:eastAsia="Times New Roman" w:cs="Arial"/>
          <w:szCs w:val="24"/>
        </w:rPr>
        <w:t xml:space="preserve"> </w:t>
      </w:r>
      <w:proofErr w:type="spellStart"/>
      <w:r w:rsidRPr="0063173C">
        <w:rPr>
          <w:rFonts w:eastAsia="Times New Roman" w:cs="Arial"/>
          <w:szCs w:val="24"/>
        </w:rPr>
        <w:t>гэж</w:t>
      </w:r>
      <w:proofErr w:type="spellEnd"/>
      <w:r w:rsidRPr="0063173C">
        <w:rPr>
          <w:rFonts w:eastAsia="Times New Roman" w:cs="Arial"/>
          <w:szCs w:val="24"/>
        </w:rPr>
        <w:t xml:space="preserve"> </w:t>
      </w:r>
      <w:proofErr w:type="spellStart"/>
      <w:r w:rsidRPr="0063173C">
        <w:rPr>
          <w:rFonts w:eastAsia="Times New Roman" w:cs="Arial"/>
          <w:szCs w:val="24"/>
        </w:rPr>
        <w:t>туссан</w:t>
      </w:r>
      <w:proofErr w:type="spellEnd"/>
      <w:r w:rsidRPr="0063173C">
        <w:rPr>
          <w:rFonts w:eastAsia="Times New Roman" w:cs="Arial"/>
          <w:szCs w:val="24"/>
        </w:rPr>
        <w:t xml:space="preserve"> </w:t>
      </w:r>
      <w:proofErr w:type="spellStart"/>
      <w:r w:rsidRPr="0063173C">
        <w:rPr>
          <w:rFonts w:eastAsia="Times New Roman" w:cs="Arial"/>
          <w:szCs w:val="24"/>
        </w:rPr>
        <w:t>байна</w:t>
      </w:r>
      <w:proofErr w:type="spellEnd"/>
      <w:r w:rsidRPr="0063173C">
        <w:rPr>
          <w:rFonts w:eastAsia="Times New Roman" w:cs="Arial"/>
          <w:szCs w:val="24"/>
        </w:rPr>
        <w:t>.</w:t>
      </w:r>
      <w:r w:rsidR="008748F2">
        <w:rPr>
          <w:rStyle w:val="FootnoteReference"/>
          <w:rFonts w:eastAsia="Times New Roman" w:cs="Arial"/>
          <w:szCs w:val="24"/>
        </w:rPr>
        <w:footnoteReference w:id="2"/>
      </w:r>
      <w:r w:rsidRPr="0063173C">
        <w:rPr>
          <w:rFonts w:eastAsia="Times New Roman" w:cs="Arial"/>
          <w:szCs w:val="24"/>
        </w:rPr>
        <w:t xml:space="preserve"> </w:t>
      </w:r>
      <w:proofErr w:type="spellStart"/>
      <w:r w:rsidRPr="0063173C">
        <w:rPr>
          <w:rFonts w:eastAsia="Times New Roman" w:cs="Arial"/>
          <w:szCs w:val="24"/>
        </w:rPr>
        <w:t>Э</w:t>
      </w:r>
      <w:r w:rsidR="008F1033">
        <w:rPr>
          <w:rFonts w:eastAsia="Times New Roman" w:cs="Arial"/>
          <w:szCs w:val="24"/>
        </w:rPr>
        <w:t>дгээр</w:t>
      </w:r>
      <w:proofErr w:type="spellEnd"/>
      <w:r w:rsidR="008F1033">
        <w:rPr>
          <w:rFonts w:eastAsia="Times New Roman" w:cs="Arial"/>
          <w:szCs w:val="24"/>
        </w:rPr>
        <w:t xml:space="preserve"> </w:t>
      </w:r>
      <w:proofErr w:type="spellStart"/>
      <w:r w:rsidR="008F1033">
        <w:rPr>
          <w:rFonts w:eastAsia="Times New Roman" w:cs="Arial"/>
          <w:szCs w:val="24"/>
        </w:rPr>
        <w:t>тоон</w:t>
      </w:r>
      <w:proofErr w:type="spellEnd"/>
      <w:r w:rsidR="008F1033">
        <w:rPr>
          <w:rFonts w:eastAsia="Times New Roman" w:cs="Arial"/>
          <w:szCs w:val="24"/>
        </w:rPr>
        <w:t xml:space="preserve"> </w:t>
      </w:r>
      <w:proofErr w:type="spellStart"/>
      <w:r w:rsidR="008F1033">
        <w:rPr>
          <w:rFonts w:eastAsia="Times New Roman" w:cs="Arial"/>
          <w:szCs w:val="24"/>
        </w:rPr>
        <w:t>мэдээлэлд</w:t>
      </w:r>
      <w:proofErr w:type="spellEnd"/>
      <w:r w:rsidRPr="0063173C">
        <w:rPr>
          <w:rFonts w:eastAsia="Times New Roman" w:cs="Arial"/>
          <w:szCs w:val="24"/>
        </w:rPr>
        <w:t xml:space="preserve"> </w:t>
      </w:r>
      <w:proofErr w:type="spellStart"/>
      <w:r w:rsidRPr="0063173C">
        <w:rPr>
          <w:rFonts w:eastAsia="Times New Roman" w:cs="Arial"/>
          <w:szCs w:val="24"/>
        </w:rPr>
        <w:t>үндэслэн</w:t>
      </w:r>
      <w:proofErr w:type="spellEnd"/>
      <w:r w:rsidRPr="0063173C">
        <w:rPr>
          <w:rFonts w:eastAsia="Times New Roman" w:cs="Arial"/>
          <w:szCs w:val="24"/>
        </w:rPr>
        <w:t xml:space="preserve"> </w:t>
      </w:r>
      <w:proofErr w:type="spellStart"/>
      <w:r w:rsidRPr="0063173C">
        <w:rPr>
          <w:rFonts w:eastAsia="Times New Roman" w:cs="Arial"/>
          <w:szCs w:val="24"/>
        </w:rPr>
        <w:t>нэг</w:t>
      </w:r>
      <w:proofErr w:type="spellEnd"/>
      <w:r w:rsidRPr="0063173C">
        <w:rPr>
          <w:rFonts w:eastAsia="Times New Roman" w:cs="Arial"/>
          <w:szCs w:val="24"/>
        </w:rPr>
        <w:t xml:space="preserve"> </w:t>
      </w:r>
      <w:proofErr w:type="spellStart"/>
      <w:r w:rsidRPr="0063173C">
        <w:rPr>
          <w:rFonts w:eastAsia="Times New Roman" w:cs="Arial"/>
          <w:szCs w:val="24"/>
        </w:rPr>
        <w:t>хүнд</w:t>
      </w:r>
      <w:proofErr w:type="spellEnd"/>
      <w:r w:rsidRPr="0063173C">
        <w:rPr>
          <w:rFonts w:eastAsia="Times New Roman" w:cs="Arial"/>
          <w:szCs w:val="24"/>
        </w:rPr>
        <w:t xml:space="preserve"> </w:t>
      </w:r>
      <w:proofErr w:type="spellStart"/>
      <w:r w:rsidRPr="0063173C">
        <w:rPr>
          <w:rFonts w:eastAsia="Times New Roman" w:cs="Arial"/>
          <w:szCs w:val="24"/>
        </w:rPr>
        <w:t>ногдох</w:t>
      </w:r>
      <w:proofErr w:type="spellEnd"/>
      <w:r w:rsidRPr="0063173C">
        <w:rPr>
          <w:rFonts w:eastAsia="Times New Roman" w:cs="Arial"/>
          <w:szCs w:val="24"/>
        </w:rPr>
        <w:t xml:space="preserve"> </w:t>
      </w:r>
      <w:proofErr w:type="spellStart"/>
      <w:r w:rsidRPr="0063173C">
        <w:rPr>
          <w:rFonts w:eastAsia="Times New Roman" w:cs="Arial"/>
          <w:szCs w:val="24"/>
        </w:rPr>
        <w:t>нийтийн</w:t>
      </w:r>
      <w:proofErr w:type="spellEnd"/>
      <w:r w:rsidRPr="0063173C">
        <w:rPr>
          <w:rFonts w:eastAsia="Times New Roman" w:cs="Arial"/>
          <w:szCs w:val="24"/>
        </w:rPr>
        <w:t xml:space="preserve"> </w:t>
      </w:r>
      <w:proofErr w:type="spellStart"/>
      <w:r w:rsidRPr="0063173C">
        <w:rPr>
          <w:rFonts w:eastAsia="Times New Roman" w:cs="Arial"/>
          <w:szCs w:val="24"/>
        </w:rPr>
        <w:t>ногоон</w:t>
      </w:r>
      <w:proofErr w:type="spellEnd"/>
      <w:r w:rsidRPr="0063173C">
        <w:rPr>
          <w:rFonts w:eastAsia="Times New Roman" w:cs="Arial"/>
          <w:szCs w:val="24"/>
        </w:rPr>
        <w:t xml:space="preserve"> </w:t>
      </w:r>
      <w:proofErr w:type="spellStart"/>
      <w:r w:rsidRPr="0063173C">
        <w:rPr>
          <w:rFonts w:eastAsia="Times New Roman" w:cs="Arial"/>
          <w:szCs w:val="24"/>
        </w:rPr>
        <w:t>талбайг</w:t>
      </w:r>
      <w:proofErr w:type="spellEnd"/>
      <w:r w:rsidRPr="0063173C">
        <w:rPr>
          <w:rFonts w:eastAsia="Times New Roman" w:cs="Arial"/>
          <w:szCs w:val="24"/>
        </w:rPr>
        <w:t xml:space="preserve"> 1 м</w:t>
      </w:r>
      <w:r w:rsidR="008F1033" w:rsidRPr="008F1033">
        <w:rPr>
          <w:rFonts w:eastAsia="Times New Roman" w:cs="Arial"/>
          <w:szCs w:val="24"/>
          <w:vertAlign w:val="superscript"/>
        </w:rPr>
        <w:t>2</w:t>
      </w:r>
      <w:r w:rsidRPr="0063173C">
        <w:rPr>
          <w:rFonts w:eastAsia="Times New Roman" w:cs="Arial"/>
          <w:szCs w:val="24"/>
        </w:rPr>
        <w:t xml:space="preserve">-аар </w:t>
      </w:r>
      <w:proofErr w:type="spellStart"/>
      <w:r w:rsidRPr="0063173C">
        <w:rPr>
          <w:rFonts w:eastAsia="Times New Roman" w:cs="Arial"/>
          <w:szCs w:val="24"/>
        </w:rPr>
        <w:t>нэмэгдүүлэхэд</w:t>
      </w:r>
      <w:proofErr w:type="spellEnd"/>
      <w:r w:rsidRPr="0063173C">
        <w:rPr>
          <w:rFonts w:eastAsia="Times New Roman" w:cs="Arial"/>
          <w:szCs w:val="24"/>
        </w:rPr>
        <w:t xml:space="preserve"> 167.3 </w:t>
      </w:r>
      <w:proofErr w:type="spellStart"/>
      <w:r w:rsidRPr="0063173C">
        <w:rPr>
          <w:rFonts w:eastAsia="Times New Roman" w:cs="Arial"/>
          <w:szCs w:val="24"/>
        </w:rPr>
        <w:t>га</w:t>
      </w:r>
      <w:proofErr w:type="spellEnd"/>
      <w:r w:rsidRPr="0063173C">
        <w:rPr>
          <w:rFonts w:eastAsia="Times New Roman" w:cs="Arial"/>
          <w:szCs w:val="24"/>
        </w:rPr>
        <w:t>, 3 м</w:t>
      </w:r>
      <w:r w:rsidR="008F1033" w:rsidRPr="008F1033">
        <w:rPr>
          <w:rFonts w:eastAsia="Times New Roman" w:cs="Arial"/>
          <w:szCs w:val="24"/>
          <w:vertAlign w:val="superscript"/>
        </w:rPr>
        <w:t>2</w:t>
      </w:r>
      <w:r w:rsidRPr="0063173C">
        <w:rPr>
          <w:rFonts w:eastAsia="Times New Roman" w:cs="Arial"/>
          <w:szCs w:val="24"/>
        </w:rPr>
        <w:t xml:space="preserve">-аар </w:t>
      </w:r>
      <w:proofErr w:type="spellStart"/>
      <w:r w:rsidRPr="0063173C">
        <w:rPr>
          <w:rFonts w:eastAsia="Times New Roman" w:cs="Arial"/>
          <w:szCs w:val="24"/>
        </w:rPr>
        <w:t>нэмэгдүүлэхэд</w:t>
      </w:r>
      <w:proofErr w:type="spellEnd"/>
      <w:r w:rsidRPr="0063173C">
        <w:rPr>
          <w:rFonts w:eastAsia="Times New Roman" w:cs="Arial"/>
          <w:szCs w:val="24"/>
        </w:rPr>
        <w:t xml:space="preserve"> 502.0 </w:t>
      </w:r>
      <w:proofErr w:type="spellStart"/>
      <w:r w:rsidRPr="0063173C">
        <w:rPr>
          <w:rFonts w:eastAsia="Times New Roman" w:cs="Arial"/>
          <w:szCs w:val="24"/>
        </w:rPr>
        <w:t>га</w:t>
      </w:r>
      <w:proofErr w:type="spellEnd"/>
      <w:r w:rsidRPr="0063173C">
        <w:rPr>
          <w:rFonts w:eastAsia="Times New Roman" w:cs="Arial"/>
          <w:szCs w:val="24"/>
        </w:rPr>
        <w:t>, 5м</w:t>
      </w:r>
      <w:r w:rsidR="008F1033" w:rsidRPr="008F1033">
        <w:rPr>
          <w:rFonts w:eastAsia="Times New Roman" w:cs="Arial"/>
          <w:szCs w:val="24"/>
          <w:vertAlign w:val="superscript"/>
        </w:rPr>
        <w:t>2</w:t>
      </w:r>
      <w:r w:rsidRPr="0063173C">
        <w:rPr>
          <w:rFonts w:eastAsia="Times New Roman" w:cs="Arial"/>
          <w:szCs w:val="24"/>
        </w:rPr>
        <w:t xml:space="preserve">-аар </w:t>
      </w:r>
      <w:proofErr w:type="spellStart"/>
      <w:r w:rsidRPr="0063173C">
        <w:rPr>
          <w:rFonts w:eastAsia="Times New Roman" w:cs="Arial"/>
          <w:szCs w:val="24"/>
        </w:rPr>
        <w:t>нэмэгдүүлэхэд</w:t>
      </w:r>
      <w:proofErr w:type="spellEnd"/>
      <w:r w:rsidRPr="0063173C">
        <w:rPr>
          <w:rFonts w:eastAsia="Times New Roman" w:cs="Arial"/>
          <w:szCs w:val="24"/>
        </w:rPr>
        <w:t xml:space="preserve"> 836.7 </w:t>
      </w:r>
      <w:proofErr w:type="spellStart"/>
      <w:r w:rsidRPr="0063173C">
        <w:rPr>
          <w:rFonts w:eastAsia="Times New Roman" w:cs="Arial"/>
          <w:szCs w:val="24"/>
        </w:rPr>
        <w:t>га</w:t>
      </w:r>
      <w:proofErr w:type="spellEnd"/>
      <w:r w:rsidRPr="0063173C">
        <w:rPr>
          <w:rFonts w:eastAsia="Times New Roman" w:cs="Arial"/>
          <w:szCs w:val="24"/>
        </w:rPr>
        <w:t xml:space="preserve"> </w:t>
      </w:r>
      <w:proofErr w:type="spellStart"/>
      <w:r w:rsidRPr="0063173C">
        <w:rPr>
          <w:rFonts w:eastAsia="Times New Roman" w:cs="Arial"/>
          <w:szCs w:val="24"/>
        </w:rPr>
        <w:t>шинэ</w:t>
      </w:r>
      <w:proofErr w:type="spellEnd"/>
      <w:r w:rsidRPr="0063173C">
        <w:rPr>
          <w:rFonts w:eastAsia="Times New Roman" w:cs="Arial"/>
          <w:szCs w:val="24"/>
        </w:rPr>
        <w:t xml:space="preserve"> </w:t>
      </w:r>
      <w:proofErr w:type="spellStart"/>
      <w:r w:rsidRPr="0063173C">
        <w:rPr>
          <w:rFonts w:eastAsia="Times New Roman" w:cs="Arial"/>
          <w:szCs w:val="24"/>
        </w:rPr>
        <w:t>буюу</w:t>
      </w:r>
      <w:proofErr w:type="spellEnd"/>
      <w:r w:rsidRPr="0063173C">
        <w:rPr>
          <w:rFonts w:eastAsia="Times New Roman" w:cs="Arial"/>
          <w:szCs w:val="24"/>
        </w:rPr>
        <w:t xml:space="preserve"> </w:t>
      </w:r>
      <w:proofErr w:type="spellStart"/>
      <w:r w:rsidRPr="0063173C">
        <w:rPr>
          <w:rFonts w:eastAsia="Times New Roman" w:cs="Arial"/>
          <w:szCs w:val="24"/>
        </w:rPr>
        <w:t>сэргээгдсэн</w:t>
      </w:r>
      <w:proofErr w:type="spellEnd"/>
      <w:r w:rsidRPr="0063173C">
        <w:rPr>
          <w:rFonts w:eastAsia="Times New Roman" w:cs="Arial"/>
          <w:szCs w:val="24"/>
        </w:rPr>
        <w:t xml:space="preserve"> </w:t>
      </w:r>
      <w:proofErr w:type="spellStart"/>
      <w:r w:rsidRPr="0063173C">
        <w:rPr>
          <w:rFonts w:eastAsia="Times New Roman" w:cs="Arial"/>
          <w:szCs w:val="24"/>
        </w:rPr>
        <w:t>ногоон</w:t>
      </w:r>
      <w:proofErr w:type="spellEnd"/>
      <w:r w:rsidRPr="0063173C">
        <w:rPr>
          <w:rFonts w:eastAsia="Times New Roman" w:cs="Arial"/>
          <w:szCs w:val="24"/>
        </w:rPr>
        <w:t xml:space="preserve"> </w:t>
      </w:r>
      <w:proofErr w:type="spellStart"/>
      <w:r w:rsidRPr="0063173C">
        <w:rPr>
          <w:rFonts w:eastAsia="Times New Roman" w:cs="Arial"/>
          <w:szCs w:val="24"/>
        </w:rPr>
        <w:t>талбай</w:t>
      </w:r>
      <w:proofErr w:type="spellEnd"/>
      <w:r w:rsidRPr="0063173C">
        <w:rPr>
          <w:rFonts w:eastAsia="Times New Roman" w:cs="Arial"/>
          <w:szCs w:val="24"/>
        </w:rPr>
        <w:t xml:space="preserve"> </w:t>
      </w:r>
      <w:proofErr w:type="spellStart"/>
      <w:r w:rsidRPr="0063173C">
        <w:rPr>
          <w:rFonts w:eastAsia="Times New Roman" w:cs="Arial"/>
          <w:szCs w:val="24"/>
        </w:rPr>
        <w:t>шаардагдана</w:t>
      </w:r>
      <w:proofErr w:type="spellEnd"/>
      <w:r w:rsidRPr="0063173C">
        <w:rPr>
          <w:rFonts w:eastAsia="Times New Roman" w:cs="Arial"/>
          <w:szCs w:val="24"/>
        </w:rPr>
        <w:t xml:space="preserve">. </w:t>
      </w:r>
      <w:proofErr w:type="spellStart"/>
      <w:r w:rsidRPr="0063173C">
        <w:rPr>
          <w:rFonts w:eastAsia="Times New Roman" w:cs="Arial"/>
          <w:szCs w:val="24"/>
        </w:rPr>
        <w:t>Энэхүү</w:t>
      </w:r>
      <w:proofErr w:type="spellEnd"/>
      <w:r w:rsidRPr="0063173C">
        <w:rPr>
          <w:rFonts w:eastAsia="Times New Roman" w:cs="Arial"/>
          <w:szCs w:val="24"/>
        </w:rPr>
        <w:t xml:space="preserve"> </w:t>
      </w:r>
      <w:proofErr w:type="spellStart"/>
      <w:r w:rsidRPr="0063173C">
        <w:rPr>
          <w:rFonts w:eastAsia="Times New Roman" w:cs="Arial"/>
          <w:szCs w:val="24"/>
        </w:rPr>
        <w:t>тооцоо</w:t>
      </w:r>
      <w:proofErr w:type="spellEnd"/>
      <w:r w:rsidRPr="0063173C">
        <w:rPr>
          <w:rFonts w:eastAsia="Times New Roman" w:cs="Arial"/>
          <w:szCs w:val="24"/>
        </w:rPr>
        <w:t xml:space="preserve"> </w:t>
      </w:r>
      <w:proofErr w:type="spellStart"/>
      <w:r w:rsidRPr="0063173C">
        <w:rPr>
          <w:rFonts w:eastAsia="Times New Roman" w:cs="Arial"/>
          <w:szCs w:val="24"/>
        </w:rPr>
        <w:t>нь</w:t>
      </w:r>
      <w:proofErr w:type="spellEnd"/>
      <w:r w:rsidRPr="0063173C">
        <w:rPr>
          <w:rFonts w:eastAsia="Times New Roman" w:cs="Arial"/>
          <w:szCs w:val="24"/>
        </w:rPr>
        <w:t xml:space="preserve"> </w:t>
      </w:r>
      <w:proofErr w:type="spellStart"/>
      <w:r w:rsidRPr="0063173C">
        <w:rPr>
          <w:rFonts w:eastAsia="Times New Roman" w:cs="Arial"/>
          <w:szCs w:val="24"/>
        </w:rPr>
        <w:t>зорилтыг</w:t>
      </w:r>
      <w:proofErr w:type="spellEnd"/>
      <w:r w:rsidRPr="0063173C">
        <w:rPr>
          <w:rFonts w:eastAsia="Times New Roman" w:cs="Arial"/>
          <w:szCs w:val="24"/>
        </w:rPr>
        <w:t xml:space="preserve"> </w:t>
      </w:r>
      <w:proofErr w:type="spellStart"/>
      <w:r w:rsidRPr="0063173C">
        <w:rPr>
          <w:rFonts w:eastAsia="Times New Roman" w:cs="Arial"/>
          <w:szCs w:val="24"/>
        </w:rPr>
        <w:t>шууд</w:t>
      </w:r>
      <w:proofErr w:type="spellEnd"/>
      <w:r w:rsidRPr="0063173C">
        <w:rPr>
          <w:rFonts w:eastAsia="Times New Roman" w:cs="Arial"/>
          <w:szCs w:val="24"/>
        </w:rPr>
        <w:t xml:space="preserve"> </w:t>
      </w:r>
      <w:proofErr w:type="spellStart"/>
      <w:r w:rsidRPr="0063173C">
        <w:rPr>
          <w:rFonts w:eastAsia="Times New Roman" w:cs="Arial"/>
          <w:szCs w:val="24"/>
        </w:rPr>
        <w:t>хуульчилж</w:t>
      </w:r>
      <w:proofErr w:type="spellEnd"/>
      <w:r w:rsidRPr="0063173C">
        <w:rPr>
          <w:rFonts w:eastAsia="Times New Roman" w:cs="Arial"/>
          <w:szCs w:val="24"/>
        </w:rPr>
        <w:t xml:space="preserve"> </w:t>
      </w:r>
      <w:proofErr w:type="spellStart"/>
      <w:r w:rsidRPr="0063173C">
        <w:rPr>
          <w:rFonts w:eastAsia="Times New Roman" w:cs="Arial"/>
          <w:szCs w:val="24"/>
        </w:rPr>
        <w:t>тогтоох</w:t>
      </w:r>
      <w:proofErr w:type="spellEnd"/>
      <w:r w:rsidRPr="0063173C">
        <w:rPr>
          <w:rFonts w:eastAsia="Times New Roman" w:cs="Arial"/>
          <w:szCs w:val="24"/>
        </w:rPr>
        <w:t xml:space="preserve"> </w:t>
      </w:r>
      <w:proofErr w:type="spellStart"/>
      <w:r w:rsidRPr="0063173C">
        <w:rPr>
          <w:rFonts w:eastAsia="Times New Roman" w:cs="Arial"/>
          <w:szCs w:val="24"/>
        </w:rPr>
        <w:lastRenderedPageBreak/>
        <w:t>бус</w:t>
      </w:r>
      <w:proofErr w:type="spellEnd"/>
      <w:r w:rsidRPr="0063173C">
        <w:rPr>
          <w:rFonts w:eastAsia="Times New Roman" w:cs="Arial"/>
          <w:szCs w:val="24"/>
        </w:rPr>
        <w:t xml:space="preserve">, </w:t>
      </w:r>
      <w:proofErr w:type="spellStart"/>
      <w:r w:rsidRPr="0063173C">
        <w:rPr>
          <w:rFonts w:eastAsia="Times New Roman" w:cs="Arial"/>
          <w:szCs w:val="24"/>
        </w:rPr>
        <w:t>газар-хөрсний</w:t>
      </w:r>
      <w:proofErr w:type="spellEnd"/>
      <w:r w:rsidRPr="0063173C">
        <w:rPr>
          <w:rFonts w:eastAsia="Times New Roman" w:cs="Arial"/>
          <w:szCs w:val="24"/>
        </w:rPr>
        <w:t xml:space="preserve"> </w:t>
      </w:r>
      <w:proofErr w:type="spellStart"/>
      <w:r w:rsidRPr="0063173C">
        <w:rPr>
          <w:rFonts w:eastAsia="Times New Roman" w:cs="Arial"/>
          <w:szCs w:val="24"/>
        </w:rPr>
        <w:t>аудит</w:t>
      </w:r>
      <w:proofErr w:type="spellEnd"/>
      <w:r w:rsidRPr="0063173C">
        <w:rPr>
          <w:rFonts w:eastAsia="Times New Roman" w:cs="Arial"/>
          <w:szCs w:val="24"/>
        </w:rPr>
        <w:t xml:space="preserve">, </w:t>
      </w:r>
      <w:proofErr w:type="spellStart"/>
      <w:r w:rsidRPr="0063173C">
        <w:rPr>
          <w:rFonts w:eastAsia="Times New Roman" w:cs="Arial"/>
          <w:szCs w:val="24"/>
        </w:rPr>
        <w:t>усалгааны</w:t>
      </w:r>
      <w:proofErr w:type="spellEnd"/>
      <w:r w:rsidRPr="0063173C">
        <w:rPr>
          <w:rFonts w:eastAsia="Times New Roman" w:cs="Arial"/>
          <w:szCs w:val="24"/>
        </w:rPr>
        <w:t xml:space="preserve"> </w:t>
      </w:r>
      <w:proofErr w:type="spellStart"/>
      <w:r w:rsidRPr="0063173C">
        <w:rPr>
          <w:rFonts w:eastAsia="Times New Roman" w:cs="Arial"/>
          <w:szCs w:val="24"/>
        </w:rPr>
        <w:t>эх</w:t>
      </w:r>
      <w:proofErr w:type="spellEnd"/>
      <w:r w:rsidRPr="0063173C">
        <w:rPr>
          <w:rFonts w:eastAsia="Times New Roman" w:cs="Arial"/>
          <w:szCs w:val="24"/>
        </w:rPr>
        <w:t xml:space="preserve"> </w:t>
      </w:r>
      <w:proofErr w:type="spellStart"/>
      <w:r w:rsidRPr="0063173C">
        <w:rPr>
          <w:rFonts w:eastAsia="Times New Roman" w:cs="Arial"/>
          <w:szCs w:val="24"/>
        </w:rPr>
        <w:t>үүсвэр</w:t>
      </w:r>
      <w:proofErr w:type="spellEnd"/>
      <w:r w:rsidRPr="0063173C">
        <w:rPr>
          <w:rFonts w:eastAsia="Times New Roman" w:cs="Arial"/>
          <w:szCs w:val="24"/>
        </w:rPr>
        <w:t xml:space="preserve">, </w:t>
      </w:r>
      <w:proofErr w:type="spellStart"/>
      <w:r w:rsidRPr="0063173C">
        <w:rPr>
          <w:rFonts w:eastAsia="Times New Roman" w:cs="Arial"/>
          <w:szCs w:val="24"/>
        </w:rPr>
        <w:t>санхүүжилт</w:t>
      </w:r>
      <w:proofErr w:type="spellEnd"/>
      <w:r w:rsidRPr="0063173C">
        <w:rPr>
          <w:rFonts w:eastAsia="Times New Roman" w:cs="Arial"/>
          <w:szCs w:val="24"/>
        </w:rPr>
        <w:t xml:space="preserve">, </w:t>
      </w:r>
      <w:proofErr w:type="spellStart"/>
      <w:r w:rsidRPr="0063173C">
        <w:rPr>
          <w:rFonts w:eastAsia="Times New Roman" w:cs="Arial"/>
          <w:szCs w:val="24"/>
        </w:rPr>
        <w:t>арчилгааны</w:t>
      </w:r>
      <w:proofErr w:type="spellEnd"/>
      <w:r w:rsidRPr="0063173C">
        <w:rPr>
          <w:rFonts w:eastAsia="Times New Roman" w:cs="Arial"/>
          <w:szCs w:val="24"/>
        </w:rPr>
        <w:t xml:space="preserve"> </w:t>
      </w:r>
      <w:proofErr w:type="spellStart"/>
      <w:r w:rsidRPr="0063173C">
        <w:rPr>
          <w:rFonts w:eastAsia="Times New Roman" w:cs="Arial"/>
          <w:szCs w:val="24"/>
        </w:rPr>
        <w:t>чадавхтай</w:t>
      </w:r>
      <w:proofErr w:type="spellEnd"/>
      <w:r w:rsidRPr="0063173C">
        <w:rPr>
          <w:rFonts w:eastAsia="Times New Roman" w:cs="Arial"/>
          <w:szCs w:val="24"/>
        </w:rPr>
        <w:t xml:space="preserve"> </w:t>
      </w:r>
      <w:proofErr w:type="spellStart"/>
      <w:r w:rsidRPr="0063173C">
        <w:rPr>
          <w:rFonts w:eastAsia="Times New Roman" w:cs="Arial"/>
          <w:szCs w:val="24"/>
        </w:rPr>
        <w:t>уялдуулан</w:t>
      </w:r>
      <w:proofErr w:type="spellEnd"/>
      <w:r w:rsidRPr="0063173C">
        <w:rPr>
          <w:rFonts w:eastAsia="Times New Roman" w:cs="Arial"/>
          <w:szCs w:val="24"/>
        </w:rPr>
        <w:t xml:space="preserve"> </w:t>
      </w:r>
      <w:proofErr w:type="spellStart"/>
      <w:r w:rsidRPr="0063173C">
        <w:rPr>
          <w:rFonts w:eastAsia="Times New Roman" w:cs="Arial"/>
          <w:szCs w:val="24"/>
        </w:rPr>
        <w:t>үе</w:t>
      </w:r>
      <w:proofErr w:type="spellEnd"/>
      <w:r w:rsidRPr="0063173C">
        <w:rPr>
          <w:rFonts w:eastAsia="Times New Roman" w:cs="Arial"/>
          <w:szCs w:val="24"/>
        </w:rPr>
        <w:t xml:space="preserve"> </w:t>
      </w:r>
      <w:proofErr w:type="spellStart"/>
      <w:r w:rsidRPr="0063173C">
        <w:rPr>
          <w:rFonts w:eastAsia="Times New Roman" w:cs="Arial"/>
          <w:szCs w:val="24"/>
        </w:rPr>
        <w:t>шаттай</w:t>
      </w:r>
      <w:proofErr w:type="spellEnd"/>
      <w:r w:rsidRPr="0063173C">
        <w:rPr>
          <w:rFonts w:eastAsia="Times New Roman" w:cs="Arial"/>
          <w:szCs w:val="24"/>
        </w:rPr>
        <w:t xml:space="preserve"> </w:t>
      </w:r>
      <w:proofErr w:type="spellStart"/>
      <w:r w:rsidRPr="0063173C">
        <w:rPr>
          <w:rFonts w:eastAsia="Times New Roman" w:cs="Arial"/>
          <w:szCs w:val="24"/>
        </w:rPr>
        <w:t>тогтоох</w:t>
      </w:r>
      <w:proofErr w:type="spellEnd"/>
      <w:r w:rsidRPr="0063173C">
        <w:rPr>
          <w:rFonts w:eastAsia="Times New Roman" w:cs="Arial"/>
          <w:szCs w:val="24"/>
        </w:rPr>
        <w:t xml:space="preserve"> </w:t>
      </w:r>
      <w:proofErr w:type="spellStart"/>
      <w:r w:rsidRPr="0063173C">
        <w:rPr>
          <w:rFonts w:eastAsia="Times New Roman" w:cs="Arial"/>
          <w:szCs w:val="24"/>
        </w:rPr>
        <w:t>шаардлагыг</w:t>
      </w:r>
      <w:proofErr w:type="spellEnd"/>
      <w:r w:rsidRPr="0063173C">
        <w:rPr>
          <w:rFonts w:eastAsia="Times New Roman" w:cs="Arial"/>
          <w:szCs w:val="24"/>
        </w:rPr>
        <w:t xml:space="preserve"> </w:t>
      </w:r>
      <w:proofErr w:type="spellStart"/>
      <w:r w:rsidRPr="0063173C">
        <w:rPr>
          <w:rFonts w:eastAsia="Times New Roman" w:cs="Arial"/>
          <w:szCs w:val="24"/>
        </w:rPr>
        <w:t>харуулж</w:t>
      </w:r>
      <w:proofErr w:type="spellEnd"/>
      <w:r w:rsidRPr="0063173C">
        <w:rPr>
          <w:rFonts w:eastAsia="Times New Roman" w:cs="Arial"/>
          <w:szCs w:val="24"/>
        </w:rPr>
        <w:t xml:space="preserve"> </w:t>
      </w:r>
      <w:proofErr w:type="spellStart"/>
      <w:r w:rsidRPr="0063173C">
        <w:rPr>
          <w:rFonts w:eastAsia="Times New Roman" w:cs="Arial"/>
          <w:szCs w:val="24"/>
        </w:rPr>
        <w:t>байна</w:t>
      </w:r>
      <w:proofErr w:type="spellEnd"/>
      <w:r w:rsidR="00A91732">
        <w:rPr>
          <w:rFonts w:eastAsia="Times New Roman" w:cs="Arial"/>
          <w:szCs w:val="24"/>
        </w:rPr>
        <w:t xml:space="preserve">: </w:t>
      </w:r>
    </w:p>
    <w:p w14:paraId="6F17062D" w14:textId="77777777" w:rsidR="008748F2" w:rsidRPr="0063173C" w:rsidRDefault="008748F2" w:rsidP="00EE0299">
      <w:pPr>
        <w:ind w:firstLine="0"/>
        <w:rPr>
          <w:rFonts w:cs="Arial"/>
          <w:szCs w:val="24"/>
        </w:rPr>
      </w:pPr>
    </w:p>
    <w:tbl>
      <w:tblPr>
        <w:tblStyle w:val="TableGrid"/>
        <w:tblW w:w="0" w:type="auto"/>
        <w:jc w:val="center"/>
        <w:tblLook w:val="04A0" w:firstRow="1" w:lastRow="0" w:firstColumn="1" w:lastColumn="0" w:noHBand="0" w:noVBand="1"/>
      </w:tblPr>
      <w:tblGrid>
        <w:gridCol w:w="2263"/>
        <w:gridCol w:w="3402"/>
        <w:gridCol w:w="3623"/>
      </w:tblGrid>
      <w:tr w:rsidR="0063173C" w:rsidRPr="0063173C" w14:paraId="5119F14B" w14:textId="77777777" w:rsidTr="00F87481">
        <w:trPr>
          <w:jc w:val="center"/>
        </w:trPr>
        <w:tc>
          <w:tcPr>
            <w:tcW w:w="2263" w:type="dxa"/>
            <w:vAlign w:val="center"/>
          </w:tcPr>
          <w:p w14:paraId="0F457F9A" w14:textId="77777777" w:rsidR="0063173C" w:rsidRPr="00206010" w:rsidRDefault="0063173C" w:rsidP="00EE0299">
            <w:pPr>
              <w:jc w:val="left"/>
              <w:rPr>
                <w:rFonts w:cs="Arial"/>
                <w:sz w:val="20"/>
                <w:szCs w:val="20"/>
              </w:rPr>
            </w:pPr>
            <w:proofErr w:type="spellStart"/>
            <w:r w:rsidRPr="00206010">
              <w:rPr>
                <w:rFonts w:eastAsia="Times New Roman" w:cs="Arial"/>
                <w:b/>
                <w:sz w:val="20"/>
                <w:szCs w:val="20"/>
              </w:rPr>
              <w:t>Үзүүлэлт</w:t>
            </w:r>
            <w:proofErr w:type="spellEnd"/>
          </w:p>
        </w:tc>
        <w:tc>
          <w:tcPr>
            <w:tcW w:w="3402" w:type="dxa"/>
            <w:vAlign w:val="center"/>
          </w:tcPr>
          <w:p w14:paraId="783CE3D3" w14:textId="77777777" w:rsidR="0063173C" w:rsidRPr="00206010" w:rsidRDefault="0063173C" w:rsidP="00EE0299">
            <w:pPr>
              <w:jc w:val="left"/>
              <w:rPr>
                <w:rFonts w:cs="Arial"/>
                <w:sz w:val="20"/>
                <w:szCs w:val="20"/>
              </w:rPr>
            </w:pPr>
            <w:proofErr w:type="spellStart"/>
            <w:r w:rsidRPr="00206010">
              <w:rPr>
                <w:rFonts w:eastAsia="Times New Roman" w:cs="Arial"/>
                <w:b/>
                <w:sz w:val="20"/>
                <w:szCs w:val="20"/>
              </w:rPr>
              <w:t>Тооцооны</w:t>
            </w:r>
            <w:proofErr w:type="spellEnd"/>
            <w:r w:rsidRPr="00206010">
              <w:rPr>
                <w:rFonts w:eastAsia="Times New Roman" w:cs="Arial"/>
                <w:b/>
                <w:sz w:val="20"/>
                <w:szCs w:val="20"/>
              </w:rPr>
              <w:t xml:space="preserve"> </w:t>
            </w:r>
            <w:proofErr w:type="spellStart"/>
            <w:r w:rsidRPr="00206010">
              <w:rPr>
                <w:rFonts w:eastAsia="Times New Roman" w:cs="Arial"/>
                <w:b/>
                <w:sz w:val="20"/>
                <w:szCs w:val="20"/>
              </w:rPr>
              <w:t>үндэслэл</w:t>
            </w:r>
            <w:proofErr w:type="spellEnd"/>
          </w:p>
        </w:tc>
        <w:tc>
          <w:tcPr>
            <w:tcW w:w="3623" w:type="dxa"/>
            <w:vAlign w:val="center"/>
          </w:tcPr>
          <w:p w14:paraId="52FD0E49" w14:textId="1E2152E5" w:rsidR="0063173C" w:rsidRPr="00206010" w:rsidRDefault="004A0A4D" w:rsidP="004A0A4D">
            <w:pPr>
              <w:ind w:firstLine="0"/>
              <w:jc w:val="left"/>
              <w:rPr>
                <w:rFonts w:cs="Arial"/>
                <w:sz w:val="20"/>
                <w:szCs w:val="20"/>
              </w:rPr>
            </w:pPr>
            <w:r>
              <w:rPr>
                <w:rFonts w:eastAsia="Times New Roman" w:cs="Arial"/>
                <w:b/>
                <w:sz w:val="20"/>
                <w:szCs w:val="20"/>
              </w:rPr>
              <w:t xml:space="preserve"> </w:t>
            </w:r>
            <w:proofErr w:type="spellStart"/>
            <w:r w:rsidR="0063173C" w:rsidRPr="00206010">
              <w:rPr>
                <w:rFonts w:eastAsia="Times New Roman" w:cs="Arial"/>
                <w:b/>
                <w:sz w:val="20"/>
                <w:szCs w:val="20"/>
              </w:rPr>
              <w:t>Шаардагдах</w:t>
            </w:r>
            <w:proofErr w:type="spellEnd"/>
            <w:r w:rsidR="0063173C" w:rsidRPr="00206010">
              <w:rPr>
                <w:rFonts w:eastAsia="Times New Roman" w:cs="Arial"/>
                <w:b/>
                <w:sz w:val="20"/>
                <w:szCs w:val="20"/>
              </w:rPr>
              <w:t xml:space="preserve"> </w:t>
            </w:r>
            <w:proofErr w:type="spellStart"/>
            <w:r w:rsidR="0063173C" w:rsidRPr="00206010">
              <w:rPr>
                <w:rFonts w:eastAsia="Times New Roman" w:cs="Arial"/>
                <w:b/>
                <w:sz w:val="20"/>
                <w:szCs w:val="20"/>
              </w:rPr>
              <w:t>талбай</w:t>
            </w:r>
            <w:proofErr w:type="spellEnd"/>
          </w:p>
        </w:tc>
      </w:tr>
      <w:tr w:rsidR="0063173C" w:rsidRPr="0063173C" w14:paraId="733A7F11" w14:textId="77777777" w:rsidTr="00F87481">
        <w:trPr>
          <w:jc w:val="center"/>
        </w:trPr>
        <w:tc>
          <w:tcPr>
            <w:tcW w:w="2263" w:type="dxa"/>
            <w:vAlign w:val="center"/>
          </w:tcPr>
          <w:p w14:paraId="6B4A9DDD" w14:textId="2B5AD7F1" w:rsidR="0063173C" w:rsidRPr="004E53B7" w:rsidRDefault="0063173C" w:rsidP="00B530DC">
            <w:pPr>
              <w:rPr>
                <w:rFonts w:cs="Arial"/>
                <w:sz w:val="20"/>
                <w:szCs w:val="20"/>
              </w:rPr>
            </w:pPr>
            <w:r w:rsidRPr="004E53B7">
              <w:rPr>
                <w:rFonts w:eastAsia="Times New Roman" w:cs="Arial"/>
                <w:sz w:val="20"/>
                <w:szCs w:val="20"/>
              </w:rPr>
              <w:t xml:space="preserve">1 </w:t>
            </w:r>
            <w:proofErr w:type="spellStart"/>
            <w:r w:rsidRPr="004E53B7">
              <w:rPr>
                <w:rFonts w:eastAsia="Times New Roman" w:cs="Arial"/>
                <w:sz w:val="20"/>
                <w:szCs w:val="20"/>
              </w:rPr>
              <w:t>хүнд</w:t>
            </w:r>
            <w:proofErr w:type="spellEnd"/>
            <w:r w:rsidRPr="004E53B7">
              <w:rPr>
                <w:rFonts w:eastAsia="Times New Roman" w:cs="Arial"/>
                <w:sz w:val="20"/>
                <w:szCs w:val="20"/>
              </w:rPr>
              <w:t xml:space="preserve"> +1 м</w:t>
            </w:r>
            <w:r w:rsidR="008B43FB" w:rsidRPr="004E53B7">
              <w:rPr>
                <w:rFonts w:eastAsia="Times New Roman" w:cs="Arial"/>
                <w:sz w:val="20"/>
                <w:szCs w:val="20"/>
                <w:vertAlign w:val="superscript"/>
              </w:rPr>
              <w:t>2</w:t>
            </w:r>
          </w:p>
        </w:tc>
        <w:tc>
          <w:tcPr>
            <w:tcW w:w="3402" w:type="dxa"/>
            <w:vAlign w:val="center"/>
          </w:tcPr>
          <w:p w14:paraId="28971C66" w14:textId="14079717" w:rsidR="0063173C" w:rsidRPr="004E53B7" w:rsidRDefault="0063173C" w:rsidP="00B530DC">
            <w:pPr>
              <w:rPr>
                <w:rFonts w:cs="Arial"/>
                <w:sz w:val="20"/>
                <w:szCs w:val="20"/>
                <w:lang w:val="mn-MN"/>
              </w:rPr>
            </w:pPr>
            <w:r w:rsidRPr="004E53B7">
              <w:rPr>
                <w:rFonts w:eastAsia="Times New Roman" w:cs="Arial"/>
                <w:sz w:val="20"/>
                <w:szCs w:val="20"/>
              </w:rPr>
              <w:t xml:space="preserve">1,673,300 </w:t>
            </w:r>
            <w:proofErr w:type="spellStart"/>
            <w:r w:rsidRPr="004E53B7">
              <w:rPr>
                <w:rFonts w:eastAsia="Times New Roman" w:cs="Arial"/>
                <w:sz w:val="20"/>
                <w:szCs w:val="20"/>
              </w:rPr>
              <w:t>хүн</w:t>
            </w:r>
            <w:proofErr w:type="spellEnd"/>
            <w:r w:rsidRPr="004E53B7">
              <w:rPr>
                <w:rFonts w:eastAsia="Times New Roman" w:cs="Arial"/>
                <w:sz w:val="20"/>
                <w:szCs w:val="20"/>
              </w:rPr>
              <w:t xml:space="preserve"> x 1 м</w:t>
            </w:r>
            <w:r w:rsidR="008B43FB" w:rsidRPr="004E53B7">
              <w:rPr>
                <w:rFonts w:eastAsia="Times New Roman" w:cs="Arial"/>
                <w:sz w:val="20"/>
                <w:szCs w:val="20"/>
                <w:vertAlign w:val="superscript"/>
                <w:lang w:val="mn-MN"/>
              </w:rPr>
              <w:t>2</w:t>
            </w:r>
          </w:p>
        </w:tc>
        <w:tc>
          <w:tcPr>
            <w:tcW w:w="3623" w:type="dxa"/>
            <w:vAlign w:val="center"/>
          </w:tcPr>
          <w:p w14:paraId="48294B4C" w14:textId="52EF9CD1" w:rsidR="0063173C" w:rsidRPr="004E53B7" w:rsidRDefault="0063173C" w:rsidP="004D6E4A">
            <w:pPr>
              <w:ind w:firstLine="0"/>
              <w:rPr>
                <w:rFonts w:cs="Arial"/>
                <w:sz w:val="20"/>
                <w:szCs w:val="20"/>
              </w:rPr>
            </w:pPr>
            <w:r w:rsidRPr="004E53B7">
              <w:rPr>
                <w:rFonts w:eastAsia="Times New Roman" w:cs="Arial"/>
                <w:sz w:val="20"/>
                <w:szCs w:val="20"/>
              </w:rPr>
              <w:t>1,673,300 м</w:t>
            </w:r>
            <w:r w:rsidR="008B43FB" w:rsidRPr="004E53B7">
              <w:rPr>
                <w:rFonts w:eastAsia="Times New Roman" w:cs="Arial"/>
                <w:sz w:val="20"/>
                <w:szCs w:val="20"/>
                <w:vertAlign w:val="superscript"/>
              </w:rPr>
              <w:t>2</w:t>
            </w:r>
            <w:r w:rsidRPr="004E53B7">
              <w:rPr>
                <w:rFonts w:eastAsia="Times New Roman" w:cs="Arial"/>
                <w:sz w:val="20"/>
                <w:szCs w:val="20"/>
              </w:rPr>
              <w:t xml:space="preserve"> </w:t>
            </w:r>
            <w:proofErr w:type="spellStart"/>
            <w:r w:rsidRPr="004E53B7">
              <w:rPr>
                <w:rFonts w:eastAsia="Times New Roman" w:cs="Arial"/>
                <w:sz w:val="20"/>
                <w:szCs w:val="20"/>
              </w:rPr>
              <w:t>буюу</w:t>
            </w:r>
            <w:proofErr w:type="spellEnd"/>
            <w:r w:rsidRPr="004E53B7">
              <w:rPr>
                <w:rFonts w:eastAsia="Times New Roman" w:cs="Arial"/>
                <w:sz w:val="20"/>
                <w:szCs w:val="20"/>
              </w:rPr>
              <w:t xml:space="preserve"> 167.3 </w:t>
            </w:r>
            <w:proofErr w:type="spellStart"/>
            <w:r w:rsidRPr="004E53B7">
              <w:rPr>
                <w:rFonts w:eastAsia="Times New Roman" w:cs="Arial"/>
                <w:sz w:val="20"/>
                <w:szCs w:val="20"/>
              </w:rPr>
              <w:t>га</w:t>
            </w:r>
            <w:proofErr w:type="spellEnd"/>
          </w:p>
        </w:tc>
      </w:tr>
      <w:tr w:rsidR="0063173C" w:rsidRPr="0063173C" w14:paraId="214A0964" w14:textId="77777777" w:rsidTr="00F87481">
        <w:trPr>
          <w:jc w:val="center"/>
        </w:trPr>
        <w:tc>
          <w:tcPr>
            <w:tcW w:w="2263" w:type="dxa"/>
            <w:vAlign w:val="center"/>
          </w:tcPr>
          <w:p w14:paraId="2629B4ED" w14:textId="1BD9B25F" w:rsidR="0063173C" w:rsidRPr="004E53B7" w:rsidRDefault="0063173C" w:rsidP="00B530DC">
            <w:pPr>
              <w:rPr>
                <w:rFonts w:cs="Arial"/>
                <w:sz w:val="20"/>
                <w:szCs w:val="20"/>
              </w:rPr>
            </w:pPr>
            <w:r w:rsidRPr="004E53B7">
              <w:rPr>
                <w:rFonts w:eastAsia="Times New Roman" w:cs="Arial"/>
                <w:sz w:val="20"/>
                <w:szCs w:val="20"/>
              </w:rPr>
              <w:t xml:space="preserve">1 </w:t>
            </w:r>
            <w:proofErr w:type="spellStart"/>
            <w:r w:rsidRPr="004E53B7">
              <w:rPr>
                <w:rFonts w:eastAsia="Times New Roman" w:cs="Arial"/>
                <w:sz w:val="20"/>
                <w:szCs w:val="20"/>
              </w:rPr>
              <w:t>хүнд</w:t>
            </w:r>
            <w:proofErr w:type="spellEnd"/>
            <w:r w:rsidRPr="004E53B7">
              <w:rPr>
                <w:rFonts w:eastAsia="Times New Roman" w:cs="Arial"/>
                <w:sz w:val="20"/>
                <w:szCs w:val="20"/>
              </w:rPr>
              <w:t xml:space="preserve"> +3 м</w:t>
            </w:r>
            <w:r w:rsidR="008B43FB" w:rsidRPr="004E53B7">
              <w:rPr>
                <w:rFonts w:eastAsia="Times New Roman" w:cs="Arial"/>
                <w:sz w:val="20"/>
                <w:szCs w:val="20"/>
                <w:vertAlign w:val="superscript"/>
              </w:rPr>
              <w:t>2</w:t>
            </w:r>
          </w:p>
        </w:tc>
        <w:tc>
          <w:tcPr>
            <w:tcW w:w="3402" w:type="dxa"/>
            <w:vAlign w:val="center"/>
          </w:tcPr>
          <w:p w14:paraId="290EA46B" w14:textId="52F2FD4F" w:rsidR="0063173C" w:rsidRPr="004E53B7" w:rsidRDefault="0063173C" w:rsidP="00B530DC">
            <w:pPr>
              <w:rPr>
                <w:rFonts w:cs="Arial"/>
                <w:sz w:val="20"/>
                <w:szCs w:val="20"/>
              </w:rPr>
            </w:pPr>
            <w:r w:rsidRPr="004E53B7">
              <w:rPr>
                <w:rFonts w:eastAsia="Times New Roman" w:cs="Arial"/>
                <w:sz w:val="20"/>
                <w:szCs w:val="20"/>
              </w:rPr>
              <w:t xml:space="preserve">1,673,300 </w:t>
            </w:r>
            <w:proofErr w:type="spellStart"/>
            <w:r w:rsidRPr="004E53B7">
              <w:rPr>
                <w:rFonts w:eastAsia="Times New Roman" w:cs="Arial"/>
                <w:sz w:val="20"/>
                <w:szCs w:val="20"/>
              </w:rPr>
              <w:t>хүн</w:t>
            </w:r>
            <w:proofErr w:type="spellEnd"/>
            <w:r w:rsidRPr="004E53B7">
              <w:rPr>
                <w:rFonts w:eastAsia="Times New Roman" w:cs="Arial"/>
                <w:sz w:val="20"/>
                <w:szCs w:val="20"/>
              </w:rPr>
              <w:t xml:space="preserve"> x 3 м</w:t>
            </w:r>
            <w:r w:rsidR="008B43FB" w:rsidRPr="004E53B7">
              <w:rPr>
                <w:rFonts w:eastAsia="Times New Roman" w:cs="Arial"/>
                <w:sz w:val="20"/>
                <w:szCs w:val="20"/>
                <w:vertAlign w:val="superscript"/>
              </w:rPr>
              <w:t>2</w:t>
            </w:r>
          </w:p>
        </w:tc>
        <w:tc>
          <w:tcPr>
            <w:tcW w:w="3623" w:type="dxa"/>
            <w:vAlign w:val="center"/>
          </w:tcPr>
          <w:p w14:paraId="31C658D1" w14:textId="7A137BA6" w:rsidR="0063173C" w:rsidRPr="004E53B7" w:rsidRDefault="0063173C" w:rsidP="004D6E4A">
            <w:pPr>
              <w:ind w:firstLine="0"/>
              <w:rPr>
                <w:rFonts w:cs="Arial"/>
                <w:sz w:val="20"/>
                <w:szCs w:val="20"/>
              </w:rPr>
            </w:pPr>
            <w:r w:rsidRPr="004E53B7">
              <w:rPr>
                <w:rFonts w:eastAsia="Times New Roman" w:cs="Arial"/>
                <w:sz w:val="20"/>
                <w:szCs w:val="20"/>
              </w:rPr>
              <w:t>5,019,900 м</w:t>
            </w:r>
            <w:r w:rsidR="008B43FB" w:rsidRPr="004E53B7">
              <w:rPr>
                <w:rFonts w:eastAsia="Times New Roman" w:cs="Arial"/>
                <w:sz w:val="20"/>
                <w:szCs w:val="20"/>
                <w:vertAlign w:val="superscript"/>
              </w:rPr>
              <w:t>2</w:t>
            </w:r>
            <w:r w:rsidRPr="004E53B7">
              <w:rPr>
                <w:rFonts w:eastAsia="Times New Roman" w:cs="Arial"/>
                <w:sz w:val="20"/>
                <w:szCs w:val="20"/>
              </w:rPr>
              <w:t xml:space="preserve"> </w:t>
            </w:r>
            <w:proofErr w:type="spellStart"/>
            <w:r w:rsidRPr="004E53B7">
              <w:rPr>
                <w:rFonts w:eastAsia="Times New Roman" w:cs="Arial"/>
                <w:sz w:val="20"/>
                <w:szCs w:val="20"/>
              </w:rPr>
              <w:t>буюу</w:t>
            </w:r>
            <w:proofErr w:type="spellEnd"/>
            <w:r w:rsidRPr="004E53B7">
              <w:rPr>
                <w:rFonts w:eastAsia="Times New Roman" w:cs="Arial"/>
                <w:sz w:val="20"/>
                <w:szCs w:val="20"/>
              </w:rPr>
              <w:t xml:space="preserve"> 502.0 </w:t>
            </w:r>
            <w:proofErr w:type="spellStart"/>
            <w:r w:rsidRPr="004E53B7">
              <w:rPr>
                <w:rFonts w:eastAsia="Times New Roman" w:cs="Arial"/>
                <w:sz w:val="20"/>
                <w:szCs w:val="20"/>
              </w:rPr>
              <w:t>га</w:t>
            </w:r>
            <w:proofErr w:type="spellEnd"/>
          </w:p>
        </w:tc>
      </w:tr>
      <w:tr w:rsidR="0063173C" w:rsidRPr="0063173C" w14:paraId="3F973BD4" w14:textId="77777777" w:rsidTr="00F87481">
        <w:trPr>
          <w:jc w:val="center"/>
        </w:trPr>
        <w:tc>
          <w:tcPr>
            <w:tcW w:w="2263" w:type="dxa"/>
            <w:vAlign w:val="center"/>
          </w:tcPr>
          <w:p w14:paraId="30571566" w14:textId="2B3DDD78" w:rsidR="0063173C" w:rsidRPr="004E53B7" w:rsidRDefault="0063173C" w:rsidP="00B530DC">
            <w:pPr>
              <w:rPr>
                <w:rFonts w:cs="Arial"/>
                <w:sz w:val="20"/>
                <w:szCs w:val="20"/>
              </w:rPr>
            </w:pPr>
            <w:r w:rsidRPr="004E53B7">
              <w:rPr>
                <w:rFonts w:eastAsia="Times New Roman" w:cs="Arial"/>
                <w:sz w:val="20"/>
                <w:szCs w:val="20"/>
              </w:rPr>
              <w:t xml:space="preserve">1 </w:t>
            </w:r>
            <w:proofErr w:type="spellStart"/>
            <w:r w:rsidRPr="004E53B7">
              <w:rPr>
                <w:rFonts w:eastAsia="Times New Roman" w:cs="Arial"/>
                <w:sz w:val="20"/>
                <w:szCs w:val="20"/>
              </w:rPr>
              <w:t>хүнд</w:t>
            </w:r>
            <w:proofErr w:type="spellEnd"/>
            <w:r w:rsidRPr="004E53B7">
              <w:rPr>
                <w:rFonts w:eastAsia="Times New Roman" w:cs="Arial"/>
                <w:sz w:val="20"/>
                <w:szCs w:val="20"/>
              </w:rPr>
              <w:t xml:space="preserve"> +5 м</w:t>
            </w:r>
            <w:r w:rsidR="008B43FB" w:rsidRPr="004E53B7">
              <w:rPr>
                <w:rFonts w:eastAsia="Times New Roman" w:cs="Arial"/>
                <w:sz w:val="20"/>
                <w:szCs w:val="20"/>
                <w:vertAlign w:val="superscript"/>
              </w:rPr>
              <w:t>2</w:t>
            </w:r>
          </w:p>
        </w:tc>
        <w:tc>
          <w:tcPr>
            <w:tcW w:w="3402" w:type="dxa"/>
            <w:vAlign w:val="center"/>
          </w:tcPr>
          <w:p w14:paraId="17DCBC41" w14:textId="66F61E5B" w:rsidR="0063173C" w:rsidRPr="004E53B7" w:rsidRDefault="0063173C" w:rsidP="00B530DC">
            <w:pPr>
              <w:rPr>
                <w:rFonts w:cs="Arial"/>
                <w:sz w:val="20"/>
                <w:szCs w:val="20"/>
              </w:rPr>
            </w:pPr>
            <w:r w:rsidRPr="004E53B7">
              <w:rPr>
                <w:rFonts w:eastAsia="Times New Roman" w:cs="Arial"/>
                <w:sz w:val="20"/>
                <w:szCs w:val="20"/>
              </w:rPr>
              <w:t xml:space="preserve">1,673,300 </w:t>
            </w:r>
            <w:proofErr w:type="spellStart"/>
            <w:r w:rsidRPr="004E53B7">
              <w:rPr>
                <w:rFonts w:eastAsia="Times New Roman" w:cs="Arial"/>
                <w:sz w:val="20"/>
                <w:szCs w:val="20"/>
              </w:rPr>
              <w:t>хүн</w:t>
            </w:r>
            <w:proofErr w:type="spellEnd"/>
            <w:r w:rsidRPr="004E53B7">
              <w:rPr>
                <w:rFonts w:eastAsia="Times New Roman" w:cs="Arial"/>
                <w:sz w:val="20"/>
                <w:szCs w:val="20"/>
              </w:rPr>
              <w:t xml:space="preserve"> x 5 м</w:t>
            </w:r>
            <w:r w:rsidR="008B43FB" w:rsidRPr="004E53B7">
              <w:rPr>
                <w:rFonts w:eastAsia="Times New Roman" w:cs="Arial"/>
                <w:sz w:val="20"/>
                <w:szCs w:val="20"/>
                <w:vertAlign w:val="superscript"/>
              </w:rPr>
              <w:t>2</w:t>
            </w:r>
          </w:p>
        </w:tc>
        <w:tc>
          <w:tcPr>
            <w:tcW w:w="3623" w:type="dxa"/>
            <w:vAlign w:val="center"/>
          </w:tcPr>
          <w:p w14:paraId="0A2EC70F" w14:textId="1603EDFF" w:rsidR="0063173C" w:rsidRPr="004E53B7" w:rsidRDefault="0063173C" w:rsidP="004D6E4A">
            <w:pPr>
              <w:ind w:firstLine="0"/>
              <w:rPr>
                <w:rFonts w:cs="Arial"/>
                <w:sz w:val="20"/>
                <w:szCs w:val="20"/>
              </w:rPr>
            </w:pPr>
            <w:r w:rsidRPr="004E53B7">
              <w:rPr>
                <w:rFonts w:eastAsia="Times New Roman" w:cs="Arial"/>
                <w:sz w:val="20"/>
                <w:szCs w:val="20"/>
              </w:rPr>
              <w:t>8,366,500 м</w:t>
            </w:r>
            <w:r w:rsidR="008B43FB" w:rsidRPr="004E53B7">
              <w:rPr>
                <w:rFonts w:eastAsia="Times New Roman" w:cs="Arial"/>
                <w:sz w:val="20"/>
                <w:szCs w:val="20"/>
                <w:vertAlign w:val="superscript"/>
              </w:rPr>
              <w:t>2</w:t>
            </w:r>
            <w:r w:rsidRPr="004E53B7">
              <w:rPr>
                <w:rFonts w:eastAsia="Times New Roman" w:cs="Arial"/>
                <w:sz w:val="20"/>
                <w:szCs w:val="20"/>
              </w:rPr>
              <w:t xml:space="preserve"> </w:t>
            </w:r>
            <w:proofErr w:type="spellStart"/>
            <w:r w:rsidRPr="004E53B7">
              <w:rPr>
                <w:rFonts w:eastAsia="Times New Roman" w:cs="Arial"/>
                <w:sz w:val="20"/>
                <w:szCs w:val="20"/>
              </w:rPr>
              <w:t>буюу</w:t>
            </w:r>
            <w:proofErr w:type="spellEnd"/>
            <w:r w:rsidRPr="004E53B7">
              <w:rPr>
                <w:rFonts w:eastAsia="Times New Roman" w:cs="Arial"/>
                <w:sz w:val="20"/>
                <w:szCs w:val="20"/>
              </w:rPr>
              <w:t xml:space="preserve"> 836.7 </w:t>
            </w:r>
            <w:proofErr w:type="spellStart"/>
            <w:r w:rsidRPr="004E53B7">
              <w:rPr>
                <w:rFonts w:eastAsia="Times New Roman" w:cs="Arial"/>
                <w:sz w:val="20"/>
                <w:szCs w:val="20"/>
              </w:rPr>
              <w:t>га</w:t>
            </w:r>
            <w:proofErr w:type="spellEnd"/>
          </w:p>
        </w:tc>
      </w:tr>
    </w:tbl>
    <w:p w14:paraId="3B692CDC" w14:textId="77777777" w:rsidR="00AA36BC" w:rsidRDefault="00AA36BC" w:rsidP="00AA36BC">
      <w:pPr>
        <w:ind w:firstLine="0"/>
        <w:rPr>
          <w:rFonts w:eastAsia="Times New Roman" w:cs="Arial"/>
          <w:szCs w:val="24"/>
        </w:rPr>
      </w:pPr>
    </w:p>
    <w:p w14:paraId="27DF0264" w14:textId="3040A791" w:rsidR="0063173C" w:rsidRPr="00AD6D81" w:rsidRDefault="0063173C" w:rsidP="00AA36BC">
      <w:pPr>
        <w:rPr>
          <w:rFonts w:eastAsia="Times New Roman" w:cs="Arial"/>
          <w:szCs w:val="24"/>
        </w:rPr>
      </w:pPr>
      <w:r w:rsidRPr="0063173C">
        <w:rPr>
          <w:rFonts w:eastAsia="Times New Roman" w:cs="Arial"/>
          <w:szCs w:val="24"/>
        </w:rPr>
        <w:t>НҮБ-</w:t>
      </w:r>
      <w:proofErr w:type="spellStart"/>
      <w:r w:rsidRPr="0063173C">
        <w:rPr>
          <w:rFonts w:eastAsia="Times New Roman" w:cs="Arial"/>
          <w:szCs w:val="24"/>
        </w:rPr>
        <w:t>ын</w:t>
      </w:r>
      <w:proofErr w:type="spellEnd"/>
      <w:r w:rsidRPr="0063173C">
        <w:rPr>
          <w:rFonts w:eastAsia="Times New Roman" w:cs="Arial"/>
          <w:szCs w:val="24"/>
        </w:rPr>
        <w:t xml:space="preserve"> </w:t>
      </w:r>
      <w:proofErr w:type="spellStart"/>
      <w:r w:rsidRPr="0063173C">
        <w:rPr>
          <w:rFonts w:eastAsia="Times New Roman" w:cs="Arial"/>
          <w:szCs w:val="24"/>
        </w:rPr>
        <w:t>Хөгжлийн</w:t>
      </w:r>
      <w:proofErr w:type="spellEnd"/>
      <w:r w:rsidRPr="0063173C">
        <w:rPr>
          <w:rFonts w:eastAsia="Times New Roman" w:cs="Arial"/>
          <w:szCs w:val="24"/>
        </w:rPr>
        <w:t xml:space="preserve"> </w:t>
      </w:r>
      <w:proofErr w:type="spellStart"/>
      <w:r w:rsidRPr="0063173C">
        <w:rPr>
          <w:rFonts w:eastAsia="Times New Roman" w:cs="Arial"/>
          <w:szCs w:val="24"/>
        </w:rPr>
        <w:t>хөтөлбөрийн</w:t>
      </w:r>
      <w:proofErr w:type="spellEnd"/>
      <w:r w:rsidRPr="0063173C">
        <w:rPr>
          <w:rFonts w:eastAsia="Times New Roman" w:cs="Arial"/>
          <w:szCs w:val="24"/>
        </w:rPr>
        <w:t xml:space="preserve"> “</w:t>
      </w:r>
      <w:proofErr w:type="spellStart"/>
      <w:r w:rsidRPr="0063173C">
        <w:rPr>
          <w:rFonts w:eastAsia="Times New Roman" w:cs="Arial"/>
          <w:szCs w:val="24"/>
        </w:rPr>
        <w:t>Байгаль</w:t>
      </w:r>
      <w:proofErr w:type="spellEnd"/>
      <w:r w:rsidRPr="0063173C">
        <w:rPr>
          <w:rFonts w:eastAsia="Times New Roman" w:cs="Arial"/>
          <w:szCs w:val="24"/>
        </w:rPr>
        <w:t xml:space="preserve"> </w:t>
      </w:r>
      <w:proofErr w:type="spellStart"/>
      <w:r w:rsidRPr="0063173C">
        <w:rPr>
          <w:rFonts w:eastAsia="Times New Roman" w:cs="Arial"/>
          <w:szCs w:val="24"/>
        </w:rPr>
        <w:t>орчны</w:t>
      </w:r>
      <w:proofErr w:type="spellEnd"/>
      <w:r w:rsidRPr="0063173C">
        <w:rPr>
          <w:rFonts w:eastAsia="Times New Roman" w:cs="Arial"/>
          <w:szCs w:val="24"/>
        </w:rPr>
        <w:t xml:space="preserve"> </w:t>
      </w:r>
      <w:proofErr w:type="spellStart"/>
      <w:r w:rsidRPr="0063173C">
        <w:rPr>
          <w:rFonts w:eastAsia="Times New Roman" w:cs="Arial"/>
          <w:szCs w:val="24"/>
        </w:rPr>
        <w:t>салбарын</w:t>
      </w:r>
      <w:proofErr w:type="spellEnd"/>
      <w:r w:rsidRPr="0063173C">
        <w:rPr>
          <w:rFonts w:eastAsia="Times New Roman" w:cs="Arial"/>
          <w:szCs w:val="24"/>
        </w:rPr>
        <w:t xml:space="preserve"> </w:t>
      </w:r>
      <w:proofErr w:type="spellStart"/>
      <w:r w:rsidRPr="0063173C">
        <w:rPr>
          <w:rFonts w:eastAsia="Times New Roman" w:cs="Arial"/>
          <w:szCs w:val="24"/>
        </w:rPr>
        <w:t>төсвийн</w:t>
      </w:r>
      <w:proofErr w:type="spellEnd"/>
      <w:r w:rsidRPr="0063173C">
        <w:rPr>
          <w:rFonts w:eastAsia="Times New Roman" w:cs="Arial"/>
          <w:szCs w:val="24"/>
        </w:rPr>
        <w:t xml:space="preserve"> </w:t>
      </w:r>
      <w:proofErr w:type="spellStart"/>
      <w:r w:rsidRPr="0063173C">
        <w:rPr>
          <w:rFonts w:eastAsia="Times New Roman" w:cs="Arial"/>
          <w:szCs w:val="24"/>
        </w:rPr>
        <w:t>зарлагын</w:t>
      </w:r>
      <w:proofErr w:type="spellEnd"/>
      <w:r w:rsidRPr="0063173C">
        <w:rPr>
          <w:rFonts w:eastAsia="Times New Roman" w:cs="Arial"/>
          <w:szCs w:val="24"/>
        </w:rPr>
        <w:t xml:space="preserve"> </w:t>
      </w:r>
      <w:proofErr w:type="spellStart"/>
      <w:r w:rsidRPr="0063173C">
        <w:rPr>
          <w:rFonts w:eastAsia="Times New Roman" w:cs="Arial"/>
          <w:szCs w:val="24"/>
        </w:rPr>
        <w:t>шинжилгээ</w:t>
      </w:r>
      <w:proofErr w:type="spellEnd"/>
      <w:r w:rsidRPr="0063173C">
        <w:rPr>
          <w:rFonts w:eastAsia="Times New Roman" w:cs="Arial"/>
          <w:szCs w:val="24"/>
        </w:rPr>
        <w:t>”-</w:t>
      </w:r>
      <w:proofErr w:type="spellStart"/>
      <w:r w:rsidRPr="0063173C">
        <w:rPr>
          <w:rFonts w:eastAsia="Times New Roman" w:cs="Arial"/>
          <w:szCs w:val="24"/>
        </w:rPr>
        <w:t>нд</w:t>
      </w:r>
      <w:proofErr w:type="spellEnd"/>
      <w:r w:rsidRPr="0063173C">
        <w:rPr>
          <w:rFonts w:eastAsia="Times New Roman" w:cs="Arial"/>
          <w:szCs w:val="24"/>
        </w:rPr>
        <w:t xml:space="preserve"> 2024 </w:t>
      </w:r>
      <w:proofErr w:type="spellStart"/>
      <w:r w:rsidRPr="0063173C">
        <w:rPr>
          <w:rFonts w:eastAsia="Times New Roman" w:cs="Arial"/>
          <w:szCs w:val="24"/>
        </w:rPr>
        <w:t>оны</w:t>
      </w:r>
      <w:proofErr w:type="spellEnd"/>
      <w:r w:rsidRPr="0063173C">
        <w:rPr>
          <w:rFonts w:eastAsia="Times New Roman" w:cs="Arial"/>
          <w:szCs w:val="24"/>
        </w:rPr>
        <w:t xml:space="preserve"> </w:t>
      </w:r>
      <w:proofErr w:type="spellStart"/>
      <w:r w:rsidRPr="0063173C">
        <w:rPr>
          <w:rFonts w:eastAsia="Times New Roman" w:cs="Arial"/>
          <w:szCs w:val="24"/>
        </w:rPr>
        <w:t>улсын</w:t>
      </w:r>
      <w:proofErr w:type="spellEnd"/>
      <w:r w:rsidRPr="0063173C">
        <w:rPr>
          <w:rFonts w:eastAsia="Times New Roman" w:cs="Arial"/>
          <w:szCs w:val="24"/>
        </w:rPr>
        <w:t xml:space="preserve"> </w:t>
      </w:r>
      <w:proofErr w:type="spellStart"/>
      <w:r w:rsidRPr="0063173C">
        <w:rPr>
          <w:rFonts w:eastAsia="Times New Roman" w:cs="Arial"/>
          <w:szCs w:val="24"/>
        </w:rPr>
        <w:t>төсвөөс</w:t>
      </w:r>
      <w:proofErr w:type="spellEnd"/>
      <w:r w:rsidRPr="0063173C">
        <w:rPr>
          <w:rFonts w:eastAsia="Times New Roman" w:cs="Arial"/>
          <w:szCs w:val="24"/>
        </w:rPr>
        <w:t xml:space="preserve"> 71403 “</w:t>
      </w:r>
      <w:proofErr w:type="spellStart"/>
      <w:r w:rsidRPr="0063173C">
        <w:rPr>
          <w:rFonts w:eastAsia="Times New Roman" w:cs="Arial"/>
          <w:szCs w:val="24"/>
        </w:rPr>
        <w:t>Ойжуулалт</w:t>
      </w:r>
      <w:proofErr w:type="spellEnd"/>
      <w:r w:rsidRPr="0063173C">
        <w:rPr>
          <w:rFonts w:eastAsia="Times New Roman" w:cs="Arial"/>
          <w:szCs w:val="24"/>
        </w:rPr>
        <w:t xml:space="preserve">” </w:t>
      </w:r>
      <w:proofErr w:type="spellStart"/>
      <w:r w:rsidRPr="0063173C">
        <w:rPr>
          <w:rFonts w:eastAsia="Times New Roman" w:cs="Arial"/>
          <w:szCs w:val="24"/>
        </w:rPr>
        <w:t>хөтөлбөрт</w:t>
      </w:r>
      <w:proofErr w:type="spellEnd"/>
      <w:r w:rsidRPr="0063173C">
        <w:rPr>
          <w:rFonts w:eastAsia="Times New Roman" w:cs="Arial"/>
          <w:szCs w:val="24"/>
        </w:rPr>
        <w:t xml:space="preserve"> 46.6 </w:t>
      </w:r>
      <w:proofErr w:type="spellStart"/>
      <w:r w:rsidRPr="0063173C">
        <w:rPr>
          <w:rFonts w:eastAsia="Times New Roman" w:cs="Arial"/>
          <w:szCs w:val="24"/>
        </w:rPr>
        <w:t>тэрбум</w:t>
      </w:r>
      <w:proofErr w:type="spellEnd"/>
      <w:r w:rsidRPr="0063173C">
        <w:rPr>
          <w:rFonts w:eastAsia="Times New Roman" w:cs="Arial"/>
          <w:szCs w:val="24"/>
        </w:rPr>
        <w:t xml:space="preserve"> </w:t>
      </w:r>
      <w:proofErr w:type="spellStart"/>
      <w:r w:rsidRPr="0063173C">
        <w:rPr>
          <w:rFonts w:eastAsia="Times New Roman" w:cs="Arial"/>
          <w:szCs w:val="24"/>
        </w:rPr>
        <w:t>төгрөг</w:t>
      </w:r>
      <w:proofErr w:type="spellEnd"/>
      <w:r w:rsidRPr="0063173C">
        <w:rPr>
          <w:rFonts w:eastAsia="Times New Roman" w:cs="Arial"/>
          <w:szCs w:val="24"/>
        </w:rPr>
        <w:t xml:space="preserve">, </w:t>
      </w:r>
      <w:proofErr w:type="spellStart"/>
      <w:r w:rsidRPr="0063173C">
        <w:rPr>
          <w:rFonts w:eastAsia="Times New Roman" w:cs="Arial"/>
          <w:szCs w:val="24"/>
        </w:rPr>
        <w:t>орон</w:t>
      </w:r>
      <w:proofErr w:type="spellEnd"/>
      <w:r w:rsidRPr="0063173C">
        <w:rPr>
          <w:rFonts w:eastAsia="Times New Roman" w:cs="Arial"/>
          <w:szCs w:val="24"/>
        </w:rPr>
        <w:t xml:space="preserve"> </w:t>
      </w:r>
      <w:proofErr w:type="spellStart"/>
      <w:r w:rsidRPr="0063173C">
        <w:rPr>
          <w:rFonts w:eastAsia="Times New Roman" w:cs="Arial"/>
          <w:szCs w:val="24"/>
        </w:rPr>
        <w:t>нутгийн</w:t>
      </w:r>
      <w:proofErr w:type="spellEnd"/>
      <w:r w:rsidRPr="0063173C">
        <w:rPr>
          <w:rFonts w:eastAsia="Times New Roman" w:cs="Arial"/>
          <w:szCs w:val="24"/>
        </w:rPr>
        <w:t xml:space="preserve"> </w:t>
      </w:r>
      <w:proofErr w:type="spellStart"/>
      <w:r w:rsidRPr="0063173C">
        <w:rPr>
          <w:rFonts w:eastAsia="Times New Roman" w:cs="Arial"/>
          <w:szCs w:val="24"/>
        </w:rPr>
        <w:t>төсвөөс</w:t>
      </w:r>
      <w:proofErr w:type="spellEnd"/>
      <w:r w:rsidRPr="0063173C">
        <w:rPr>
          <w:rFonts w:eastAsia="Times New Roman" w:cs="Arial"/>
          <w:szCs w:val="24"/>
        </w:rPr>
        <w:t xml:space="preserve"> </w:t>
      </w:r>
      <w:proofErr w:type="spellStart"/>
      <w:r w:rsidRPr="0063173C">
        <w:rPr>
          <w:rFonts w:eastAsia="Times New Roman" w:cs="Arial"/>
          <w:szCs w:val="24"/>
        </w:rPr>
        <w:t>мөн</w:t>
      </w:r>
      <w:proofErr w:type="spellEnd"/>
      <w:r w:rsidRPr="0063173C">
        <w:rPr>
          <w:rFonts w:eastAsia="Times New Roman" w:cs="Arial"/>
          <w:szCs w:val="24"/>
        </w:rPr>
        <w:t xml:space="preserve"> </w:t>
      </w:r>
      <w:proofErr w:type="spellStart"/>
      <w:r w:rsidRPr="0063173C">
        <w:rPr>
          <w:rFonts w:eastAsia="Times New Roman" w:cs="Arial"/>
          <w:szCs w:val="24"/>
        </w:rPr>
        <w:t>хөтөлбөрт</w:t>
      </w:r>
      <w:proofErr w:type="spellEnd"/>
      <w:r w:rsidRPr="0063173C">
        <w:rPr>
          <w:rFonts w:eastAsia="Times New Roman" w:cs="Arial"/>
          <w:szCs w:val="24"/>
        </w:rPr>
        <w:t xml:space="preserve"> 9.8 </w:t>
      </w:r>
      <w:proofErr w:type="spellStart"/>
      <w:r w:rsidRPr="0063173C">
        <w:rPr>
          <w:rFonts w:eastAsia="Times New Roman" w:cs="Arial"/>
          <w:szCs w:val="24"/>
        </w:rPr>
        <w:t>тэрбум</w:t>
      </w:r>
      <w:proofErr w:type="spellEnd"/>
      <w:r w:rsidRPr="0063173C">
        <w:rPr>
          <w:rFonts w:eastAsia="Times New Roman" w:cs="Arial"/>
          <w:szCs w:val="24"/>
        </w:rPr>
        <w:t xml:space="preserve"> </w:t>
      </w:r>
      <w:proofErr w:type="spellStart"/>
      <w:r w:rsidRPr="0063173C">
        <w:rPr>
          <w:rFonts w:eastAsia="Times New Roman" w:cs="Arial"/>
          <w:szCs w:val="24"/>
        </w:rPr>
        <w:t>төгрөг</w:t>
      </w:r>
      <w:proofErr w:type="spellEnd"/>
      <w:r w:rsidRPr="0063173C">
        <w:rPr>
          <w:rFonts w:eastAsia="Times New Roman" w:cs="Arial"/>
          <w:szCs w:val="24"/>
        </w:rPr>
        <w:t xml:space="preserve"> </w:t>
      </w:r>
      <w:proofErr w:type="spellStart"/>
      <w:r w:rsidRPr="0063173C">
        <w:rPr>
          <w:rFonts w:eastAsia="Times New Roman" w:cs="Arial"/>
          <w:szCs w:val="24"/>
        </w:rPr>
        <w:t>зарцуулахаар</w:t>
      </w:r>
      <w:proofErr w:type="spellEnd"/>
      <w:r w:rsidRPr="0063173C">
        <w:rPr>
          <w:rFonts w:eastAsia="Times New Roman" w:cs="Arial"/>
          <w:szCs w:val="24"/>
        </w:rPr>
        <w:t xml:space="preserve"> </w:t>
      </w:r>
      <w:proofErr w:type="spellStart"/>
      <w:r w:rsidRPr="0063173C">
        <w:rPr>
          <w:rFonts w:eastAsia="Times New Roman" w:cs="Arial"/>
          <w:szCs w:val="24"/>
        </w:rPr>
        <w:t>баталсныг</w:t>
      </w:r>
      <w:proofErr w:type="spellEnd"/>
      <w:r w:rsidRPr="0063173C">
        <w:rPr>
          <w:rFonts w:eastAsia="Times New Roman" w:cs="Arial"/>
          <w:szCs w:val="24"/>
        </w:rPr>
        <w:t xml:space="preserve"> </w:t>
      </w:r>
      <w:proofErr w:type="spellStart"/>
      <w:r w:rsidRPr="0063173C">
        <w:rPr>
          <w:rFonts w:eastAsia="Times New Roman" w:cs="Arial"/>
          <w:szCs w:val="24"/>
        </w:rPr>
        <w:t>дурдсан</w:t>
      </w:r>
      <w:proofErr w:type="spellEnd"/>
      <w:r w:rsidRPr="0063173C">
        <w:rPr>
          <w:rFonts w:eastAsia="Times New Roman" w:cs="Arial"/>
          <w:szCs w:val="24"/>
        </w:rPr>
        <w:t xml:space="preserve"> </w:t>
      </w:r>
      <w:proofErr w:type="spellStart"/>
      <w:r w:rsidRPr="0063173C">
        <w:rPr>
          <w:rFonts w:eastAsia="Times New Roman" w:cs="Arial"/>
          <w:szCs w:val="24"/>
        </w:rPr>
        <w:t>байна</w:t>
      </w:r>
      <w:proofErr w:type="spellEnd"/>
      <w:r w:rsidRPr="0063173C">
        <w:rPr>
          <w:rFonts w:eastAsia="Times New Roman" w:cs="Arial"/>
          <w:szCs w:val="24"/>
        </w:rPr>
        <w:t>.</w:t>
      </w:r>
      <w:r w:rsidR="00E10EC4">
        <w:rPr>
          <w:rStyle w:val="FootnoteReference"/>
          <w:rFonts w:eastAsia="Times New Roman" w:cs="Arial"/>
          <w:szCs w:val="24"/>
        </w:rPr>
        <w:footnoteReference w:id="3"/>
      </w:r>
      <w:r w:rsidRPr="0063173C">
        <w:rPr>
          <w:rFonts w:eastAsia="Times New Roman" w:cs="Arial"/>
          <w:szCs w:val="24"/>
        </w:rPr>
        <w:t xml:space="preserve"> </w:t>
      </w:r>
      <w:proofErr w:type="spellStart"/>
      <w:r w:rsidRPr="0063173C">
        <w:rPr>
          <w:rFonts w:eastAsia="Times New Roman" w:cs="Arial"/>
          <w:szCs w:val="24"/>
        </w:rPr>
        <w:t>Энэ</w:t>
      </w:r>
      <w:proofErr w:type="spellEnd"/>
      <w:r w:rsidRPr="0063173C">
        <w:rPr>
          <w:rFonts w:eastAsia="Times New Roman" w:cs="Arial"/>
          <w:szCs w:val="24"/>
        </w:rPr>
        <w:t xml:space="preserve"> </w:t>
      </w:r>
      <w:proofErr w:type="spellStart"/>
      <w:r w:rsidRPr="0063173C">
        <w:rPr>
          <w:rFonts w:eastAsia="Times New Roman" w:cs="Arial"/>
          <w:szCs w:val="24"/>
        </w:rPr>
        <w:t>нь</w:t>
      </w:r>
      <w:proofErr w:type="spellEnd"/>
      <w:r w:rsidRPr="0063173C">
        <w:rPr>
          <w:rFonts w:eastAsia="Times New Roman" w:cs="Arial"/>
          <w:szCs w:val="24"/>
        </w:rPr>
        <w:t xml:space="preserve"> </w:t>
      </w:r>
      <w:proofErr w:type="spellStart"/>
      <w:r w:rsidRPr="0063173C">
        <w:rPr>
          <w:rFonts w:eastAsia="Times New Roman" w:cs="Arial"/>
          <w:szCs w:val="24"/>
        </w:rPr>
        <w:t>ойжуулалт</w:t>
      </w:r>
      <w:proofErr w:type="spellEnd"/>
      <w:r w:rsidRPr="0063173C">
        <w:rPr>
          <w:rFonts w:eastAsia="Times New Roman" w:cs="Arial"/>
          <w:szCs w:val="24"/>
        </w:rPr>
        <w:t xml:space="preserve">, </w:t>
      </w:r>
      <w:proofErr w:type="spellStart"/>
      <w:r w:rsidRPr="0063173C">
        <w:rPr>
          <w:rFonts w:eastAsia="Times New Roman" w:cs="Arial"/>
          <w:szCs w:val="24"/>
        </w:rPr>
        <w:t>нөхөн</w:t>
      </w:r>
      <w:proofErr w:type="spellEnd"/>
      <w:r w:rsidRPr="0063173C">
        <w:rPr>
          <w:rFonts w:eastAsia="Times New Roman" w:cs="Arial"/>
          <w:szCs w:val="24"/>
        </w:rPr>
        <w:t xml:space="preserve"> </w:t>
      </w:r>
      <w:proofErr w:type="spellStart"/>
      <w:r w:rsidRPr="0063173C">
        <w:rPr>
          <w:rFonts w:eastAsia="Times New Roman" w:cs="Arial"/>
          <w:szCs w:val="24"/>
        </w:rPr>
        <w:t>сэргээлтийн</w:t>
      </w:r>
      <w:proofErr w:type="spellEnd"/>
      <w:r w:rsidRPr="0063173C">
        <w:rPr>
          <w:rFonts w:eastAsia="Times New Roman" w:cs="Arial"/>
          <w:szCs w:val="24"/>
        </w:rPr>
        <w:t xml:space="preserve"> </w:t>
      </w:r>
      <w:proofErr w:type="spellStart"/>
      <w:r w:rsidRPr="0063173C">
        <w:rPr>
          <w:rFonts w:eastAsia="Times New Roman" w:cs="Arial"/>
          <w:szCs w:val="24"/>
        </w:rPr>
        <w:t>төсвийн</w:t>
      </w:r>
      <w:proofErr w:type="spellEnd"/>
      <w:r w:rsidRPr="0063173C">
        <w:rPr>
          <w:rFonts w:eastAsia="Times New Roman" w:cs="Arial"/>
          <w:szCs w:val="24"/>
        </w:rPr>
        <w:t xml:space="preserve"> </w:t>
      </w:r>
      <w:proofErr w:type="spellStart"/>
      <w:r w:rsidRPr="0063173C">
        <w:rPr>
          <w:rFonts w:eastAsia="Times New Roman" w:cs="Arial"/>
          <w:szCs w:val="24"/>
        </w:rPr>
        <w:t>хэмжээ</w:t>
      </w:r>
      <w:proofErr w:type="spellEnd"/>
      <w:r w:rsidRPr="0063173C">
        <w:rPr>
          <w:rFonts w:eastAsia="Times New Roman" w:cs="Arial"/>
          <w:szCs w:val="24"/>
        </w:rPr>
        <w:t xml:space="preserve"> </w:t>
      </w:r>
      <w:proofErr w:type="spellStart"/>
      <w:r w:rsidRPr="0063173C">
        <w:rPr>
          <w:rFonts w:eastAsia="Times New Roman" w:cs="Arial"/>
          <w:szCs w:val="24"/>
        </w:rPr>
        <w:t>бодитой</w:t>
      </w:r>
      <w:proofErr w:type="spellEnd"/>
      <w:r w:rsidRPr="0063173C">
        <w:rPr>
          <w:rFonts w:eastAsia="Times New Roman" w:cs="Arial"/>
          <w:szCs w:val="24"/>
        </w:rPr>
        <w:t xml:space="preserve"> </w:t>
      </w:r>
      <w:proofErr w:type="spellStart"/>
      <w:r w:rsidRPr="0063173C">
        <w:rPr>
          <w:rFonts w:eastAsia="Times New Roman" w:cs="Arial"/>
          <w:szCs w:val="24"/>
        </w:rPr>
        <w:t>байгаа</w:t>
      </w:r>
      <w:proofErr w:type="spellEnd"/>
      <w:r w:rsidRPr="0063173C">
        <w:rPr>
          <w:rFonts w:eastAsia="Times New Roman" w:cs="Arial"/>
          <w:szCs w:val="24"/>
        </w:rPr>
        <w:t xml:space="preserve"> </w:t>
      </w:r>
      <w:proofErr w:type="spellStart"/>
      <w:r w:rsidRPr="0063173C">
        <w:rPr>
          <w:rFonts w:eastAsia="Times New Roman" w:cs="Arial"/>
          <w:szCs w:val="24"/>
        </w:rPr>
        <w:t>боловч</w:t>
      </w:r>
      <w:proofErr w:type="spellEnd"/>
      <w:r w:rsidRPr="0063173C">
        <w:rPr>
          <w:rFonts w:eastAsia="Times New Roman" w:cs="Arial"/>
          <w:szCs w:val="24"/>
        </w:rPr>
        <w:t xml:space="preserve"> </w:t>
      </w:r>
      <w:proofErr w:type="spellStart"/>
      <w:r w:rsidRPr="0063173C">
        <w:rPr>
          <w:rFonts w:eastAsia="Times New Roman" w:cs="Arial"/>
          <w:szCs w:val="24"/>
        </w:rPr>
        <w:t>хотын</w:t>
      </w:r>
      <w:proofErr w:type="spellEnd"/>
      <w:r w:rsidRPr="0063173C">
        <w:rPr>
          <w:rFonts w:eastAsia="Times New Roman" w:cs="Arial"/>
          <w:szCs w:val="24"/>
        </w:rPr>
        <w:t xml:space="preserve"> </w:t>
      </w:r>
      <w:proofErr w:type="spellStart"/>
      <w:r w:rsidRPr="0063173C">
        <w:rPr>
          <w:rFonts w:eastAsia="Times New Roman" w:cs="Arial"/>
          <w:szCs w:val="24"/>
        </w:rPr>
        <w:t>ногоон</w:t>
      </w:r>
      <w:proofErr w:type="spellEnd"/>
      <w:r w:rsidRPr="0063173C">
        <w:rPr>
          <w:rFonts w:eastAsia="Times New Roman" w:cs="Arial"/>
          <w:szCs w:val="24"/>
        </w:rPr>
        <w:t xml:space="preserve"> </w:t>
      </w:r>
      <w:proofErr w:type="spellStart"/>
      <w:r w:rsidRPr="0063173C">
        <w:rPr>
          <w:rFonts w:eastAsia="Times New Roman" w:cs="Arial"/>
          <w:szCs w:val="24"/>
        </w:rPr>
        <w:t>хөрөнгийн</w:t>
      </w:r>
      <w:proofErr w:type="spellEnd"/>
      <w:r w:rsidRPr="0063173C">
        <w:rPr>
          <w:rFonts w:eastAsia="Times New Roman" w:cs="Arial"/>
          <w:szCs w:val="24"/>
        </w:rPr>
        <w:t xml:space="preserve"> </w:t>
      </w:r>
      <w:proofErr w:type="spellStart"/>
      <w:r w:rsidRPr="0063173C">
        <w:rPr>
          <w:rFonts w:eastAsia="Times New Roman" w:cs="Arial"/>
          <w:szCs w:val="24"/>
        </w:rPr>
        <w:t>амьдралтын</w:t>
      </w:r>
      <w:proofErr w:type="spellEnd"/>
      <w:r w:rsidRPr="0063173C">
        <w:rPr>
          <w:rFonts w:eastAsia="Times New Roman" w:cs="Arial"/>
          <w:szCs w:val="24"/>
        </w:rPr>
        <w:t xml:space="preserve"> </w:t>
      </w:r>
      <w:proofErr w:type="spellStart"/>
      <w:r w:rsidRPr="0063173C">
        <w:rPr>
          <w:rFonts w:eastAsia="Times New Roman" w:cs="Arial"/>
          <w:szCs w:val="24"/>
        </w:rPr>
        <w:t>хувь</w:t>
      </w:r>
      <w:proofErr w:type="spellEnd"/>
      <w:r w:rsidRPr="0063173C">
        <w:rPr>
          <w:rFonts w:eastAsia="Times New Roman" w:cs="Arial"/>
          <w:szCs w:val="24"/>
        </w:rPr>
        <w:t xml:space="preserve">, </w:t>
      </w:r>
      <w:proofErr w:type="spellStart"/>
      <w:r w:rsidRPr="0063173C">
        <w:rPr>
          <w:rFonts w:eastAsia="Times New Roman" w:cs="Arial"/>
          <w:szCs w:val="24"/>
        </w:rPr>
        <w:t>усалгаатай</w:t>
      </w:r>
      <w:proofErr w:type="spellEnd"/>
      <w:r w:rsidRPr="0063173C">
        <w:rPr>
          <w:rFonts w:eastAsia="Times New Roman" w:cs="Arial"/>
          <w:szCs w:val="24"/>
        </w:rPr>
        <w:t xml:space="preserve"> </w:t>
      </w:r>
      <w:proofErr w:type="spellStart"/>
      <w:r w:rsidRPr="0063173C">
        <w:rPr>
          <w:rFonts w:eastAsia="Times New Roman" w:cs="Arial"/>
          <w:szCs w:val="24"/>
        </w:rPr>
        <w:t>талбай</w:t>
      </w:r>
      <w:proofErr w:type="spellEnd"/>
      <w:r w:rsidRPr="0063173C">
        <w:rPr>
          <w:rFonts w:eastAsia="Times New Roman" w:cs="Arial"/>
          <w:szCs w:val="24"/>
        </w:rPr>
        <w:t xml:space="preserve">, </w:t>
      </w:r>
      <w:proofErr w:type="spellStart"/>
      <w:r w:rsidRPr="0063173C">
        <w:rPr>
          <w:rFonts w:eastAsia="Times New Roman" w:cs="Arial"/>
          <w:szCs w:val="24"/>
        </w:rPr>
        <w:t>нэг</w:t>
      </w:r>
      <w:proofErr w:type="spellEnd"/>
      <w:r w:rsidRPr="0063173C">
        <w:rPr>
          <w:rFonts w:eastAsia="Times New Roman" w:cs="Arial"/>
          <w:szCs w:val="24"/>
        </w:rPr>
        <w:t xml:space="preserve"> </w:t>
      </w:r>
      <w:proofErr w:type="spellStart"/>
      <w:r w:rsidRPr="0063173C">
        <w:rPr>
          <w:rFonts w:eastAsia="Times New Roman" w:cs="Arial"/>
          <w:szCs w:val="24"/>
        </w:rPr>
        <w:t>амьд</w:t>
      </w:r>
      <w:proofErr w:type="spellEnd"/>
      <w:r w:rsidRPr="0063173C">
        <w:rPr>
          <w:rFonts w:eastAsia="Times New Roman" w:cs="Arial"/>
          <w:szCs w:val="24"/>
        </w:rPr>
        <w:t xml:space="preserve"> </w:t>
      </w:r>
      <w:proofErr w:type="spellStart"/>
      <w:r w:rsidRPr="0063173C">
        <w:rPr>
          <w:rFonts w:eastAsia="Times New Roman" w:cs="Arial"/>
          <w:szCs w:val="24"/>
        </w:rPr>
        <w:t>ногоон</w:t>
      </w:r>
      <w:proofErr w:type="spellEnd"/>
      <w:r w:rsidRPr="0063173C">
        <w:rPr>
          <w:rFonts w:eastAsia="Times New Roman" w:cs="Arial"/>
          <w:szCs w:val="24"/>
        </w:rPr>
        <w:t xml:space="preserve"> </w:t>
      </w:r>
      <w:proofErr w:type="spellStart"/>
      <w:r w:rsidRPr="0063173C">
        <w:rPr>
          <w:rFonts w:eastAsia="Times New Roman" w:cs="Arial"/>
          <w:szCs w:val="24"/>
        </w:rPr>
        <w:t>хөрөнгийн</w:t>
      </w:r>
      <w:proofErr w:type="spellEnd"/>
      <w:r w:rsidRPr="0063173C">
        <w:rPr>
          <w:rFonts w:eastAsia="Times New Roman" w:cs="Arial"/>
          <w:szCs w:val="24"/>
        </w:rPr>
        <w:t xml:space="preserve"> </w:t>
      </w:r>
      <w:proofErr w:type="spellStart"/>
      <w:r w:rsidRPr="0063173C">
        <w:rPr>
          <w:rFonts w:eastAsia="Times New Roman" w:cs="Arial"/>
          <w:szCs w:val="24"/>
        </w:rPr>
        <w:t>өртөг</w:t>
      </w:r>
      <w:proofErr w:type="spellEnd"/>
      <w:r w:rsidRPr="0063173C">
        <w:rPr>
          <w:rFonts w:eastAsia="Times New Roman" w:cs="Arial"/>
          <w:szCs w:val="24"/>
        </w:rPr>
        <w:t xml:space="preserve">, </w:t>
      </w:r>
      <w:proofErr w:type="spellStart"/>
      <w:r w:rsidRPr="0063173C">
        <w:rPr>
          <w:rFonts w:eastAsia="Times New Roman" w:cs="Arial"/>
          <w:szCs w:val="24"/>
        </w:rPr>
        <w:t>гурван</w:t>
      </w:r>
      <w:proofErr w:type="spellEnd"/>
      <w:r w:rsidRPr="0063173C">
        <w:rPr>
          <w:rFonts w:eastAsia="Times New Roman" w:cs="Arial"/>
          <w:szCs w:val="24"/>
        </w:rPr>
        <w:t xml:space="preserve"> </w:t>
      </w:r>
      <w:proofErr w:type="spellStart"/>
      <w:r w:rsidRPr="0063173C">
        <w:rPr>
          <w:rFonts w:eastAsia="Times New Roman" w:cs="Arial"/>
          <w:szCs w:val="24"/>
        </w:rPr>
        <w:t>жилийн</w:t>
      </w:r>
      <w:proofErr w:type="spellEnd"/>
      <w:r w:rsidRPr="0063173C">
        <w:rPr>
          <w:rFonts w:eastAsia="Times New Roman" w:cs="Arial"/>
          <w:szCs w:val="24"/>
        </w:rPr>
        <w:t xml:space="preserve"> </w:t>
      </w:r>
      <w:proofErr w:type="spellStart"/>
      <w:r w:rsidRPr="0063173C">
        <w:rPr>
          <w:rFonts w:eastAsia="Times New Roman" w:cs="Arial"/>
          <w:szCs w:val="24"/>
        </w:rPr>
        <w:t>арчилгааны</w:t>
      </w:r>
      <w:proofErr w:type="spellEnd"/>
      <w:r w:rsidRPr="0063173C">
        <w:rPr>
          <w:rFonts w:eastAsia="Times New Roman" w:cs="Arial"/>
          <w:szCs w:val="24"/>
        </w:rPr>
        <w:t xml:space="preserve"> </w:t>
      </w:r>
      <w:proofErr w:type="spellStart"/>
      <w:r w:rsidRPr="0063173C">
        <w:rPr>
          <w:rFonts w:eastAsia="Times New Roman" w:cs="Arial"/>
          <w:szCs w:val="24"/>
        </w:rPr>
        <w:t>үр</w:t>
      </w:r>
      <w:proofErr w:type="spellEnd"/>
      <w:r w:rsidRPr="0063173C">
        <w:rPr>
          <w:rFonts w:eastAsia="Times New Roman" w:cs="Arial"/>
          <w:szCs w:val="24"/>
        </w:rPr>
        <w:t xml:space="preserve"> </w:t>
      </w:r>
      <w:proofErr w:type="spellStart"/>
      <w:r w:rsidRPr="0063173C">
        <w:rPr>
          <w:rFonts w:eastAsia="Times New Roman" w:cs="Arial"/>
          <w:szCs w:val="24"/>
        </w:rPr>
        <w:t>дүнтэй</w:t>
      </w:r>
      <w:proofErr w:type="spellEnd"/>
      <w:r w:rsidRPr="0063173C">
        <w:rPr>
          <w:rFonts w:eastAsia="Times New Roman" w:cs="Arial"/>
          <w:szCs w:val="24"/>
        </w:rPr>
        <w:t xml:space="preserve"> </w:t>
      </w:r>
      <w:proofErr w:type="spellStart"/>
      <w:r w:rsidRPr="0063173C">
        <w:rPr>
          <w:rFonts w:eastAsia="Times New Roman" w:cs="Arial"/>
          <w:szCs w:val="24"/>
        </w:rPr>
        <w:t>шууд</w:t>
      </w:r>
      <w:proofErr w:type="spellEnd"/>
      <w:r w:rsidRPr="0063173C">
        <w:rPr>
          <w:rFonts w:eastAsia="Times New Roman" w:cs="Arial"/>
          <w:szCs w:val="24"/>
        </w:rPr>
        <w:t xml:space="preserve"> </w:t>
      </w:r>
      <w:proofErr w:type="spellStart"/>
      <w:r w:rsidRPr="0063173C">
        <w:rPr>
          <w:rFonts w:eastAsia="Times New Roman" w:cs="Arial"/>
          <w:szCs w:val="24"/>
        </w:rPr>
        <w:t>холбосон</w:t>
      </w:r>
      <w:proofErr w:type="spellEnd"/>
      <w:r w:rsidRPr="0063173C">
        <w:rPr>
          <w:rFonts w:eastAsia="Times New Roman" w:cs="Arial"/>
          <w:szCs w:val="24"/>
        </w:rPr>
        <w:t xml:space="preserve"> </w:t>
      </w:r>
      <w:proofErr w:type="spellStart"/>
      <w:r w:rsidRPr="0063173C">
        <w:rPr>
          <w:rFonts w:eastAsia="Times New Roman" w:cs="Arial"/>
          <w:szCs w:val="24"/>
        </w:rPr>
        <w:t>хяналт</w:t>
      </w:r>
      <w:proofErr w:type="spellEnd"/>
      <w:r w:rsidR="00FD791B">
        <w:rPr>
          <w:rFonts w:eastAsia="Times New Roman" w:cs="Arial"/>
          <w:szCs w:val="24"/>
        </w:rPr>
        <w:t xml:space="preserve">, </w:t>
      </w:r>
      <w:proofErr w:type="spellStart"/>
      <w:r w:rsidRPr="0063173C">
        <w:rPr>
          <w:rFonts w:eastAsia="Times New Roman" w:cs="Arial"/>
          <w:szCs w:val="24"/>
        </w:rPr>
        <w:t>тайлагналын</w:t>
      </w:r>
      <w:proofErr w:type="spellEnd"/>
      <w:r w:rsidRPr="0063173C">
        <w:rPr>
          <w:rFonts w:eastAsia="Times New Roman" w:cs="Arial"/>
          <w:szCs w:val="24"/>
        </w:rPr>
        <w:t xml:space="preserve"> </w:t>
      </w:r>
      <w:proofErr w:type="spellStart"/>
      <w:r w:rsidRPr="0063173C">
        <w:rPr>
          <w:rFonts w:eastAsia="Times New Roman" w:cs="Arial"/>
          <w:szCs w:val="24"/>
        </w:rPr>
        <w:t>тогтолцоо</w:t>
      </w:r>
      <w:proofErr w:type="spellEnd"/>
      <w:r w:rsidRPr="0063173C">
        <w:rPr>
          <w:rFonts w:eastAsia="Times New Roman" w:cs="Arial"/>
          <w:szCs w:val="24"/>
        </w:rPr>
        <w:t xml:space="preserve"> </w:t>
      </w:r>
      <w:proofErr w:type="spellStart"/>
      <w:r w:rsidRPr="0063173C">
        <w:rPr>
          <w:rFonts w:eastAsia="Times New Roman" w:cs="Arial"/>
          <w:szCs w:val="24"/>
        </w:rPr>
        <w:t>шаардлагатай</w:t>
      </w:r>
      <w:proofErr w:type="spellEnd"/>
      <w:r w:rsidR="00580AA4">
        <w:rPr>
          <w:rFonts w:eastAsia="Times New Roman" w:cs="Arial"/>
          <w:szCs w:val="24"/>
        </w:rPr>
        <w:t xml:space="preserve"> </w:t>
      </w:r>
      <w:proofErr w:type="spellStart"/>
      <w:r w:rsidR="00580AA4">
        <w:rPr>
          <w:rFonts w:eastAsia="Times New Roman" w:cs="Arial"/>
          <w:szCs w:val="24"/>
        </w:rPr>
        <w:t>байгааг</w:t>
      </w:r>
      <w:proofErr w:type="spellEnd"/>
      <w:r w:rsidR="00580AA4">
        <w:rPr>
          <w:rFonts w:eastAsia="Times New Roman" w:cs="Arial"/>
          <w:szCs w:val="24"/>
        </w:rPr>
        <w:t xml:space="preserve"> </w:t>
      </w:r>
      <w:proofErr w:type="spellStart"/>
      <w:r w:rsidRPr="0063173C">
        <w:rPr>
          <w:rFonts w:eastAsia="Times New Roman" w:cs="Arial"/>
          <w:szCs w:val="24"/>
        </w:rPr>
        <w:t>харуул</w:t>
      </w:r>
      <w:r w:rsidR="00580AA4">
        <w:rPr>
          <w:rFonts w:eastAsia="Times New Roman" w:cs="Arial"/>
          <w:szCs w:val="24"/>
        </w:rPr>
        <w:t>ж</w:t>
      </w:r>
      <w:proofErr w:type="spellEnd"/>
      <w:r w:rsidR="00580AA4">
        <w:rPr>
          <w:rFonts w:eastAsia="Times New Roman" w:cs="Arial"/>
          <w:szCs w:val="24"/>
        </w:rPr>
        <w:t xml:space="preserve"> </w:t>
      </w:r>
      <w:proofErr w:type="spellStart"/>
      <w:r w:rsidR="00580AA4">
        <w:rPr>
          <w:rFonts w:eastAsia="Times New Roman" w:cs="Arial"/>
          <w:szCs w:val="24"/>
        </w:rPr>
        <w:t>байна</w:t>
      </w:r>
      <w:proofErr w:type="spellEnd"/>
      <w:r w:rsidR="00580AA4">
        <w:rPr>
          <w:rFonts w:eastAsia="Times New Roman" w:cs="Arial"/>
          <w:szCs w:val="24"/>
        </w:rPr>
        <w:t xml:space="preserve">. </w:t>
      </w:r>
    </w:p>
    <w:p w14:paraId="022C2AA8" w14:textId="3BDFAA16" w:rsidR="0063173C" w:rsidRPr="0063173C" w:rsidRDefault="0063173C" w:rsidP="00010855">
      <w:pPr>
        <w:rPr>
          <w:rFonts w:cs="Arial"/>
          <w:szCs w:val="24"/>
        </w:rPr>
      </w:pPr>
      <w:proofErr w:type="spellStart"/>
      <w:r w:rsidRPr="0063173C">
        <w:rPr>
          <w:rFonts w:eastAsia="Times New Roman" w:cs="Arial"/>
          <w:szCs w:val="24"/>
        </w:rPr>
        <w:t>Хот</w:t>
      </w:r>
      <w:proofErr w:type="spellEnd"/>
      <w:r w:rsidRPr="0063173C">
        <w:rPr>
          <w:rFonts w:eastAsia="Times New Roman" w:cs="Arial"/>
          <w:szCs w:val="24"/>
        </w:rPr>
        <w:t xml:space="preserve">, </w:t>
      </w:r>
      <w:proofErr w:type="spellStart"/>
      <w:r w:rsidRPr="0063173C">
        <w:rPr>
          <w:rFonts w:eastAsia="Times New Roman" w:cs="Arial"/>
          <w:szCs w:val="24"/>
        </w:rPr>
        <w:t>суурин</w:t>
      </w:r>
      <w:proofErr w:type="spellEnd"/>
      <w:r w:rsidRPr="0063173C">
        <w:rPr>
          <w:rFonts w:eastAsia="Times New Roman" w:cs="Arial"/>
          <w:szCs w:val="24"/>
        </w:rPr>
        <w:t xml:space="preserve"> </w:t>
      </w:r>
      <w:proofErr w:type="spellStart"/>
      <w:r w:rsidRPr="0063173C">
        <w:rPr>
          <w:rFonts w:eastAsia="Times New Roman" w:cs="Arial"/>
          <w:szCs w:val="24"/>
        </w:rPr>
        <w:t>газрын</w:t>
      </w:r>
      <w:proofErr w:type="spellEnd"/>
      <w:r w:rsidRPr="0063173C">
        <w:rPr>
          <w:rFonts w:eastAsia="Times New Roman" w:cs="Arial"/>
          <w:szCs w:val="24"/>
        </w:rPr>
        <w:t xml:space="preserve"> </w:t>
      </w:r>
      <w:proofErr w:type="spellStart"/>
      <w:r w:rsidR="00455566">
        <w:rPr>
          <w:rFonts w:eastAsia="Times New Roman" w:cs="Arial"/>
          <w:szCs w:val="24"/>
        </w:rPr>
        <w:t>хүн</w:t>
      </w:r>
      <w:proofErr w:type="spellEnd"/>
      <w:r w:rsidR="00455566">
        <w:rPr>
          <w:rFonts w:eastAsia="Times New Roman" w:cs="Arial"/>
          <w:szCs w:val="24"/>
        </w:rPr>
        <w:t xml:space="preserve"> </w:t>
      </w:r>
      <w:proofErr w:type="spellStart"/>
      <w:r w:rsidR="00455566">
        <w:rPr>
          <w:rFonts w:eastAsia="Times New Roman" w:cs="Arial"/>
          <w:szCs w:val="24"/>
        </w:rPr>
        <w:t>амын</w:t>
      </w:r>
      <w:proofErr w:type="spellEnd"/>
      <w:r w:rsidR="00455566">
        <w:rPr>
          <w:rFonts w:eastAsia="Times New Roman" w:cs="Arial"/>
          <w:szCs w:val="24"/>
        </w:rPr>
        <w:t xml:space="preserve"> </w:t>
      </w:r>
      <w:proofErr w:type="spellStart"/>
      <w:r w:rsidR="00455566">
        <w:rPr>
          <w:rFonts w:eastAsia="Times New Roman" w:cs="Arial"/>
          <w:szCs w:val="24"/>
        </w:rPr>
        <w:t>нягтрал</w:t>
      </w:r>
      <w:proofErr w:type="spellEnd"/>
      <w:r w:rsidRPr="0063173C">
        <w:rPr>
          <w:rFonts w:eastAsia="Times New Roman" w:cs="Arial"/>
          <w:szCs w:val="24"/>
        </w:rPr>
        <w:t xml:space="preserve">, </w:t>
      </w:r>
      <w:proofErr w:type="spellStart"/>
      <w:r w:rsidRPr="0063173C">
        <w:rPr>
          <w:rFonts w:eastAsia="Times New Roman" w:cs="Arial"/>
          <w:szCs w:val="24"/>
        </w:rPr>
        <w:t>барилгын</w:t>
      </w:r>
      <w:proofErr w:type="spellEnd"/>
      <w:r w:rsidRPr="0063173C">
        <w:rPr>
          <w:rFonts w:eastAsia="Times New Roman" w:cs="Arial"/>
          <w:szCs w:val="24"/>
        </w:rPr>
        <w:t xml:space="preserve"> </w:t>
      </w:r>
      <w:proofErr w:type="spellStart"/>
      <w:r w:rsidRPr="0063173C">
        <w:rPr>
          <w:rFonts w:eastAsia="Times New Roman" w:cs="Arial"/>
          <w:szCs w:val="24"/>
        </w:rPr>
        <w:t>хог</w:t>
      </w:r>
      <w:proofErr w:type="spellEnd"/>
      <w:r w:rsidRPr="0063173C">
        <w:rPr>
          <w:rFonts w:eastAsia="Times New Roman" w:cs="Arial"/>
          <w:szCs w:val="24"/>
        </w:rPr>
        <w:t xml:space="preserve"> </w:t>
      </w:r>
      <w:proofErr w:type="spellStart"/>
      <w:r w:rsidRPr="0063173C">
        <w:rPr>
          <w:rFonts w:eastAsia="Times New Roman" w:cs="Arial"/>
          <w:szCs w:val="24"/>
        </w:rPr>
        <w:t>хаягдал</w:t>
      </w:r>
      <w:proofErr w:type="spellEnd"/>
      <w:r w:rsidRPr="0063173C">
        <w:rPr>
          <w:rFonts w:eastAsia="Times New Roman" w:cs="Arial"/>
          <w:szCs w:val="24"/>
        </w:rPr>
        <w:t xml:space="preserve">, </w:t>
      </w:r>
      <w:proofErr w:type="spellStart"/>
      <w:r w:rsidRPr="0063173C">
        <w:rPr>
          <w:rFonts w:eastAsia="Times New Roman" w:cs="Arial"/>
          <w:szCs w:val="24"/>
        </w:rPr>
        <w:t>хатуу хучилт, инженерийн</w:t>
      </w:r>
      <w:proofErr w:type="spellEnd"/>
      <w:r w:rsidRPr="0063173C">
        <w:rPr>
          <w:rFonts w:eastAsia="Times New Roman" w:cs="Arial"/>
          <w:szCs w:val="24"/>
        </w:rPr>
        <w:t xml:space="preserve"> </w:t>
      </w:r>
      <w:proofErr w:type="spellStart"/>
      <w:r w:rsidRPr="0063173C">
        <w:rPr>
          <w:rFonts w:eastAsia="Times New Roman" w:cs="Arial"/>
          <w:szCs w:val="24"/>
        </w:rPr>
        <w:t>шугам</w:t>
      </w:r>
      <w:proofErr w:type="spellEnd"/>
      <w:r w:rsidRPr="0063173C">
        <w:rPr>
          <w:rFonts w:eastAsia="Times New Roman" w:cs="Arial"/>
          <w:szCs w:val="24"/>
        </w:rPr>
        <w:t xml:space="preserve"> </w:t>
      </w:r>
      <w:proofErr w:type="spellStart"/>
      <w:r w:rsidRPr="0063173C">
        <w:rPr>
          <w:rFonts w:eastAsia="Times New Roman" w:cs="Arial"/>
          <w:szCs w:val="24"/>
        </w:rPr>
        <w:t>сүлжээ</w:t>
      </w:r>
      <w:proofErr w:type="spellEnd"/>
      <w:r w:rsidRPr="0063173C">
        <w:rPr>
          <w:rFonts w:eastAsia="Times New Roman" w:cs="Arial"/>
          <w:szCs w:val="24"/>
        </w:rPr>
        <w:t xml:space="preserve">, </w:t>
      </w:r>
      <w:proofErr w:type="spellStart"/>
      <w:r w:rsidRPr="0063173C">
        <w:rPr>
          <w:rFonts w:eastAsia="Times New Roman" w:cs="Arial"/>
          <w:szCs w:val="24"/>
        </w:rPr>
        <w:t>усны</w:t>
      </w:r>
      <w:proofErr w:type="spellEnd"/>
      <w:r w:rsidRPr="0063173C">
        <w:rPr>
          <w:rFonts w:eastAsia="Times New Roman" w:cs="Arial"/>
          <w:szCs w:val="24"/>
        </w:rPr>
        <w:t xml:space="preserve"> </w:t>
      </w:r>
      <w:proofErr w:type="spellStart"/>
      <w:r w:rsidRPr="0063173C">
        <w:rPr>
          <w:rFonts w:eastAsia="Times New Roman" w:cs="Arial"/>
          <w:szCs w:val="24"/>
        </w:rPr>
        <w:t>нөөцийн</w:t>
      </w:r>
      <w:proofErr w:type="spellEnd"/>
      <w:r w:rsidRPr="0063173C">
        <w:rPr>
          <w:rFonts w:eastAsia="Times New Roman" w:cs="Arial"/>
          <w:szCs w:val="24"/>
        </w:rPr>
        <w:t xml:space="preserve"> </w:t>
      </w:r>
      <w:proofErr w:type="spellStart"/>
      <w:r w:rsidRPr="0063173C">
        <w:rPr>
          <w:rFonts w:eastAsia="Times New Roman" w:cs="Arial"/>
          <w:szCs w:val="24"/>
        </w:rPr>
        <w:t>хязгаарлагдмал</w:t>
      </w:r>
      <w:proofErr w:type="spellEnd"/>
      <w:r w:rsidRPr="0063173C">
        <w:rPr>
          <w:rFonts w:eastAsia="Times New Roman" w:cs="Arial"/>
          <w:szCs w:val="24"/>
        </w:rPr>
        <w:t xml:space="preserve"> </w:t>
      </w:r>
      <w:proofErr w:type="spellStart"/>
      <w:r w:rsidRPr="0063173C">
        <w:rPr>
          <w:rFonts w:eastAsia="Times New Roman" w:cs="Arial"/>
          <w:szCs w:val="24"/>
        </w:rPr>
        <w:t>байдал</w:t>
      </w:r>
      <w:proofErr w:type="spellEnd"/>
      <w:r w:rsidRPr="0063173C">
        <w:rPr>
          <w:rFonts w:eastAsia="Times New Roman" w:cs="Arial"/>
          <w:szCs w:val="24"/>
        </w:rPr>
        <w:t xml:space="preserve"> </w:t>
      </w:r>
      <w:proofErr w:type="spellStart"/>
      <w:r w:rsidRPr="0063173C">
        <w:rPr>
          <w:rFonts w:eastAsia="Times New Roman" w:cs="Arial"/>
          <w:szCs w:val="24"/>
        </w:rPr>
        <w:t>нь</w:t>
      </w:r>
      <w:proofErr w:type="spellEnd"/>
      <w:r w:rsidRPr="0063173C">
        <w:rPr>
          <w:rFonts w:eastAsia="Times New Roman" w:cs="Arial"/>
          <w:szCs w:val="24"/>
        </w:rPr>
        <w:t xml:space="preserve"> </w:t>
      </w:r>
      <w:proofErr w:type="spellStart"/>
      <w:r w:rsidRPr="0063173C">
        <w:rPr>
          <w:rFonts w:eastAsia="Times New Roman" w:cs="Arial"/>
          <w:szCs w:val="24"/>
        </w:rPr>
        <w:t>мод</w:t>
      </w:r>
      <w:proofErr w:type="spellEnd"/>
      <w:r w:rsidRPr="0063173C">
        <w:rPr>
          <w:rFonts w:eastAsia="Times New Roman" w:cs="Arial"/>
          <w:szCs w:val="24"/>
        </w:rPr>
        <w:t xml:space="preserve">, </w:t>
      </w:r>
      <w:proofErr w:type="spellStart"/>
      <w:r w:rsidRPr="0063173C">
        <w:rPr>
          <w:rFonts w:eastAsia="Times New Roman" w:cs="Arial"/>
          <w:szCs w:val="24"/>
        </w:rPr>
        <w:t>бут</w:t>
      </w:r>
      <w:proofErr w:type="spellEnd"/>
      <w:r w:rsidRPr="0063173C">
        <w:rPr>
          <w:rFonts w:eastAsia="Times New Roman" w:cs="Arial"/>
          <w:szCs w:val="24"/>
        </w:rPr>
        <w:t xml:space="preserve">, </w:t>
      </w:r>
      <w:proofErr w:type="spellStart"/>
      <w:r w:rsidRPr="0063173C">
        <w:rPr>
          <w:rFonts w:eastAsia="Times New Roman" w:cs="Arial"/>
          <w:szCs w:val="24"/>
        </w:rPr>
        <w:t>сөөгний</w:t>
      </w:r>
      <w:proofErr w:type="spellEnd"/>
      <w:r w:rsidRPr="0063173C">
        <w:rPr>
          <w:rFonts w:eastAsia="Times New Roman" w:cs="Arial"/>
          <w:szCs w:val="24"/>
        </w:rPr>
        <w:t xml:space="preserve"> </w:t>
      </w:r>
      <w:proofErr w:type="spellStart"/>
      <w:r w:rsidRPr="0063173C">
        <w:rPr>
          <w:rFonts w:eastAsia="Times New Roman" w:cs="Arial"/>
          <w:szCs w:val="24"/>
        </w:rPr>
        <w:t>ургалт</w:t>
      </w:r>
      <w:proofErr w:type="spellEnd"/>
      <w:r w:rsidRPr="0063173C">
        <w:rPr>
          <w:rFonts w:eastAsia="Times New Roman" w:cs="Arial"/>
          <w:szCs w:val="24"/>
        </w:rPr>
        <w:t xml:space="preserve">, </w:t>
      </w:r>
      <w:proofErr w:type="spellStart"/>
      <w:r w:rsidRPr="0063173C">
        <w:rPr>
          <w:rFonts w:eastAsia="Times New Roman" w:cs="Arial"/>
          <w:szCs w:val="24"/>
        </w:rPr>
        <w:t>амьдралтад</w:t>
      </w:r>
      <w:proofErr w:type="spellEnd"/>
      <w:r w:rsidRPr="0063173C">
        <w:rPr>
          <w:rFonts w:eastAsia="Times New Roman" w:cs="Arial"/>
          <w:szCs w:val="24"/>
        </w:rPr>
        <w:t xml:space="preserve"> </w:t>
      </w:r>
      <w:proofErr w:type="spellStart"/>
      <w:r w:rsidRPr="0063173C">
        <w:rPr>
          <w:rFonts w:eastAsia="Times New Roman" w:cs="Arial"/>
          <w:szCs w:val="24"/>
        </w:rPr>
        <w:t>шууд</w:t>
      </w:r>
      <w:proofErr w:type="spellEnd"/>
      <w:r w:rsidRPr="0063173C">
        <w:rPr>
          <w:rFonts w:eastAsia="Times New Roman" w:cs="Arial"/>
          <w:szCs w:val="24"/>
        </w:rPr>
        <w:t xml:space="preserve"> </w:t>
      </w:r>
      <w:proofErr w:type="spellStart"/>
      <w:r w:rsidRPr="0063173C">
        <w:rPr>
          <w:rFonts w:eastAsia="Times New Roman" w:cs="Arial"/>
          <w:szCs w:val="24"/>
        </w:rPr>
        <w:t>нөлөөлдөг</w:t>
      </w:r>
      <w:proofErr w:type="spellEnd"/>
      <w:r w:rsidRPr="0063173C">
        <w:rPr>
          <w:rFonts w:eastAsia="Times New Roman" w:cs="Arial"/>
          <w:szCs w:val="24"/>
        </w:rPr>
        <w:t xml:space="preserve">. </w:t>
      </w:r>
      <w:proofErr w:type="spellStart"/>
      <w:r w:rsidRPr="0063173C">
        <w:rPr>
          <w:rFonts w:eastAsia="Times New Roman" w:cs="Arial"/>
          <w:szCs w:val="24"/>
        </w:rPr>
        <w:t>Иймээс</w:t>
      </w:r>
      <w:proofErr w:type="spellEnd"/>
      <w:r w:rsidRPr="0063173C">
        <w:rPr>
          <w:rFonts w:eastAsia="Times New Roman" w:cs="Arial"/>
          <w:szCs w:val="24"/>
        </w:rPr>
        <w:t xml:space="preserve"> </w:t>
      </w:r>
      <w:proofErr w:type="spellStart"/>
      <w:r w:rsidRPr="0063173C">
        <w:rPr>
          <w:rFonts w:eastAsia="Times New Roman" w:cs="Arial"/>
          <w:szCs w:val="24"/>
        </w:rPr>
        <w:t>газар</w:t>
      </w:r>
      <w:proofErr w:type="spellEnd"/>
      <w:r w:rsidR="002F51A1">
        <w:rPr>
          <w:rFonts w:eastAsia="Times New Roman" w:cs="Arial"/>
          <w:szCs w:val="24"/>
        </w:rPr>
        <w:t xml:space="preserve">, </w:t>
      </w:r>
      <w:proofErr w:type="spellStart"/>
      <w:r w:rsidR="002F51A1">
        <w:rPr>
          <w:rFonts w:eastAsia="Times New Roman" w:cs="Arial"/>
          <w:szCs w:val="24"/>
        </w:rPr>
        <w:t>хөрсний</w:t>
      </w:r>
      <w:proofErr w:type="spellEnd"/>
      <w:r w:rsidR="002F51A1">
        <w:rPr>
          <w:rFonts w:eastAsia="Times New Roman" w:cs="Arial"/>
          <w:szCs w:val="24"/>
        </w:rPr>
        <w:t xml:space="preserve"> </w:t>
      </w:r>
      <w:proofErr w:type="spellStart"/>
      <w:r w:rsidR="002F51A1">
        <w:rPr>
          <w:rFonts w:eastAsia="Times New Roman" w:cs="Arial"/>
          <w:szCs w:val="24"/>
        </w:rPr>
        <w:t>эрсдэлийн</w:t>
      </w:r>
      <w:proofErr w:type="spellEnd"/>
      <w:r w:rsidR="002F51A1">
        <w:rPr>
          <w:rFonts w:eastAsia="Times New Roman" w:cs="Arial"/>
          <w:szCs w:val="24"/>
        </w:rPr>
        <w:t xml:space="preserve"> </w:t>
      </w:r>
      <w:proofErr w:type="spellStart"/>
      <w:r w:rsidR="002F51A1">
        <w:rPr>
          <w:rFonts w:eastAsia="Times New Roman" w:cs="Arial"/>
          <w:szCs w:val="24"/>
        </w:rPr>
        <w:t>үнэлгээ</w:t>
      </w:r>
      <w:proofErr w:type="spellEnd"/>
      <w:r w:rsidRPr="0063173C">
        <w:rPr>
          <w:rFonts w:eastAsia="Times New Roman" w:cs="Arial"/>
          <w:szCs w:val="24"/>
        </w:rPr>
        <w:t xml:space="preserve">, </w:t>
      </w:r>
      <w:proofErr w:type="spellStart"/>
      <w:r w:rsidRPr="0063173C">
        <w:rPr>
          <w:rFonts w:eastAsia="Times New Roman" w:cs="Arial"/>
          <w:szCs w:val="24"/>
        </w:rPr>
        <w:t>усалгааны</w:t>
      </w:r>
      <w:proofErr w:type="spellEnd"/>
      <w:r w:rsidRPr="0063173C">
        <w:rPr>
          <w:rFonts w:eastAsia="Times New Roman" w:cs="Arial"/>
          <w:szCs w:val="24"/>
        </w:rPr>
        <w:t xml:space="preserve"> </w:t>
      </w:r>
      <w:proofErr w:type="spellStart"/>
      <w:r w:rsidRPr="0063173C">
        <w:rPr>
          <w:rFonts w:eastAsia="Times New Roman" w:cs="Arial"/>
          <w:szCs w:val="24"/>
        </w:rPr>
        <w:t>баталгаа</w:t>
      </w:r>
      <w:proofErr w:type="spellEnd"/>
      <w:r w:rsidRPr="0063173C">
        <w:rPr>
          <w:rFonts w:eastAsia="Times New Roman" w:cs="Arial"/>
          <w:szCs w:val="24"/>
        </w:rPr>
        <w:t xml:space="preserve">, </w:t>
      </w:r>
      <w:proofErr w:type="spellStart"/>
      <w:r w:rsidRPr="0063173C">
        <w:rPr>
          <w:rFonts w:eastAsia="Times New Roman" w:cs="Arial"/>
          <w:szCs w:val="24"/>
        </w:rPr>
        <w:t>арчилгааны</w:t>
      </w:r>
      <w:proofErr w:type="spellEnd"/>
      <w:r w:rsidRPr="0063173C">
        <w:rPr>
          <w:rFonts w:eastAsia="Times New Roman" w:cs="Arial"/>
          <w:szCs w:val="24"/>
        </w:rPr>
        <w:t xml:space="preserve"> </w:t>
      </w:r>
      <w:proofErr w:type="spellStart"/>
      <w:r w:rsidRPr="0063173C">
        <w:rPr>
          <w:rFonts w:eastAsia="Times New Roman" w:cs="Arial"/>
          <w:szCs w:val="24"/>
        </w:rPr>
        <w:t>төсөв</w:t>
      </w:r>
      <w:proofErr w:type="spellEnd"/>
      <w:r w:rsidRPr="0063173C">
        <w:rPr>
          <w:rFonts w:eastAsia="Times New Roman" w:cs="Arial"/>
          <w:szCs w:val="24"/>
        </w:rPr>
        <w:t xml:space="preserve">, </w:t>
      </w:r>
      <w:proofErr w:type="spellStart"/>
      <w:r w:rsidRPr="0063173C">
        <w:rPr>
          <w:rFonts w:eastAsia="Times New Roman" w:cs="Arial"/>
          <w:szCs w:val="24"/>
        </w:rPr>
        <w:t>хариуцан</w:t>
      </w:r>
      <w:proofErr w:type="spellEnd"/>
      <w:r w:rsidRPr="0063173C">
        <w:rPr>
          <w:rFonts w:eastAsia="Times New Roman" w:cs="Arial"/>
          <w:szCs w:val="24"/>
        </w:rPr>
        <w:t xml:space="preserve"> </w:t>
      </w:r>
      <w:proofErr w:type="spellStart"/>
      <w:r w:rsidRPr="0063173C">
        <w:rPr>
          <w:rFonts w:eastAsia="Times New Roman" w:cs="Arial"/>
          <w:szCs w:val="24"/>
        </w:rPr>
        <w:t>хамгаалагчгүй</w:t>
      </w:r>
      <w:proofErr w:type="spellEnd"/>
      <w:r w:rsidRPr="0063173C">
        <w:rPr>
          <w:rFonts w:eastAsia="Times New Roman" w:cs="Arial"/>
          <w:szCs w:val="24"/>
        </w:rPr>
        <w:t xml:space="preserve"> </w:t>
      </w:r>
      <w:proofErr w:type="spellStart"/>
      <w:r w:rsidRPr="0063173C">
        <w:rPr>
          <w:rFonts w:eastAsia="Times New Roman" w:cs="Arial"/>
          <w:szCs w:val="24"/>
        </w:rPr>
        <w:t>ногоон</w:t>
      </w:r>
      <w:proofErr w:type="spellEnd"/>
      <w:r w:rsidRPr="0063173C">
        <w:rPr>
          <w:rFonts w:eastAsia="Times New Roman" w:cs="Arial"/>
          <w:szCs w:val="24"/>
        </w:rPr>
        <w:t xml:space="preserve"> </w:t>
      </w:r>
      <w:proofErr w:type="spellStart"/>
      <w:r w:rsidRPr="0063173C">
        <w:rPr>
          <w:rFonts w:eastAsia="Times New Roman" w:cs="Arial"/>
          <w:szCs w:val="24"/>
        </w:rPr>
        <w:t>төсөл</w:t>
      </w:r>
      <w:proofErr w:type="spellEnd"/>
      <w:r w:rsidRPr="0063173C">
        <w:rPr>
          <w:rFonts w:eastAsia="Times New Roman" w:cs="Arial"/>
          <w:szCs w:val="24"/>
        </w:rPr>
        <w:t xml:space="preserve"> </w:t>
      </w:r>
      <w:proofErr w:type="spellStart"/>
      <w:r w:rsidRPr="0063173C">
        <w:rPr>
          <w:rFonts w:eastAsia="Times New Roman" w:cs="Arial"/>
          <w:szCs w:val="24"/>
        </w:rPr>
        <w:t>батлахыг</w:t>
      </w:r>
      <w:proofErr w:type="spellEnd"/>
      <w:r w:rsidRPr="0063173C">
        <w:rPr>
          <w:rFonts w:eastAsia="Times New Roman" w:cs="Arial"/>
          <w:szCs w:val="24"/>
        </w:rPr>
        <w:t xml:space="preserve"> </w:t>
      </w:r>
      <w:proofErr w:type="spellStart"/>
      <w:r w:rsidRPr="0063173C">
        <w:rPr>
          <w:rFonts w:eastAsia="Times New Roman" w:cs="Arial"/>
          <w:szCs w:val="24"/>
        </w:rPr>
        <w:t>хориглох</w:t>
      </w:r>
      <w:proofErr w:type="spellEnd"/>
      <w:r w:rsidRPr="0063173C">
        <w:rPr>
          <w:rFonts w:eastAsia="Times New Roman" w:cs="Arial"/>
          <w:szCs w:val="24"/>
        </w:rPr>
        <w:t xml:space="preserve"> </w:t>
      </w:r>
      <w:proofErr w:type="spellStart"/>
      <w:r w:rsidRPr="0063173C">
        <w:rPr>
          <w:rFonts w:eastAsia="Times New Roman" w:cs="Arial"/>
          <w:szCs w:val="24"/>
        </w:rPr>
        <w:t>түвшний</w:t>
      </w:r>
      <w:proofErr w:type="spellEnd"/>
      <w:r w:rsidRPr="0063173C">
        <w:rPr>
          <w:rFonts w:eastAsia="Times New Roman" w:cs="Arial"/>
          <w:szCs w:val="24"/>
        </w:rPr>
        <w:t xml:space="preserve"> </w:t>
      </w:r>
      <w:proofErr w:type="spellStart"/>
      <w:r w:rsidRPr="0063173C">
        <w:rPr>
          <w:rFonts w:eastAsia="Times New Roman" w:cs="Arial"/>
          <w:szCs w:val="24"/>
        </w:rPr>
        <w:t>зохицуулалт</w:t>
      </w:r>
      <w:proofErr w:type="spellEnd"/>
      <w:r w:rsidRPr="0063173C">
        <w:rPr>
          <w:rFonts w:eastAsia="Times New Roman" w:cs="Arial"/>
          <w:szCs w:val="24"/>
        </w:rPr>
        <w:t xml:space="preserve"> </w:t>
      </w:r>
      <w:proofErr w:type="spellStart"/>
      <w:r w:rsidRPr="0063173C">
        <w:rPr>
          <w:rFonts w:eastAsia="Times New Roman" w:cs="Arial"/>
          <w:szCs w:val="24"/>
        </w:rPr>
        <w:t>шаардлагатай</w:t>
      </w:r>
      <w:proofErr w:type="spellEnd"/>
      <w:r w:rsidRPr="0063173C">
        <w:rPr>
          <w:rFonts w:eastAsia="Times New Roman" w:cs="Arial"/>
          <w:szCs w:val="24"/>
        </w:rPr>
        <w:t xml:space="preserve"> </w:t>
      </w:r>
      <w:proofErr w:type="spellStart"/>
      <w:r w:rsidRPr="0063173C">
        <w:rPr>
          <w:rFonts w:eastAsia="Times New Roman" w:cs="Arial"/>
          <w:szCs w:val="24"/>
        </w:rPr>
        <w:t>байна</w:t>
      </w:r>
      <w:proofErr w:type="spellEnd"/>
      <w:r w:rsidRPr="0063173C">
        <w:rPr>
          <w:rFonts w:eastAsia="Times New Roman" w:cs="Arial"/>
          <w:szCs w:val="24"/>
        </w:rPr>
        <w:t>.</w:t>
      </w:r>
    </w:p>
    <w:p w14:paraId="55AAAF81" w14:textId="386A39F7" w:rsidR="00544E5A" w:rsidRPr="0063173C" w:rsidRDefault="00000000" w:rsidP="009C40AC">
      <w:pPr>
        <w:pStyle w:val="Heading1"/>
        <w:ind w:firstLine="567"/>
        <w:rPr>
          <w:rFonts w:ascii="Arial" w:hAnsi="Arial" w:cs="Arial"/>
          <w:sz w:val="24"/>
          <w:szCs w:val="24"/>
        </w:rPr>
      </w:pPr>
      <w:proofErr w:type="spellStart"/>
      <w:r w:rsidRPr="0063173C">
        <w:rPr>
          <w:rFonts w:ascii="Arial" w:hAnsi="Arial" w:cs="Arial"/>
          <w:sz w:val="24"/>
          <w:szCs w:val="24"/>
        </w:rPr>
        <w:t>Хоёр</w:t>
      </w:r>
      <w:proofErr w:type="spellEnd"/>
      <w:r w:rsidRPr="0063173C">
        <w:rPr>
          <w:rFonts w:ascii="Arial" w:hAnsi="Arial" w:cs="Arial"/>
          <w:sz w:val="24"/>
          <w:szCs w:val="24"/>
        </w:rPr>
        <w:t xml:space="preserve">. </w:t>
      </w:r>
      <w:proofErr w:type="spellStart"/>
      <w:r w:rsidRPr="0063173C">
        <w:rPr>
          <w:rFonts w:ascii="Arial" w:hAnsi="Arial" w:cs="Arial"/>
          <w:sz w:val="24"/>
          <w:szCs w:val="24"/>
        </w:rPr>
        <w:t>Хуулийн</w:t>
      </w:r>
      <w:proofErr w:type="spellEnd"/>
      <w:r w:rsidRPr="0063173C">
        <w:rPr>
          <w:rFonts w:ascii="Arial" w:hAnsi="Arial" w:cs="Arial"/>
          <w:sz w:val="24"/>
          <w:szCs w:val="24"/>
        </w:rPr>
        <w:t xml:space="preserve"> </w:t>
      </w:r>
      <w:proofErr w:type="spellStart"/>
      <w:r w:rsidRPr="0063173C">
        <w:rPr>
          <w:rFonts w:ascii="Arial" w:hAnsi="Arial" w:cs="Arial"/>
          <w:sz w:val="24"/>
          <w:szCs w:val="24"/>
        </w:rPr>
        <w:t>төслийн</w:t>
      </w:r>
      <w:proofErr w:type="spellEnd"/>
      <w:r w:rsidRPr="0063173C">
        <w:rPr>
          <w:rFonts w:ascii="Arial" w:hAnsi="Arial" w:cs="Arial"/>
          <w:sz w:val="24"/>
          <w:szCs w:val="24"/>
        </w:rPr>
        <w:t xml:space="preserve"> </w:t>
      </w:r>
      <w:proofErr w:type="spellStart"/>
      <w:r w:rsidRPr="0063173C">
        <w:rPr>
          <w:rFonts w:ascii="Arial" w:hAnsi="Arial" w:cs="Arial"/>
          <w:sz w:val="24"/>
          <w:szCs w:val="24"/>
        </w:rPr>
        <w:t>зорилго</w:t>
      </w:r>
      <w:proofErr w:type="spellEnd"/>
      <w:r w:rsidRPr="0063173C">
        <w:rPr>
          <w:rFonts w:ascii="Arial" w:hAnsi="Arial" w:cs="Arial"/>
          <w:sz w:val="24"/>
          <w:szCs w:val="24"/>
        </w:rPr>
        <w:t xml:space="preserve">, </w:t>
      </w:r>
      <w:proofErr w:type="spellStart"/>
      <w:r w:rsidRPr="0063173C">
        <w:rPr>
          <w:rFonts w:ascii="Arial" w:hAnsi="Arial" w:cs="Arial"/>
          <w:sz w:val="24"/>
          <w:szCs w:val="24"/>
        </w:rPr>
        <w:t>ерөнхий</w:t>
      </w:r>
      <w:proofErr w:type="spellEnd"/>
      <w:r w:rsidRPr="0063173C">
        <w:rPr>
          <w:rFonts w:ascii="Arial" w:hAnsi="Arial" w:cs="Arial"/>
          <w:sz w:val="24"/>
          <w:szCs w:val="24"/>
        </w:rPr>
        <w:t xml:space="preserve"> </w:t>
      </w:r>
      <w:proofErr w:type="spellStart"/>
      <w:r w:rsidRPr="0063173C">
        <w:rPr>
          <w:rFonts w:ascii="Arial" w:hAnsi="Arial" w:cs="Arial"/>
          <w:sz w:val="24"/>
          <w:szCs w:val="24"/>
        </w:rPr>
        <w:t>бүтэц</w:t>
      </w:r>
      <w:proofErr w:type="spellEnd"/>
      <w:r w:rsidRPr="0063173C">
        <w:rPr>
          <w:rFonts w:ascii="Arial" w:hAnsi="Arial" w:cs="Arial"/>
          <w:sz w:val="24"/>
          <w:szCs w:val="24"/>
        </w:rPr>
        <w:t xml:space="preserve">, </w:t>
      </w:r>
      <w:proofErr w:type="spellStart"/>
      <w:r w:rsidRPr="0063173C">
        <w:rPr>
          <w:rFonts w:ascii="Arial" w:hAnsi="Arial" w:cs="Arial"/>
          <w:sz w:val="24"/>
          <w:szCs w:val="24"/>
        </w:rPr>
        <w:t>зохицуулах</w:t>
      </w:r>
      <w:proofErr w:type="spellEnd"/>
      <w:r w:rsidRPr="0063173C">
        <w:rPr>
          <w:rFonts w:ascii="Arial" w:hAnsi="Arial" w:cs="Arial"/>
          <w:sz w:val="24"/>
          <w:szCs w:val="24"/>
        </w:rPr>
        <w:t xml:space="preserve"> </w:t>
      </w:r>
      <w:proofErr w:type="spellStart"/>
      <w:r w:rsidRPr="0063173C">
        <w:rPr>
          <w:rFonts w:ascii="Arial" w:hAnsi="Arial" w:cs="Arial"/>
          <w:sz w:val="24"/>
          <w:szCs w:val="24"/>
        </w:rPr>
        <w:t>харилцаа</w:t>
      </w:r>
      <w:proofErr w:type="spellEnd"/>
      <w:r w:rsidRPr="0063173C">
        <w:rPr>
          <w:rFonts w:ascii="Arial" w:hAnsi="Arial" w:cs="Arial"/>
          <w:sz w:val="24"/>
          <w:szCs w:val="24"/>
        </w:rPr>
        <w:t xml:space="preserve">, </w:t>
      </w:r>
      <w:proofErr w:type="spellStart"/>
      <w:r w:rsidRPr="0063173C">
        <w:rPr>
          <w:rFonts w:ascii="Arial" w:hAnsi="Arial" w:cs="Arial"/>
          <w:sz w:val="24"/>
          <w:szCs w:val="24"/>
        </w:rPr>
        <w:t>хамрах</w:t>
      </w:r>
      <w:proofErr w:type="spellEnd"/>
      <w:r w:rsidRPr="0063173C">
        <w:rPr>
          <w:rFonts w:ascii="Arial" w:hAnsi="Arial" w:cs="Arial"/>
          <w:sz w:val="24"/>
          <w:szCs w:val="24"/>
        </w:rPr>
        <w:t xml:space="preserve"> </w:t>
      </w:r>
      <w:proofErr w:type="spellStart"/>
      <w:r w:rsidRPr="0063173C">
        <w:rPr>
          <w:rFonts w:ascii="Arial" w:hAnsi="Arial" w:cs="Arial"/>
          <w:sz w:val="24"/>
          <w:szCs w:val="24"/>
        </w:rPr>
        <w:t>хүрээ</w:t>
      </w:r>
      <w:proofErr w:type="spellEnd"/>
    </w:p>
    <w:p w14:paraId="101BD629" w14:textId="77777777" w:rsidR="00544E5A" w:rsidRPr="007B2BD4" w:rsidRDefault="00000000" w:rsidP="00A376A1">
      <w:pPr>
        <w:pStyle w:val="Heading2"/>
        <w:ind w:firstLine="567"/>
        <w:jc w:val="left"/>
        <w:rPr>
          <w:rFonts w:ascii="Arial" w:hAnsi="Arial" w:cs="Arial"/>
          <w:szCs w:val="24"/>
        </w:rPr>
      </w:pPr>
      <w:r w:rsidRPr="007B2BD4">
        <w:rPr>
          <w:rFonts w:ascii="Arial" w:hAnsi="Arial" w:cs="Arial"/>
          <w:szCs w:val="24"/>
        </w:rPr>
        <w:t xml:space="preserve">2.1. </w:t>
      </w:r>
      <w:proofErr w:type="spellStart"/>
      <w:r w:rsidRPr="007B2BD4">
        <w:rPr>
          <w:rFonts w:ascii="Arial" w:hAnsi="Arial" w:cs="Arial"/>
          <w:szCs w:val="24"/>
        </w:rPr>
        <w:t>Хуулийн</w:t>
      </w:r>
      <w:proofErr w:type="spellEnd"/>
      <w:r w:rsidRPr="007B2BD4">
        <w:rPr>
          <w:rFonts w:ascii="Arial" w:hAnsi="Arial" w:cs="Arial"/>
          <w:szCs w:val="24"/>
        </w:rPr>
        <w:t xml:space="preserve"> </w:t>
      </w:r>
      <w:proofErr w:type="spellStart"/>
      <w:r w:rsidRPr="007B2BD4">
        <w:rPr>
          <w:rFonts w:ascii="Arial" w:hAnsi="Arial" w:cs="Arial"/>
          <w:szCs w:val="24"/>
        </w:rPr>
        <w:t>төслийн</w:t>
      </w:r>
      <w:proofErr w:type="spellEnd"/>
      <w:r w:rsidRPr="007B2BD4">
        <w:rPr>
          <w:rFonts w:ascii="Arial" w:hAnsi="Arial" w:cs="Arial"/>
          <w:szCs w:val="24"/>
        </w:rPr>
        <w:t xml:space="preserve"> </w:t>
      </w:r>
      <w:proofErr w:type="spellStart"/>
      <w:r w:rsidRPr="007B2BD4">
        <w:rPr>
          <w:rFonts w:ascii="Arial" w:hAnsi="Arial" w:cs="Arial"/>
          <w:szCs w:val="24"/>
        </w:rPr>
        <w:t>зорилго</w:t>
      </w:r>
      <w:proofErr w:type="spellEnd"/>
    </w:p>
    <w:p w14:paraId="16F3A4C2" w14:textId="497B49E8" w:rsidR="00544E5A" w:rsidRPr="007B2BD4" w:rsidRDefault="00000000">
      <w:pPr>
        <w:rPr>
          <w:rFonts w:cs="Arial"/>
          <w:szCs w:val="24"/>
        </w:rPr>
      </w:pPr>
      <w:proofErr w:type="spellStart"/>
      <w:r w:rsidRPr="007B2BD4">
        <w:rPr>
          <w:rFonts w:cs="Arial"/>
          <w:szCs w:val="24"/>
        </w:rPr>
        <w:t>Хуулийн</w:t>
      </w:r>
      <w:proofErr w:type="spellEnd"/>
      <w:r w:rsidRPr="007B2BD4">
        <w:rPr>
          <w:rFonts w:cs="Arial"/>
          <w:szCs w:val="24"/>
        </w:rPr>
        <w:t xml:space="preserve"> </w:t>
      </w:r>
      <w:proofErr w:type="spellStart"/>
      <w:r w:rsidRPr="007B2BD4">
        <w:rPr>
          <w:rFonts w:cs="Arial"/>
          <w:szCs w:val="24"/>
        </w:rPr>
        <w:t>төслийн</w:t>
      </w:r>
      <w:proofErr w:type="spellEnd"/>
      <w:r w:rsidRPr="007B2BD4">
        <w:rPr>
          <w:rFonts w:cs="Arial"/>
          <w:szCs w:val="24"/>
        </w:rPr>
        <w:t xml:space="preserve"> </w:t>
      </w:r>
      <w:proofErr w:type="spellStart"/>
      <w:r w:rsidRPr="007B2BD4">
        <w:rPr>
          <w:rFonts w:cs="Arial"/>
          <w:szCs w:val="24"/>
        </w:rPr>
        <w:t>зорилго</w:t>
      </w:r>
      <w:proofErr w:type="spellEnd"/>
      <w:r w:rsidRPr="007B2BD4">
        <w:rPr>
          <w:rFonts w:cs="Arial"/>
          <w:szCs w:val="24"/>
        </w:rPr>
        <w:t xml:space="preserve"> </w:t>
      </w:r>
      <w:proofErr w:type="spellStart"/>
      <w:r w:rsidRPr="007B2BD4">
        <w:rPr>
          <w:rFonts w:cs="Arial"/>
          <w:szCs w:val="24"/>
        </w:rPr>
        <w:t>нь</w:t>
      </w:r>
      <w:proofErr w:type="spellEnd"/>
      <w:r w:rsidRPr="007B2BD4">
        <w:rPr>
          <w:rFonts w:cs="Arial"/>
          <w:szCs w:val="24"/>
        </w:rPr>
        <w:t xml:space="preserve"> </w:t>
      </w:r>
      <w:proofErr w:type="spellStart"/>
      <w:r w:rsidRPr="007B2BD4">
        <w:rPr>
          <w:rFonts w:cs="Arial"/>
          <w:szCs w:val="24"/>
        </w:rPr>
        <w:t>хот</w:t>
      </w:r>
      <w:proofErr w:type="spellEnd"/>
      <w:r w:rsidR="00B6451A">
        <w:rPr>
          <w:rFonts w:cs="Arial"/>
          <w:szCs w:val="24"/>
        </w:rPr>
        <w:t xml:space="preserve"> </w:t>
      </w:r>
      <w:proofErr w:type="spellStart"/>
      <w:r w:rsidR="00B6451A">
        <w:rPr>
          <w:rFonts w:cs="Arial"/>
          <w:szCs w:val="24"/>
        </w:rPr>
        <w:t>суурин</w:t>
      </w:r>
      <w:proofErr w:type="spellEnd"/>
      <w:r w:rsidR="00B6451A">
        <w:rPr>
          <w:rFonts w:cs="Arial"/>
          <w:szCs w:val="24"/>
        </w:rPr>
        <w:t xml:space="preserve"> </w:t>
      </w:r>
      <w:proofErr w:type="spellStart"/>
      <w:r w:rsidR="00B6451A">
        <w:rPr>
          <w:rFonts w:cs="Arial"/>
          <w:szCs w:val="24"/>
        </w:rPr>
        <w:t>газрын</w:t>
      </w:r>
      <w:proofErr w:type="spellEnd"/>
      <w:r w:rsidR="00B6451A">
        <w:rPr>
          <w:rFonts w:cs="Arial"/>
          <w:szCs w:val="24"/>
        </w:rPr>
        <w:t xml:space="preserve"> </w:t>
      </w:r>
      <w:proofErr w:type="spellStart"/>
      <w:r w:rsidR="00B6451A">
        <w:rPr>
          <w:rFonts w:cs="Arial"/>
          <w:szCs w:val="24"/>
        </w:rPr>
        <w:t>хотын</w:t>
      </w:r>
      <w:proofErr w:type="spellEnd"/>
      <w:r w:rsidR="00B6451A">
        <w:rPr>
          <w:rFonts w:cs="Arial"/>
          <w:szCs w:val="24"/>
        </w:rPr>
        <w:t xml:space="preserve"> </w:t>
      </w:r>
      <w:proofErr w:type="spellStart"/>
      <w:r w:rsidR="00B6451A">
        <w:rPr>
          <w:rFonts w:cs="Arial"/>
          <w:szCs w:val="24"/>
        </w:rPr>
        <w:t>ой</w:t>
      </w:r>
      <w:proofErr w:type="spellEnd"/>
      <w:r w:rsidR="00B6451A">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дэд</w:t>
      </w:r>
      <w:proofErr w:type="spellEnd"/>
      <w:r w:rsidRPr="007B2BD4">
        <w:rPr>
          <w:rFonts w:cs="Arial"/>
          <w:szCs w:val="24"/>
        </w:rPr>
        <w:t xml:space="preserve"> </w:t>
      </w:r>
      <w:proofErr w:type="spellStart"/>
      <w:r w:rsidRPr="007B2BD4">
        <w:rPr>
          <w:rFonts w:cs="Arial"/>
          <w:szCs w:val="24"/>
        </w:rPr>
        <w:t>бүтэц</w:t>
      </w:r>
      <w:proofErr w:type="spellEnd"/>
      <w:r w:rsidRPr="007B2BD4">
        <w:rPr>
          <w:rFonts w:cs="Arial"/>
          <w:szCs w:val="24"/>
        </w:rPr>
        <w:t xml:space="preserve">, </w:t>
      </w:r>
      <w:proofErr w:type="spellStart"/>
      <w:r w:rsidRPr="007B2BD4">
        <w:rPr>
          <w:rFonts w:cs="Arial"/>
          <w:szCs w:val="24"/>
        </w:rPr>
        <w:t>түүний</w:t>
      </w:r>
      <w:proofErr w:type="spellEnd"/>
      <w:r w:rsidRPr="007B2BD4">
        <w:rPr>
          <w:rFonts w:cs="Arial"/>
          <w:szCs w:val="24"/>
        </w:rPr>
        <w:t xml:space="preserve"> </w:t>
      </w:r>
      <w:proofErr w:type="spellStart"/>
      <w:r w:rsidRPr="007B2BD4">
        <w:rPr>
          <w:rFonts w:cs="Arial"/>
          <w:szCs w:val="24"/>
        </w:rPr>
        <w:t>бүрэлдэхүүн</w:t>
      </w:r>
      <w:proofErr w:type="spellEnd"/>
      <w:r w:rsidRPr="007B2BD4">
        <w:rPr>
          <w:rFonts w:cs="Arial"/>
          <w:szCs w:val="24"/>
        </w:rPr>
        <w:t xml:space="preserve"> </w:t>
      </w:r>
      <w:proofErr w:type="spellStart"/>
      <w:r w:rsidRPr="007B2BD4">
        <w:rPr>
          <w:rFonts w:cs="Arial"/>
          <w:szCs w:val="24"/>
        </w:rPr>
        <w:t>болох</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байгууламж</w:t>
      </w:r>
      <w:proofErr w:type="spellEnd"/>
      <w:r w:rsidRPr="007B2BD4">
        <w:rPr>
          <w:rFonts w:cs="Arial"/>
          <w:szCs w:val="24"/>
        </w:rPr>
        <w:t xml:space="preserve">, </w:t>
      </w:r>
      <w:proofErr w:type="spellStart"/>
      <w:r w:rsidRPr="007B2BD4">
        <w:rPr>
          <w:rFonts w:cs="Arial"/>
          <w:szCs w:val="24"/>
        </w:rPr>
        <w:t>амьд</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хөрөнгийг</w:t>
      </w:r>
      <w:proofErr w:type="spellEnd"/>
      <w:r w:rsidRPr="007B2BD4">
        <w:rPr>
          <w:rFonts w:cs="Arial"/>
          <w:szCs w:val="24"/>
        </w:rPr>
        <w:t xml:space="preserve"> </w:t>
      </w:r>
      <w:proofErr w:type="spellStart"/>
      <w:r w:rsidRPr="007B2BD4">
        <w:rPr>
          <w:rFonts w:cs="Arial"/>
          <w:szCs w:val="24"/>
        </w:rPr>
        <w:t>газар</w:t>
      </w:r>
      <w:proofErr w:type="spellEnd"/>
      <w:r w:rsidRPr="007B2BD4">
        <w:rPr>
          <w:rFonts w:cs="Arial"/>
          <w:szCs w:val="24"/>
        </w:rPr>
        <w:t xml:space="preserve">, </w:t>
      </w:r>
      <w:proofErr w:type="spellStart"/>
      <w:r w:rsidRPr="007B2BD4">
        <w:rPr>
          <w:rFonts w:cs="Arial"/>
          <w:szCs w:val="24"/>
        </w:rPr>
        <w:t>хөрсний</w:t>
      </w:r>
      <w:proofErr w:type="spellEnd"/>
      <w:r w:rsidRPr="007B2BD4">
        <w:rPr>
          <w:rFonts w:cs="Arial"/>
          <w:szCs w:val="24"/>
        </w:rPr>
        <w:t xml:space="preserve"> </w:t>
      </w:r>
      <w:proofErr w:type="spellStart"/>
      <w:r w:rsidRPr="007B2BD4">
        <w:rPr>
          <w:rFonts w:cs="Arial"/>
          <w:szCs w:val="24"/>
        </w:rPr>
        <w:t>үнэлгээ</w:t>
      </w:r>
      <w:proofErr w:type="spellEnd"/>
      <w:r w:rsidRPr="007B2BD4">
        <w:rPr>
          <w:rFonts w:cs="Arial"/>
          <w:szCs w:val="24"/>
        </w:rPr>
        <w:t xml:space="preserve">, </w:t>
      </w:r>
      <w:proofErr w:type="spellStart"/>
      <w:r w:rsidRPr="007B2BD4">
        <w:rPr>
          <w:rFonts w:cs="Arial"/>
          <w:szCs w:val="24"/>
        </w:rPr>
        <w:t>усалгааны</w:t>
      </w:r>
      <w:proofErr w:type="spellEnd"/>
      <w:r w:rsidRPr="007B2BD4">
        <w:rPr>
          <w:rFonts w:cs="Arial"/>
          <w:szCs w:val="24"/>
        </w:rPr>
        <w:t xml:space="preserve"> </w:t>
      </w:r>
      <w:proofErr w:type="spellStart"/>
      <w:r w:rsidRPr="007B2BD4">
        <w:rPr>
          <w:rFonts w:cs="Arial"/>
          <w:szCs w:val="24"/>
        </w:rPr>
        <w:t>баталгаат</w:t>
      </w:r>
      <w:proofErr w:type="spellEnd"/>
      <w:r w:rsidRPr="007B2BD4">
        <w:rPr>
          <w:rFonts w:cs="Arial"/>
          <w:szCs w:val="24"/>
        </w:rPr>
        <w:t xml:space="preserve"> </w:t>
      </w:r>
      <w:proofErr w:type="spellStart"/>
      <w:r w:rsidRPr="007B2BD4">
        <w:rPr>
          <w:rFonts w:cs="Arial"/>
          <w:szCs w:val="24"/>
        </w:rPr>
        <w:t>эх</w:t>
      </w:r>
      <w:proofErr w:type="spellEnd"/>
      <w:r w:rsidRPr="007B2BD4">
        <w:rPr>
          <w:rFonts w:cs="Arial"/>
          <w:szCs w:val="24"/>
        </w:rPr>
        <w:t xml:space="preserve"> </w:t>
      </w:r>
      <w:proofErr w:type="spellStart"/>
      <w:r w:rsidRPr="007B2BD4">
        <w:rPr>
          <w:rFonts w:cs="Arial"/>
          <w:szCs w:val="24"/>
        </w:rPr>
        <w:t>үүсвэр</w:t>
      </w:r>
      <w:proofErr w:type="spellEnd"/>
      <w:r w:rsidRPr="007B2BD4">
        <w:rPr>
          <w:rFonts w:cs="Arial"/>
          <w:szCs w:val="24"/>
        </w:rPr>
        <w:t xml:space="preserve">, </w:t>
      </w:r>
      <w:proofErr w:type="spellStart"/>
      <w:r w:rsidRPr="007B2BD4">
        <w:rPr>
          <w:rFonts w:cs="Arial"/>
          <w:szCs w:val="24"/>
        </w:rPr>
        <w:t>арчилгаа</w:t>
      </w:r>
      <w:proofErr w:type="spellEnd"/>
      <w:r w:rsidRPr="007B2BD4">
        <w:rPr>
          <w:rFonts w:cs="Arial"/>
          <w:szCs w:val="24"/>
        </w:rPr>
        <w:t xml:space="preserve">, </w:t>
      </w:r>
      <w:proofErr w:type="spellStart"/>
      <w:r w:rsidRPr="007B2BD4">
        <w:rPr>
          <w:rFonts w:cs="Arial"/>
          <w:szCs w:val="24"/>
        </w:rPr>
        <w:t>бүртгэл</w:t>
      </w:r>
      <w:proofErr w:type="spellEnd"/>
      <w:r w:rsidRPr="007B2BD4">
        <w:rPr>
          <w:rFonts w:cs="Arial"/>
          <w:szCs w:val="24"/>
        </w:rPr>
        <w:t xml:space="preserve">, </w:t>
      </w:r>
      <w:proofErr w:type="spellStart"/>
      <w:r w:rsidRPr="007B2BD4">
        <w:rPr>
          <w:rFonts w:cs="Arial"/>
          <w:szCs w:val="24"/>
        </w:rPr>
        <w:t>санхүүжилт</w:t>
      </w:r>
      <w:proofErr w:type="spellEnd"/>
      <w:r w:rsidRPr="007B2BD4">
        <w:rPr>
          <w:rFonts w:cs="Arial"/>
          <w:szCs w:val="24"/>
        </w:rPr>
        <w:t xml:space="preserve">, </w:t>
      </w:r>
      <w:proofErr w:type="spellStart"/>
      <w:r w:rsidRPr="007B2BD4">
        <w:rPr>
          <w:rFonts w:cs="Arial"/>
          <w:szCs w:val="24"/>
        </w:rPr>
        <w:t>ургамлын</w:t>
      </w:r>
      <w:proofErr w:type="spellEnd"/>
      <w:r w:rsidRPr="007B2BD4">
        <w:rPr>
          <w:rFonts w:cs="Arial"/>
          <w:szCs w:val="24"/>
        </w:rPr>
        <w:t xml:space="preserve"> </w:t>
      </w:r>
      <w:proofErr w:type="spellStart"/>
      <w:r w:rsidRPr="007B2BD4">
        <w:rPr>
          <w:rFonts w:cs="Arial"/>
          <w:szCs w:val="24"/>
        </w:rPr>
        <w:t>амьдралтын</w:t>
      </w:r>
      <w:proofErr w:type="spellEnd"/>
      <w:r w:rsidRPr="007B2BD4">
        <w:rPr>
          <w:rFonts w:cs="Arial"/>
          <w:szCs w:val="24"/>
        </w:rPr>
        <w:t xml:space="preserve"> </w:t>
      </w:r>
      <w:proofErr w:type="spellStart"/>
      <w:r w:rsidRPr="007B2BD4">
        <w:rPr>
          <w:rFonts w:cs="Arial"/>
          <w:szCs w:val="24"/>
        </w:rPr>
        <w:t>үнэлгээнд</w:t>
      </w:r>
      <w:proofErr w:type="spellEnd"/>
      <w:r w:rsidRPr="007B2BD4">
        <w:rPr>
          <w:rFonts w:cs="Arial"/>
          <w:szCs w:val="24"/>
        </w:rPr>
        <w:t xml:space="preserve"> </w:t>
      </w:r>
      <w:proofErr w:type="spellStart"/>
      <w:r w:rsidRPr="007B2BD4">
        <w:rPr>
          <w:rFonts w:cs="Arial"/>
          <w:szCs w:val="24"/>
        </w:rPr>
        <w:t>үндэслэн</w:t>
      </w:r>
      <w:proofErr w:type="spellEnd"/>
      <w:r w:rsidRPr="007B2BD4">
        <w:rPr>
          <w:rFonts w:cs="Arial"/>
          <w:szCs w:val="24"/>
        </w:rPr>
        <w:t xml:space="preserve"> </w:t>
      </w:r>
      <w:proofErr w:type="spellStart"/>
      <w:r w:rsidRPr="007B2BD4">
        <w:rPr>
          <w:rFonts w:cs="Arial"/>
          <w:szCs w:val="24"/>
        </w:rPr>
        <w:t>төлөвлөх</w:t>
      </w:r>
      <w:proofErr w:type="spellEnd"/>
      <w:r w:rsidRPr="007B2BD4">
        <w:rPr>
          <w:rFonts w:cs="Arial"/>
          <w:szCs w:val="24"/>
        </w:rPr>
        <w:t xml:space="preserve">, </w:t>
      </w:r>
      <w:proofErr w:type="spellStart"/>
      <w:r w:rsidRPr="007B2BD4">
        <w:rPr>
          <w:rFonts w:cs="Arial"/>
          <w:szCs w:val="24"/>
        </w:rPr>
        <w:t>бий</w:t>
      </w:r>
      <w:proofErr w:type="spellEnd"/>
      <w:r w:rsidRPr="007B2BD4">
        <w:rPr>
          <w:rFonts w:cs="Arial"/>
          <w:szCs w:val="24"/>
        </w:rPr>
        <w:t xml:space="preserve"> </w:t>
      </w:r>
      <w:proofErr w:type="spellStart"/>
      <w:r w:rsidRPr="007B2BD4">
        <w:rPr>
          <w:rFonts w:cs="Arial"/>
          <w:szCs w:val="24"/>
        </w:rPr>
        <w:t>болгох</w:t>
      </w:r>
      <w:proofErr w:type="spellEnd"/>
      <w:r w:rsidRPr="007B2BD4">
        <w:rPr>
          <w:rFonts w:cs="Arial"/>
          <w:szCs w:val="24"/>
        </w:rPr>
        <w:t xml:space="preserve">, </w:t>
      </w:r>
      <w:proofErr w:type="spellStart"/>
      <w:r w:rsidRPr="007B2BD4">
        <w:rPr>
          <w:rFonts w:cs="Arial"/>
          <w:szCs w:val="24"/>
        </w:rPr>
        <w:t>хамгаалах</w:t>
      </w:r>
      <w:proofErr w:type="spellEnd"/>
      <w:r w:rsidRPr="007B2BD4">
        <w:rPr>
          <w:rFonts w:cs="Arial"/>
          <w:szCs w:val="24"/>
        </w:rPr>
        <w:t xml:space="preserve">, </w:t>
      </w:r>
      <w:proofErr w:type="spellStart"/>
      <w:r w:rsidRPr="007B2BD4">
        <w:rPr>
          <w:rFonts w:cs="Arial"/>
          <w:szCs w:val="24"/>
        </w:rPr>
        <w:t>нөхөн</w:t>
      </w:r>
      <w:proofErr w:type="spellEnd"/>
      <w:r w:rsidRPr="007B2BD4">
        <w:rPr>
          <w:rFonts w:cs="Arial"/>
          <w:szCs w:val="24"/>
        </w:rPr>
        <w:t xml:space="preserve"> </w:t>
      </w:r>
      <w:proofErr w:type="spellStart"/>
      <w:r w:rsidRPr="007B2BD4">
        <w:rPr>
          <w:rFonts w:cs="Arial"/>
          <w:szCs w:val="24"/>
        </w:rPr>
        <w:t>сэргээх</w:t>
      </w:r>
      <w:proofErr w:type="spellEnd"/>
      <w:r w:rsidRPr="007B2BD4">
        <w:rPr>
          <w:rFonts w:cs="Arial"/>
          <w:szCs w:val="24"/>
        </w:rPr>
        <w:t xml:space="preserve">, </w:t>
      </w:r>
      <w:proofErr w:type="spellStart"/>
      <w:r w:rsidRPr="007B2BD4">
        <w:rPr>
          <w:rFonts w:cs="Arial"/>
          <w:szCs w:val="24"/>
        </w:rPr>
        <w:t>нэмэгдүүлэх</w:t>
      </w:r>
      <w:proofErr w:type="spellEnd"/>
      <w:r w:rsidRPr="007B2BD4">
        <w:rPr>
          <w:rFonts w:cs="Arial"/>
          <w:szCs w:val="24"/>
        </w:rPr>
        <w:t xml:space="preserve"> </w:t>
      </w:r>
      <w:proofErr w:type="spellStart"/>
      <w:r w:rsidRPr="007B2BD4">
        <w:rPr>
          <w:rFonts w:cs="Arial"/>
          <w:szCs w:val="24"/>
        </w:rPr>
        <w:t>харилцааны</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зүйн</w:t>
      </w:r>
      <w:proofErr w:type="spellEnd"/>
      <w:r w:rsidRPr="007B2BD4">
        <w:rPr>
          <w:rFonts w:cs="Arial"/>
          <w:szCs w:val="24"/>
        </w:rPr>
        <w:t xml:space="preserve"> </w:t>
      </w:r>
      <w:proofErr w:type="spellStart"/>
      <w:r w:rsidRPr="007B2BD4">
        <w:rPr>
          <w:rFonts w:cs="Arial"/>
          <w:szCs w:val="24"/>
        </w:rPr>
        <w:t>суурь</w:t>
      </w:r>
      <w:proofErr w:type="spellEnd"/>
      <w:r w:rsidRPr="007B2BD4">
        <w:rPr>
          <w:rFonts w:cs="Arial"/>
          <w:szCs w:val="24"/>
        </w:rPr>
        <w:t xml:space="preserve"> </w:t>
      </w:r>
      <w:proofErr w:type="spellStart"/>
      <w:r w:rsidRPr="007B2BD4">
        <w:rPr>
          <w:rFonts w:cs="Arial"/>
          <w:szCs w:val="24"/>
        </w:rPr>
        <w:t>зохицуулалтыг</w:t>
      </w:r>
      <w:proofErr w:type="spellEnd"/>
      <w:r w:rsidRPr="007B2BD4">
        <w:rPr>
          <w:rFonts w:cs="Arial"/>
          <w:szCs w:val="24"/>
        </w:rPr>
        <w:t xml:space="preserve"> </w:t>
      </w:r>
      <w:proofErr w:type="spellStart"/>
      <w:r w:rsidRPr="007B2BD4">
        <w:rPr>
          <w:rFonts w:cs="Arial"/>
          <w:szCs w:val="24"/>
        </w:rPr>
        <w:t>бүрдүүлэхэд</w:t>
      </w:r>
      <w:proofErr w:type="spellEnd"/>
      <w:r w:rsidRPr="007B2BD4">
        <w:rPr>
          <w:rFonts w:cs="Arial"/>
          <w:szCs w:val="24"/>
        </w:rPr>
        <w:t xml:space="preserve"> </w:t>
      </w:r>
      <w:proofErr w:type="spellStart"/>
      <w:r w:rsidRPr="007B2BD4">
        <w:rPr>
          <w:rFonts w:cs="Arial"/>
          <w:szCs w:val="24"/>
        </w:rPr>
        <w:t>оршино</w:t>
      </w:r>
      <w:proofErr w:type="spellEnd"/>
      <w:r w:rsidRPr="007B2BD4">
        <w:rPr>
          <w:rFonts w:cs="Arial"/>
          <w:szCs w:val="24"/>
        </w:rPr>
        <w:t>.</w:t>
      </w:r>
    </w:p>
    <w:p w14:paraId="1C04735B" w14:textId="07E86184" w:rsidR="00544E5A" w:rsidRPr="007B2BD4" w:rsidRDefault="00000000">
      <w:pPr>
        <w:rPr>
          <w:rFonts w:cs="Arial"/>
          <w:szCs w:val="24"/>
        </w:rPr>
      </w:pPr>
      <w:proofErr w:type="spellStart"/>
      <w:r w:rsidRPr="007B2BD4">
        <w:rPr>
          <w:rFonts w:cs="Arial"/>
          <w:szCs w:val="24"/>
        </w:rPr>
        <w:t>Хуулийг</w:t>
      </w:r>
      <w:proofErr w:type="spellEnd"/>
      <w:r w:rsidRPr="007B2BD4">
        <w:rPr>
          <w:rFonts w:cs="Arial"/>
          <w:szCs w:val="24"/>
        </w:rPr>
        <w:t xml:space="preserve"> </w:t>
      </w:r>
      <w:proofErr w:type="spellStart"/>
      <w:r w:rsidRPr="007B2BD4">
        <w:rPr>
          <w:rFonts w:cs="Arial"/>
          <w:szCs w:val="24"/>
        </w:rPr>
        <w:t>хэрэгжүүлэх</w:t>
      </w:r>
      <w:proofErr w:type="spellEnd"/>
      <w:r w:rsidRPr="007B2BD4">
        <w:rPr>
          <w:rFonts w:cs="Arial"/>
          <w:szCs w:val="24"/>
        </w:rPr>
        <w:t xml:space="preserve"> </w:t>
      </w:r>
      <w:proofErr w:type="spellStart"/>
      <w:r w:rsidR="00E762B7">
        <w:rPr>
          <w:rFonts w:cs="Arial"/>
          <w:szCs w:val="24"/>
        </w:rPr>
        <w:t>үндэслэл</w:t>
      </w:r>
      <w:proofErr w:type="spellEnd"/>
      <w:r w:rsidR="00E762B7">
        <w:rPr>
          <w:rFonts w:cs="Arial"/>
          <w:szCs w:val="24"/>
        </w:rPr>
        <w:t xml:space="preserve"> </w:t>
      </w:r>
      <w:proofErr w:type="spellStart"/>
      <w:r w:rsidRPr="007B2BD4">
        <w:rPr>
          <w:rFonts w:cs="Arial"/>
          <w:szCs w:val="24"/>
        </w:rPr>
        <w:t>нь</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хөрөнгийн</w:t>
      </w:r>
      <w:proofErr w:type="spellEnd"/>
      <w:r w:rsidRPr="007B2BD4">
        <w:rPr>
          <w:rFonts w:cs="Arial"/>
          <w:szCs w:val="24"/>
        </w:rPr>
        <w:t xml:space="preserve"> </w:t>
      </w:r>
      <w:proofErr w:type="spellStart"/>
      <w:r w:rsidRPr="007B2BD4">
        <w:rPr>
          <w:rFonts w:cs="Arial"/>
          <w:szCs w:val="24"/>
        </w:rPr>
        <w:t>үр</w:t>
      </w:r>
      <w:proofErr w:type="spellEnd"/>
      <w:r w:rsidRPr="007B2BD4">
        <w:rPr>
          <w:rFonts w:cs="Arial"/>
          <w:szCs w:val="24"/>
        </w:rPr>
        <w:t xml:space="preserve"> </w:t>
      </w:r>
      <w:proofErr w:type="spellStart"/>
      <w:r w:rsidRPr="007B2BD4">
        <w:rPr>
          <w:rFonts w:cs="Arial"/>
          <w:szCs w:val="24"/>
        </w:rPr>
        <w:t>дүнг</w:t>
      </w:r>
      <w:proofErr w:type="spellEnd"/>
      <w:r w:rsidRPr="007B2BD4">
        <w:rPr>
          <w:rFonts w:cs="Arial"/>
          <w:szCs w:val="24"/>
        </w:rPr>
        <w:t xml:space="preserve"> </w:t>
      </w:r>
      <w:proofErr w:type="spellStart"/>
      <w:r w:rsidRPr="007B2BD4">
        <w:rPr>
          <w:rFonts w:cs="Arial"/>
          <w:szCs w:val="24"/>
        </w:rPr>
        <w:t>тарьсан</w:t>
      </w:r>
      <w:proofErr w:type="spellEnd"/>
      <w:r w:rsidRPr="007B2BD4">
        <w:rPr>
          <w:rFonts w:cs="Arial"/>
          <w:szCs w:val="24"/>
        </w:rPr>
        <w:t xml:space="preserve"> </w:t>
      </w:r>
      <w:proofErr w:type="spellStart"/>
      <w:r w:rsidRPr="007B2BD4">
        <w:rPr>
          <w:rFonts w:cs="Arial"/>
          <w:szCs w:val="24"/>
        </w:rPr>
        <w:t>мод</w:t>
      </w:r>
      <w:proofErr w:type="spellEnd"/>
      <w:r w:rsidRPr="007B2BD4">
        <w:rPr>
          <w:rFonts w:cs="Arial"/>
          <w:szCs w:val="24"/>
        </w:rPr>
        <w:t xml:space="preserve">, </w:t>
      </w:r>
      <w:proofErr w:type="spellStart"/>
      <w:r w:rsidRPr="007B2BD4">
        <w:rPr>
          <w:rFonts w:cs="Arial"/>
          <w:szCs w:val="24"/>
        </w:rPr>
        <w:t>бут</w:t>
      </w:r>
      <w:proofErr w:type="spellEnd"/>
      <w:r w:rsidRPr="007B2BD4">
        <w:rPr>
          <w:rFonts w:cs="Arial"/>
          <w:szCs w:val="24"/>
        </w:rPr>
        <w:t xml:space="preserve">, </w:t>
      </w:r>
      <w:proofErr w:type="spellStart"/>
      <w:r w:rsidRPr="007B2BD4">
        <w:rPr>
          <w:rFonts w:cs="Arial"/>
          <w:szCs w:val="24"/>
        </w:rPr>
        <w:t>сөөгийн</w:t>
      </w:r>
      <w:proofErr w:type="spellEnd"/>
      <w:r w:rsidRPr="007B2BD4">
        <w:rPr>
          <w:rFonts w:cs="Arial"/>
          <w:szCs w:val="24"/>
        </w:rPr>
        <w:t xml:space="preserve"> </w:t>
      </w:r>
      <w:proofErr w:type="spellStart"/>
      <w:r w:rsidRPr="007B2BD4">
        <w:rPr>
          <w:rFonts w:cs="Arial"/>
          <w:szCs w:val="24"/>
        </w:rPr>
        <w:t>тоогоор</w:t>
      </w:r>
      <w:proofErr w:type="spellEnd"/>
      <w:r w:rsidRPr="007B2BD4">
        <w:rPr>
          <w:rFonts w:cs="Arial"/>
          <w:szCs w:val="24"/>
        </w:rPr>
        <w:t xml:space="preserve"> </w:t>
      </w:r>
      <w:proofErr w:type="spellStart"/>
      <w:r w:rsidRPr="007B2BD4">
        <w:rPr>
          <w:rFonts w:cs="Arial"/>
          <w:szCs w:val="24"/>
        </w:rPr>
        <w:t>бус</w:t>
      </w:r>
      <w:proofErr w:type="spellEnd"/>
      <w:r w:rsidRPr="007B2BD4">
        <w:rPr>
          <w:rFonts w:cs="Arial"/>
          <w:szCs w:val="24"/>
        </w:rPr>
        <w:t xml:space="preserve">, </w:t>
      </w:r>
      <w:proofErr w:type="spellStart"/>
      <w:r w:rsidRPr="007B2BD4">
        <w:rPr>
          <w:rFonts w:cs="Arial"/>
          <w:szCs w:val="24"/>
        </w:rPr>
        <w:t>ургасанд</w:t>
      </w:r>
      <w:proofErr w:type="spellEnd"/>
      <w:r w:rsidRPr="007B2BD4">
        <w:rPr>
          <w:rFonts w:cs="Arial"/>
          <w:szCs w:val="24"/>
        </w:rPr>
        <w:t xml:space="preserve"> </w:t>
      </w:r>
      <w:proofErr w:type="spellStart"/>
      <w:r w:rsidRPr="007B2BD4">
        <w:rPr>
          <w:rFonts w:cs="Arial"/>
          <w:szCs w:val="24"/>
        </w:rPr>
        <w:t>тооцсон</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тогтворжсон</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хөрөнгийн</w:t>
      </w:r>
      <w:proofErr w:type="spellEnd"/>
      <w:r w:rsidRPr="007B2BD4">
        <w:rPr>
          <w:rFonts w:cs="Arial"/>
          <w:szCs w:val="24"/>
        </w:rPr>
        <w:t xml:space="preserve"> </w:t>
      </w:r>
      <w:proofErr w:type="spellStart"/>
      <w:r w:rsidRPr="007B2BD4">
        <w:rPr>
          <w:rFonts w:cs="Arial"/>
          <w:szCs w:val="24"/>
        </w:rPr>
        <w:t>бодит</w:t>
      </w:r>
      <w:proofErr w:type="spellEnd"/>
      <w:r w:rsidRPr="007B2BD4">
        <w:rPr>
          <w:rFonts w:cs="Arial"/>
          <w:szCs w:val="24"/>
        </w:rPr>
        <w:t xml:space="preserve"> </w:t>
      </w:r>
      <w:proofErr w:type="spellStart"/>
      <w:r w:rsidRPr="007B2BD4">
        <w:rPr>
          <w:rFonts w:cs="Arial"/>
          <w:szCs w:val="24"/>
        </w:rPr>
        <w:t>үр</w:t>
      </w:r>
      <w:proofErr w:type="spellEnd"/>
      <w:r w:rsidRPr="007B2BD4">
        <w:rPr>
          <w:rFonts w:cs="Arial"/>
          <w:szCs w:val="24"/>
        </w:rPr>
        <w:t xml:space="preserve"> </w:t>
      </w:r>
      <w:proofErr w:type="spellStart"/>
      <w:r w:rsidRPr="007B2BD4">
        <w:rPr>
          <w:rFonts w:cs="Arial"/>
          <w:szCs w:val="24"/>
        </w:rPr>
        <w:t>дүнд</w:t>
      </w:r>
      <w:proofErr w:type="spellEnd"/>
      <w:r w:rsidRPr="007B2BD4">
        <w:rPr>
          <w:rFonts w:cs="Arial"/>
          <w:szCs w:val="24"/>
        </w:rPr>
        <w:t xml:space="preserve"> </w:t>
      </w:r>
      <w:proofErr w:type="spellStart"/>
      <w:r w:rsidRPr="007B2BD4">
        <w:rPr>
          <w:rFonts w:cs="Arial"/>
          <w:szCs w:val="24"/>
        </w:rPr>
        <w:t>үндэслэн</w:t>
      </w:r>
      <w:proofErr w:type="spellEnd"/>
      <w:r w:rsidRPr="007B2BD4">
        <w:rPr>
          <w:rFonts w:cs="Arial"/>
          <w:szCs w:val="24"/>
        </w:rPr>
        <w:t xml:space="preserve"> </w:t>
      </w:r>
      <w:proofErr w:type="spellStart"/>
      <w:r w:rsidRPr="007B2BD4">
        <w:rPr>
          <w:rFonts w:cs="Arial"/>
          <w:szCs w:val="24"/>
        </w:rPr>
        <w:t>үнэлэх</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хөрөнгө</w:t>
      </w:r>
      <w:proofErr w:type="spellEnd"/>
      <w:r w:rsidRPr="007B2BD4">
        <w:rPr>
          <w:rFonts w:cs="Arial"/>
          <w:szCs w:val="24"/>
        </w:rPr>
        <w:t xml:space="preserve"> </w:t>
      </w:r>
      <w:proofErr w:type="spellStart"/>
      <w:r w:rsidRPr="007B2BD4">
        <w:rPr>
          <w:rFonts w:cs="Arial"/>
          <w:szCs w:val="24"/>
        </w:rPr>
        <w:t>бий</w:t>
      </w:r>
      <w:proofErr w:type="spellEnd"/>
      <w:r w:rsidRPr="007B2BD4">
        <w:rPr>
          <w:rFonts w:cs="Arial"/>
          <w:szCs w:val="24"/>
        </w:rPr>
        <w:t xml:space="preserve"> </w:t>
      </w:r>
      <w:proofErr w:type="spellStart"/>
      <w:r w:rsidRPr="007B2BD4">
        <w:rPr>
          <w:rFonts w:cs="Arial"/>
          <w:szCs w:val="24"/>
        </w:rPr>
        <w:t>болгохоос</w:t>
      </w:r>
      <w:proofErr w:type="spellEnd"/>
      <w:r w:rsidRPr="007B2BD4">
        <w:rPr>
          <w:rFonts w:cs="Arial"/>
          <w:szCs w:val="24"/>
        </w:rPr>
        <w:t xml:space="preserve"> </w:t>
      </w:r>
      <w:proofErr w:type="spellStart"/>
      <w:r w:rsidRPr="007B2BD4">
        <w:rPr>
          <w:rFonts w:cs="Arial"/>
          <w:szCs w:val="24"/>
        </w:rPr>
        <w:t>өмнө</w:t>
      </w:r>
      <w:proofErr w:type="spellEnd"/>
      <w:r w:rsidRPr="007B2BD4">
        <w:rPr>
          <w:rFonts w:cs="Arial"/>
          <w:szCs w:val="24"/>
        </w:rPr>
        <w:t xml:space="preserve"> </w:t>
      </w:r>
      <w:proofErr w:type="spellStart"/>
      <w:r w:rsidRPr="007B2BD4">
        <w:rPr>
          <w:rFonts w:cs="Arial"/>
          <w:szCs w:val="24"/>
        </w:rPr>
        <w:t>газар</w:t>
      </w:r>
      <w:proofErr w:type="spellEnd"/>
      <w:r w:rsidRPr="007B2BD4">
        <w:rPr>
          <w:rFonts w:cs="Arial"/>
          <w:szCs w:val="24"/>
        </w:rPr>
        <w:t xml:space="preserve">, </w:t>
      </w:r>
      <w:proofErr w:type="spellStart"/>
      <w:r w:rsidRPr="007B2BD4">
        <w:rPr>
          <w:rFonts w:cs="Arial"/>
          <w:szCs w:val="24"/>
        </w:rPr>
        <w:t>хөрс</w:t>
      </w:r>
      <w:proofErr w:type="spellEnd"/>
      <w:r w:rsidRPr="007B2BD4">
        <w:rPr>
          <w:rFonts w:cs="Arial"/>
          <w:szCs w:val="24"/>
        </w:rPr>
        <w:t xml:space="preserve">, </w:t>
      </w:r>
      <w:proofErr w:type="spellStart"/>
      <w:r w:rsidRPr="007B2BD4">
        <w:rPr>
          <w:rFonts w:cs="Arial"/>
          <w:szCs w:val="24"/>
        </w:rPr>
        <w:t>усалгаа</w:t>
      </w:r>
      <w:proofErr w:type="spellEnd"/>
      <w:r w:rsidRPr="007B2BD4">
        <w:rPr>
          <w:rFonts w:cs="Arial"/>
          <w:szCs w:val="24"/>
        </w:rPr>
        <w:t xml:space="preserve">, </w:t>
      </w:r>
      <w:proofErr w:type="spellStart"/>
      <w:r w:rsidRPr="007B2BD4">
        <w:rPr>
          <w:rFonts w:cs="Arial"/>
          <w:szCs w:val="24"/>
        </w:rPr>
        <w:t>арчилгааны</w:t>
      </w:r>
      <w:proofErr w:type="spellEnd"/>
      <w:r w:rsidRPr="007B2BD4">
        <w:rPr>
          <w:rFonts w:cs="Arial"/>
          <w:szCs w:val="24"/>
        </w:rPr>
        <w:t xml:space="preserve"> </w:t>
      </w:r>
      <w:proofErr w:type="spellStart"/>
      <w:r w:rsidRPr="007B2BD4">
        <w:rPr>
          <w:rFonts w:cs="Arial"/>
          <w:szCs w:val="24"/>
        </w:rPr>
        <w:t>төсөв</w:t>
      </w:r>
      <w:proofErr w:type="spellEnd"/>
      <w:r w:rsidRPr="007B2BD4">
        <w:rPr>
          <w:rFonts w:cs="Arial"/>
          <w:szCs w:val="24"/>
        </w:rPr>
        <w:t xml:space="preserve">, </w:t>
      </w:r>
      <w:proofErr w:type="spellStart"/>
      <w:r w:rsidRPr="007B2BD4">
        <w:rPr>
          <w:rFonts w:cs="Arial"/>
          <w:szCs w:val="24"/>
        </w:rPr>
        <w:t>хариуцан</w:t>
      </w:r>
      <w:proofErr w:type="spellEnd"/>
      <w:r w:rsidRPr="007B2BD4">
        <w:rPr>
          <w:rFonts w:cs="Arial"/>
          <w:szCs w:val="24"/>
        </w:rPr>
        <w:t xml:space="preserve"> </w:t>
      </w:r>
      <w:proofErr w:type="spellStart"/>
      <w:r w:rsidRPr="007B2BD4">
        <w:rPr>
          <w:rFonts w:cs="Arial"/>
          <w:szCs w:val="24"/>
        </w:rPr>
        <w:t>хамгаалагчийг</w:t>
      </w:r>
      <w:proofErr w:type="spellEnd"/>
      <w:r w:rsidRPr="007B2BD4">
        <w:rPr>
          <w:rFonts w:cs="Arial"/>
          <w:szCs w:val="24"/>
        </w:rPr>
        <w:t xml:space="preserve"> </w:t>
      </w:r>
      <w:proofErr w:type="spellStart"/>
      <w:r w:rsidRPr="007B2BD4">
        <w:rPr>
          <w:rFonts w:cs="Arial"/>
          <w:szCs w:val="24"/>
        </w:rPr>
        <w:t>тогтоох</w:t>
      </w:r>
      <w:proofErr w:type="spellEnd"/>
      <w:r w:rsidRPr="007B2BD4">
        <w:rPr>
          <w:rFonts w:cs="Arial"/>
          <w:szCs w:val="24"/>
        </w:rPr>
        <w:t xml:space="preserve">, </w:t>
      </w:r>
      <w:proofErr w:type="spellStart"/>
      <w:r w:rsidRPr="007B2BD4">
        <w:rPr>
          <w:rFonts w:cs="Arial"/>
          <w:szCs w:val="24"/>
        </w:rPr>
        <w:t>хохирлоос</w:t>
      </w:r>
      <w:proofErr w:type="spellEnd"/>
      <w:r w:rsidRPr="007B2BD4">
        <w:rPr>
          <w:rFonts w:cs="Arial"/>
          <w:szCs w:val="24"/>
        </w:rPr>
        <w:t xml:space="preserve"> </w:t>
      </w:r>
      <w:proofErr w:type="spellStart"/>
      <w:r w:rsidRPr="007B2BD4">
        <w:rPr>
          <w:rFonts w:cs="Arial"/>
          <w:szCs w:val="24"/>
        </w:rPr>
        <w:t>зайлсхийх</w:t>
      </w:r>
      <w:proofErr w:type="spellEnd"/>
      <w:r w:rsidR="00972AAB">
        <w:rPr>
          <w:rFonts w:cs="Arial"/>
          <w:szCs w:val="24"/>
          <w:lang w:val="mn-MN"/>
        </w:rPr>
        <w:t xml:space="preserve">, </w:t>
      </w:r>
      <w:proofErr w:type="spellStart"/>
      <w:r w:rsidRPr="007B2BD4">
        <w:rPr>
          <w:rFonts w:cs="Arial"/>
          <w:szCs w:val="24"/>
        </w:rPr>
        <w:t>багасгах</w:t>
      </w:r>
      <w:proofErr w:type="spellEnd"/>
      <w:r w:rsidR="00972AAB">
        <w:rPr>
          <w:rFonts w:cs="Arial"/>
          <w:szCs w:val="24"/>
        </w:rPr>
        <w:t xml:space="preserve">, </w:t>
      </w:r>
      <w:proofErr w:type="spellStart"/>
      <w:r w:rsidRPr="007B2BD4">
        <w:rPr>
          <w:rFonts w:cs="Arial"/>
          <w:szCs w:val="24"/>
        </w:rPr>
        <w:t>нөхөн</w:t>
      </w:r>
      <w:proofErr w:type="spellEnd"/>
      <w:r w:rsidRPr="007B2BD4">
        <w:rPr>
          <w:rFonts w:cs="Arial"/>
          <w:szCs w:val="24"/>
        </w:rPr>
        <w:t xml:space="preserve"> </w:t>
      </w:r>
      <w:proofErr w:type="spellStart"/>
      <w:r w:rsidRPr="007B2BD4">
        <w:rPr>
          <w:rFonts w:cs="Arial"/>
          <w:szCs w:val="24"/>
        </w:rPr>
        <w:t>сэргээ</w:t>
      </w:r>
      <w:r w:rsidR="00972AAB">
        <w:rPr>
          <w:rFonts w:cs="Arial"/>
          <w:szCs w:val="24"/>
        </w:rPr>
        <w:t>х</w:t>
      </w:r>
      <w:proofErr w:type="spellEnd"/>
      <w:r w:rsidR="00972AAB">
        <w:rPr>
          <w:rFonts w:cs="Arial"/>
          <w:szCs w:val="24"/>
        </w:rPr>
        <w:t xml:space="preserve">, </w:t>
      </w:r>
      <w:proofErr w:type="spellStart"/>
      <w:r w:rsidRPr="007B2BD4">
        <w:rPr>
          <w:rFonts w:cs="Arial"/>
          <w:szCs w:val="24"/>
        </w:rPr>
        <w:t>нөхөн</w:t>
      </w:r>
      <w:proofErr w:type="spellEnd"/>
      <w:r w:rsidRPr="007B2BD4">
        <w:rPr>
          <w:rFonts w:cs="Arial"/>
          <w:szCs w:val="24"/>
        </w:rPr>
        <w:t xml:space="preserve"> </w:t>
      </w:r>
      <w:proofErr w:type="spellStart"/>
      <w:r w:rsidRPr="007B2BD4">
        <w:rPr>
          <w:rFonts w:cs="Arial"/>
          <w:szCs w:val="24"/>
        </w:rPr>
        <w:t>дүйцүүлэх</w:t>
      </w:r>
      <w:proofErr w:type="spellEnd"/>
      <w:r w:rsidRPr="007B2BD4">
        <w:rPr>
          <w:rFonts w:cs="Arial"/>
          <w:szCs w:val="24"/>
        </w:rPr>
        <w:t xml:space="preserve"> </w:t>
      </w:r>
      <w:proofErr w:type="spellStart"/>
      <w:r w:rsidRPr="007B2BD4">
        <w:rPr>
          <w:rFonts w:cs="Arial"/>
          <w:szCs w:val="24"/>
        </w:rPr>
        <w:t>дарааллыг</w:t>
      </w:r>
      <w:proofErr w:type="spellEnd"/>
      <w:r w:rsidRPr="007B2BD4">
        <w:rPr>
          <w:rFonts w:cs="Arial"/>
          <w:szCs w:val="24"/>
        </w:rPr>
        <w:t xml:space="preserve"> </w:t>
      </w:r>
      <w:proofErr w:type="spellStart"/>
      <w:r w:rsidRPr="007B2BD4">
        <w:rPr>
          <w:rFonts w:cs="Arial"/>
          <w:szCs w:val="24"/>
        </w:rPr>
        <w:t>мөрдөхөд</w:t>
      </w:r>
      <w:proofErr w:type="spellEnd"/>
      <w:r w:rsidRPr="007B2BD4">
        <w:rPr>
          <w:rFonts w:cs="Arial"/>
          <w:szCs w:val="24"/>
        </w:rPr>
        <w:t xml:space="preserve"> </w:t>
      </w:r>
      <w:proofErr w:type="spellStart"/>
      <w:r w:rsidRPr="007B2BD4">
        <w:rPr>
          <w:rFonts w:cs="Arial"/>
          <w:szCs w:val="24"/>
        </w:rPr>
        <w:t>чиглэнэ</w:t>
      </w:r>
      <w:proofErr w:type="spellEnd"/>
      <w:r w:rsidRPr="007B2BD4">
        <w:rPr>
          <w:rFonts w:cs="Arial"/>
          <w:szCs w:val="24"/>
        </w:rPr>
        <w:t>.</w:t>
      </w:r>
    </w:p>
    <w:p w14:paraId="71CA2B78" w14:textId="77777777" w:rsidR="00544E5A" w:rsidRPr="007B2BD4" w:rsidRDefault="00000000" w:rsidP="00426463">
      <w:pPr>
        <w:pStyle w:val="Heading2"/>
        <w:ind w:firstLine="567"/>
        <w:jc w:val="left"/>
        <w:rPr>
          <w:rFonts w:ascii="Arial" w:hAnsi="Arial" w:cs="Arial"/>
          <w:szCs w:val="24"/>
        </w:rPr>
      </w:pPr>
      <w:r w:rsidRPr="007B2BD4">
        <w:rPr>
          <w:rFonts w:ascii="Arial" w:hAnsi="Arial" w:cs="Arial"/>
          <w:szCs w:val="24"/>
        </w:rPr>
        <w:lastRenderedPageBreak/>
        <w:t xml:space="preserve">2.2. </w:t>
      </w:r>
      <w:proofErr w:type="spellStart"/>
      <w:r w:rsidRPr="007B2BD4">
        <w:rPr>
          <w:rFonts w:ascii="Arial" w:hAnsi="Arial" w:cs="Arial"/>
          <w:szCs w:val="24"/>
        </w:rPr>
        <w:t>Зохицуулах</w:t>
      </w:r>
      <w:proofErr w:type="spellEnd"/>
      <w:r w:rsidRPr="007B2BD4">
        <w:rPr>
          <w:rFonts w:ascii="Arial" w:hAnsi="Arial" w:cs="Arial"/>
          <w:szCs w:val="24"/>
        </w:rPr>
        <w:t xml:space="preserve"> </w:t>
      </w:r>
      <w:proofErr w:type="spellStart"/>
      <w:r w:rsidRPr="007B2BD4">
        <w:rPr>
          <w:rFonts w:ascii="Arial" w:hAnsi="Arial" w:cs="Arial"/>
          <w:szCs w:val="24"/>
        </w:rPr>
        <w:t>харилцаа</w:t>
      </w:r>
      <w:proofErr w:type="spellEnd"/>
      <w:r w:rsidRPr="007B2BD4">
        <w:rPr>
          <w:rFonts w:ascii="Arial" w:hAnsi="Arial" w:cs="Arial"/>
          <w:szCs w:val="24"/>
        </w:rPr>
        <w:t xml:space="preserve">, </w:t>
      </w:r>
      <w:proofErr w:type="spellStart"/>
      <w:r w:rsidRPr="007B2BD4">
        <w:rPr>
          <w:rFonts w:ascii="Arial" w:hAnsi="Arial" w:cs="Arial"/>
          <w:szCs w:val="24"/>
        </w:rPr>
        <w:t>хамрах</w:t>
      </w:r>
      <w:proofErr w:type="spellEnd"/>
      <w:r w:rsidRPr="007B2BD4">
        <w:rPr>
          <w:rFonts w:ascii="Arial" w:hAnsi="Arial" w:cs="Arial"/>
          <w:szCs w:val="24"/>
        </w:rPr>
        <w:t xml:space="preserve"> </w:t>
      </w:r>
      <w:proofErr w:type="spellStart"/>
      <w:r w:rsidRPr="007B2BD4">
        <w:rPr>
          <w:rFonts w:ascii="Arial" w:hAnsi="Arial" w:cs="Arial"/>
          <w:szCs w:val="24"/>
        </w:rPr>
        <w:t>хүрээ</w:t>
      </w:r>
      <w:proofErr w:type="spellEnd"/>
    </w:p>
    <w:p w14:paraId="73F28A62" w14:textId="659D1E97" w:rsidR="00544E5A" w:rsidRPr="007B2BD4" w:rsidRDefault="00000000">
      <w:pPr>
        <w:rPr>
          <w:rFonts w:cs="Arial"/>
          <w:szCs w:val="24"/>
        </w:rPr>
      </w:pPr>
      <w:proofErr w:type="spellStart"/>
      <w:r w:rsidRPr="007B2BD4">
        <w:rPr>
          <w:rFonts w:cs="Arial"/>
          <w:szCs w:val="24"/>
        </w:rPr>
        <w:t>Хуулийн</w:t>
      </w:r>
      <w:proofErr w:type="spellEnd"/>
      <w:r w:rsidRPr="007B2BD4">
        <w:rPr>
          <w:rFonts w:cs="Arial"/>
          <w:szCs w:val="24"/>
        </w:rPr>
        <w:t xml:space="preserve"> </w:t>
      </w:r>
      <w:proofErr w:type="spellStart"/>
      <w:r w:rsidRPr="007B2BD4">
        <w:rPr>
          <w:rFonts w:cs="Arial"/>
          <w:szCs w:val="24"/>
        </w:rPr>
        <w:t>төсөл</w:t>
      </w:r>
      <w:proofErr w:type="spellEnd"/>
      <w:r w:rsidRPr="007B2BD4">
        <w:rPr>
          <w:rFonts w:cs="Arial"/>
          <w:szCs w:val="24"/>
        </w:rPr>
        <w:t xml:space="preserve"> </w:t>
      </w:r>
      <w:proofErr w:type="spellStart"/>
      <w:r w:rsidRPr="007B2BD4">
        <w:rPr>
          <w:rFonts w:cs="Arial"/>
          <w:szCs w:val="24"/>
        </w:rPr>
        <w:t>нь</w:t>
      </w:r>
      <w:proofErr w:type="spellEnd"/>
      <w:r w:rsidRPr="007B2BD4">
        <w:rPr>
          <w:rFonts w:cs="Arial"/>
          <w:szCs w:val="24"/>
        </w:rPr>
        <w:t xml:space="preserve"> </w:t>
      </w:r>
      <w:proofErr w:type="spellStart"/>
      <w:r w:rsidRPr="007B2BD4">
        <w:rPr>
          <w:rFonts w:cs="Arial"/>
          <w:szCs w:val="24"/>
        </w:rPr>
        <w:t>Монгол</w:t>
      </w:r>
      <w:proofErr w:type="spellEnd"/>
      <w:r w:rsidR="007D12FB">
        <w:rPr>
          <w:rFonts w:cs="Arial"/>
          <w:szCs w:val="24"/>
        </w:rPr>
        <w:t xml:space="preserve"> </w:t>
      </w:r>
      <w:proofErr w:type="spellStart"/>
      <w:r w:rsidRPr="007B2BD4">
        <w:rPr>
          <w:rFonts w:cs="Arial"/>
          <w:szCs w:val="24"/>
        </w:rPr>
        <w:t>Улсын</w:t>
      </w:r>
      <w:proofErr w:type="spellEnd"/>
      <w:r w:rsidRPr="007B2BD4">
        <w:rPr>
          <w:rFonts w:cs="Arial"/>
          <w:szCs w:val="24"/>
        </w:rPr>
        <w:t xml:space="preserve"> </w:t>
      </w:r>
      <w:proofErr w:type="spellStart"/>
      <w:r w:rsidRPr="007B2BD4">
        <w:rPr>
          <w:rFonts w:cs="Arial"/>
          <w:szCs w:val="24"/>
        </w:rPr>
        <w:t>хот</w:t>
      </w:r>
      <w:proofErr w:type="spellEnd"/>
      <w:r w:rsidRPr="007B2BD4">
        <w:rPr>
          <w:rFonts w:cs="Arial"/>
          <w:szCs w:val="24"/>
        </w:rPr>
        <w:t xml:space="preserve">, </w:t>
      </w:r>
      <w:proofErr w:type="spellStart"/>
      <w:r w:rsidRPr="007B2BD4">
        <w:rPr>
          <w:rFonts w:cs="Arial"/>
          <w:szCs w:val="24"/>
        </w:rPr>
        <w:t>суурин</w:t>
      </w:r>
      <w:proofErr w:type="spellEnd"/>
      <w:r w:rsidRPr="007B2BD4">
        <w:rPr>
          <w:rFonts w:cs="Arial"/>
          <w:szCs w:val="24"/>
        </w:rPr>
        <w:t xml:space="preserve"> </w:t>
      </w:r>
      <w:proofErr w:type="spellStart"/>
      <w:r w:rsidRPr="007B2BD4">
        <w:rPr>
          <w:rFonts w:cs="Arial"/>
          <w:szCs w:val="24"/>
        </w:rPr>
        <w:t>газрын</w:t>
      </w:r>
      <w:proofErr w:type="spellEnd"/>
      <w:r w:rsidRPr="007B2BD4">
        <w:rPr>
          <w:rFonts w:cs="Arial"/>
          <w:szCs w:val="24"/>
        </w:rPr>
        <w:t xml:space="preserve"> </w:t>
      </w:r>
      <w:proofErr w:type="spellStart"/>
      <w:r w:rsidRPr="007B2BD4">
        <w:rPr>
          <w:rFonts w:cs="Arial"/>
          <w:szCs w:val="24"/>
        </w:rPr>
        <w:t>эдэлбэр</w:t>
      </w:r>
      <w:proofErr w:type="spellEnd"/>
      <w:r w:rsidRPr="007B2BD4">
        <w:rPr>
          <w:rFonts w:cs="Arial"/>
          <w:szCs w:val="24"/>
        </w:rPr>
        <w:t xml:space="preserve"> </w:t>
      </w:r>
      <w:proofErr w:type="spellStart"/>
      <w:r w:rsidRPr="007B2BD4">
        <w:rPr>
          <w:rFonts w:cs="Arial"/>
          <w:szCs w:val="24"/>
        </w:rPr>
        <w:t>газрын</w:t>
      </w:r>
      <w:proofErr w:type="spellEnd"/>
      <w:r w:rsidRPr="007B2BD4">
        <w:rPr>
          <w:rFonts w:cs="Arial"/>
          <w:szCs w:val="24"/>
        </w:rPr>
        <w:t xml:space="preserve"> </w:t>
      </w:r>
      <w:proofErr w:type="spellStart"/>
      <w:r w:rsidRPr="007B2BD4">
        <w:rPr>
          <w:rFonts w:cs="Arial"/>
          <w:szCs w:val="24"/>
        </w:rPr>
        <w:t>хилийн</w:t>
      </w:r>
      <w:proofErr w:type="spellEnd"/>
      <w:r w:rsidRPr="007B2BD4">
        <w:rPr>
          <w:rFonts w:cs="Arial"/>
          <w:szCs w:val="24"/>
        </w:rPr>
        <w:t xml:space="preserve"> </w:t>
      </w:r>
      <w:proofErr w:type="spellStart"/>
      <w:r w:rsidRPr="007B2BD4">
        <w:rPr>
          <w:rFonts w:cs="Arial"/>
          <w:szCs w:val="24"/>
        </w:rPr>
        <w:t>дотор</w:t>
      </w:r>
      <w:proofErr w:type="spellEnd"/>
      <w:r w:rsidRPr="007B2BD4">
        <w:rPr>
          <w:rFonts w:cs="Arial"/>
          <w:szCs w:val="24"/>
        </w:rPr>
        <w:t xml:space="preserve"> </w:t>
      </w:r>
      <w:proofErr w:type="spellStart"/>
      <w:r w:rsidRPr="007B2BD4">
        <w:rPr>
          <w:rFonts w:cs="Arial"/>
          <w:szCs w:val="24"/>
        </w:rPr>
        <w:t>хотын</w:t>
      </w:r>
      <w:proofErr w:type="spellEnd"/>
      <w:r w:rsidRPr="007B2BD4">
        <w:rPr>
          <w:rFonts w:cs="Arial"/>
          <w:szCs w:val="24"/>
        </w:rPr>
        <w:t xml:space="preserve"> </w:t>
      </w:r>
      <w:proofErr w:type="spellStart"/>
      <w:r w:rsidRPr="007B2BD4">
        <w:rPr>
          <w:rFonts w:cs="Arial"/>
          <w:szCs w:val="24"/>
        </w:rPr>
        <w:t>ой</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дэд</w:t>
      </w:r>
      <w:proofErr w:type="spellEnd"/>
      <w:r w:rsidRPr="007B2BD4">
        <w:rPr>
          <w:rFonts w:cs="Arial"/>
          <w:szCs w:val="24"/>
        </w:rPr>
        <w:t xml:space="preserve"> </w:t>
      </w:r>
      <w:proofErr w:type="spellStart"/>
      <w:r w:rsidRPr="007B2BD4">
        <w:rPr>
          <w:rFonts w:cs="Arial"/>
          <w:szCs w:val="24"/>
        </w:rPr>
        <w:t>бүтцийг</w:t>
      </w:r>
      <w:proofErr w:type="spellEnd"/>
      <w:r w:rsidRPr="007B2BD4">
        <w:rPr>
          <w:rFonts w:cs="Arial"/>
          <w:szCs w:val="24"/>
        </w:rPr>
        <w:t xml:space="preserve"> </w:t>
      </w:r>
      <w:proofErr w:type="spellStart"/>
      <w:r w:rsidRPr="007B2BD4">
        <w:rPr>
          <w:rFonts w:cs="Arial"/>
          <w:szCs w:val="24"/>
        </w:rPr>
        <w:t>төлөвлөх</w:t>
      </w:r>
      <w:proofErr w:type="spellEnd"/>
      <w:r w:rsidRPr="007B2BD4">
        <w:rPr>
          <w:rFonts w:cs="Arial"/>
          <w:szCs w:val="24"/>
        </w:rPr>
        <w:t xml:space="preserve">, </w:t>
      </w:r>
      <w:proofErr w:type="spellStart"/>
      <w:r w:rsidRPr="007B2BD4">
        <w:rPr>
          <w:rFonts w:cs="Arial"/>
          <w:szCs w:val="24"/>
        </w:rPr>
        <w:t>бий</w:t>
      </w:r>
      <w:proofErr w:type="spellEnd"/>
      <w:r w:rsidRPr="007B2BD4">
        <w:rPr>
          <w:rFonts w:cs="Arial"/>
          <w:szCs w:val="24"/>
        </w:rPr>
        <w:t xml:space="preserve"> </w:t>
      </w:r>
      <w:proofErr w:type="spellStart"/>
      <w:r w:rsidRPr="007B2BD4">
        <w:rPr>
          <w:rFonts w:cs="Arial"/>
          <w:szCs w:val="24"/>
        </w:rPr>
        <w:t>болгох</w:t>
      </w:r>
      <w:proofErr w:type="spellEnd"/>
      <w:r w:rsidRPr="007B2BD4">
        <w:rPr>
          <w:rFonts w:cs="Arial"/>
          <w:szCs w:val="24"/>
        </w:rPr>
        <w:t xml:space="preserve">, </w:t>
      </w:r>
      <w:proofErr w:type="spellStart"/>
      <w:r w:rsidRPr="007B2BD4">
        <w:rPr>
          <w:rFonts w:cs="Arial"/>
          <w:szCs w:val="24"/>
        </w:rPr>
        <w:t>хамгаалах</w:t>
      </w:r>
      <w:proofErr w:type="spellEnd"/>
      <w:r w:rsidRPr="007B2BD4">
        <w:rPr>
          <w:rFonts w:cs="Arial"/>
          <w:szCs w:val="24"/>
        </w:rPr>
        <w:t xml:space="preserve">, </w:t>
      </w:r>
      <w:proofErr w:type="spellStart"/>
      <w:r w:rsidRPr="007B2BD4">
        <w:rPr>
          <w:rFonts w:cs="Arial"/>
          <w:szCs w:val="24"/>
        </w:rPr>
        <w:t>ашиглах</w:t>
      </w:r>
      <w:proofErr w:type="spellEnd"/>
      <w:r w:rsidRPr="007B2BD4">
        <w:rPr>
          <w:rFonts w:cs="Arial"/>
          <w:szCs w:val="24"/>
        </w:rPr>
        <w:t xml:space="preserve">, </w:t>
      </w:r>
      <w:proofErr w:type="spellStart"/>
      <w:r w:rsidRPr="007B2BD4">
        <w:rPr>
          <w:rFonts w:cs="Arial"/>
          <w:szCs w:val="24"/>
        </w:rPr>
        <w:t>үнэлэх</w:t>
      </w:r>
      <w:proofErr w:type="spellEnd"/>
      <w:r w:rsidRPr="007B2BD4">
        <w:rPr>
          <w:rFonts w:cs="Arial"/>
          <w:szCs w:val="24"/>
        </w:rPr>
        <w:t xml:space="preserve">, </w:t>
      </w:r>
      <w:proofErr w:type="spellStart"/>
      <w:r w:rsidRPr="007B2BD4">
        <w:rPr>
          <w:rFonts w:cs="Arial"/>
          <w:szCs w:val="24"/>
        </w:rPr>
        <w:t>бүртгэх</w:t>
      </w:r>
      <w:proofErr w:type="spellEnd"/>
      <w:r w:rsidRPr="007B2BD4">
        <w:rPr>
          <w:rFonts w:cs="Arial"/>
          <w:szCs w:val="24"/>
        </w:rPr>
        <w:t xml:space="preserve">, </w:t>
      </w:r>
      <w:proofErr w:type="spellStart"/>
      <w:r w:rsidRPr="007B2BD4">
        <w:rPr>
          <w:rFonts w:cs="Arial"/>
          <w:szCs w:val="24"/>
        </w:rPr>
        <w:t>санхүүжүүлэх</w:t>
      </w:r>
      <w:proofErr w:type="spellEnd"/>
      <w:r w:rsidRPr="007B2BD4">
        <w:rPr>
          <w:rFonts w:cs="Arial"/>
          <w:szCs w:val="24"/>
        </w:rPr>
        <w:t xml:space="preserve">, </w:t>
      </w:r>
      <w:proofErr w:type="spellStart"/>
      <w:r w:rsidRPr="007B2BD4">
        <w:rPr>
          <w:rFonts w:cs="Arial"/>
          <w:szCs w:val="24"/>
        </w:rPr>
        <w:t>хяналт</w:t>
      </w:r>
      <w:proofErr w:type="spellEnd"/>
      <w:r w:rsidRPr="007B2BD4">
        <w:rPr>
          <w:rFonts w:cs="Arial"/>
          <w:szCs w:val="24"/>
        </w:rPr>
        <w:t xml:space="preserve"> </w:t>
      </w:r>
      <w:proofErr w:type="spellStart"/>
      <w:r w:rsidRPr="007B2BD4">
        <w:rPr>
          <w:rFonts w:cs="Arial"/>
          <w:szCs w:val="24"/>
        </w:rPr>
        <w:t>тавих</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байгууламж</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амьд</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хөрөнгөтэй</w:t>
      </w:r>
      <w:proofErr w:type="spellEnd"/>
      <w:r w:rsidRPr="007B2BD4">
        <w:rPr>
          <w:rFonts w:cs="Arial"/>
          <w:szCs w:val="24"/>
        </w:rPr>
        <w:t xml:space="preserve"> </w:t>
      </w:r>
      <w:proofErr w:type="spellStart"/>
      <w:r w:rsidRPr="007B2BD4">
        <w:rPr>
          <w:rFonts w:cs="Arial"/>
          <w:szCs w:val="24"/>
        </w:rPr>
        <w:t>холбогдсон</w:t>
      </w:r>
      <w:proofErr w:type="spellEnd"/>
      <w:r w:rsidRPr="007B2BD4">
        <w:rPr>
          <w:rFonts w:cs="Arial"/>
          <w:szCs w:val="24"/>
        </w:rPr>
        <w:t xml:space="preserve"> </w:t>
      </w:r>
      <w:proofErr w:type="spellStart"/>
      <w:r w:rsidRPr="007B2BD4">
        <w:rPr>
          <w:rFonts w:cs="Arial"/>
          <w:szCs w:val="24"/>
        </w:rPr>
        <w:t>харилцаанд</w:t>
      </w:r>
      <w:proofErr w:type="spellEnd"/>
      <w:r w:rsidRPr="007B2BD4">
        <w:rPr>
          <w:rFonts w:cs="Arial"/>
          <w:szCs w:val="24"/>
        </w:rPr>
        <w:t xml:space="preserve"> </w:t>
      </w:r>
      <w:proofErr w:type="spellStart"/>
      <w:r w:rsidRPr="007B2BD4">
        <w:rPr>
          <w:rFonts w:cs="Arial"/>
          <w:szCs w:val="24"/>
        </w:rPr>
        <w:t>үйлчилнэ</w:t>
      </w:r>
      <w:proofErr w:type="spellEnd"/>
      <w:r w:rsidRPr="007B2BD4">
        <w:rPr>
          <w:rFonts w:cs="Arial"/>
          <w:szCs w:val="24"/>
        </w:rPr>
        <w:t xml:space="preserve">. </w:t>
      </w:r>
      <w:proofErr w:type="spellStart"/>
      <w:r w:rsidRPr="007B2BD4">
        <w:rPr>
          <w:rFonts w:cs="Arial"/>
          <w:szCs w:val="24"/>
        </w:rPr>
        <w:t>Ойн</w:t>
      </w:r>
      <w:proofErr w:type="spellEnd"/>
      <w:r w:rsidRPr="007B2BD4">
        <w:rPr>
          <w:rFonts w:cs="Arial"/>
          <w:szCs w:val="24"/>
        </w:rPr>
        <w:t xml:space="preserve"> </w:t>
      </w:r>
      <w:proofErr w:type="spellStart"/>
      <w:r w:rsidRPr="007B2BD4">
        <w:rPr>
          <w:rFonts w:cs="Arial"/>
          <w:szCs w:val="24"/>
        </w:rPr>
        <w:t>санд</w:t>
      </w:r>
      <w:proofErr w:type="spellEnd"/>
      <w:r w:rsidRPr="007B2BD4">
        <w:rPr>
          <w:rFonts w:cs="Arial"/>
          <w:szCs w:val="24"/>
        </w:rPr>
        <w:t xml:space="preserve"> </w:t>
      </w:r>
      <w:proofErr w:type="spellStart"/>
      <w:r w:rsidRPr="007B2BD4">
        <w:rPr>
          <w:rFonts w:cs="Arial"/>
          <w:szCs w:val="24"/>
        </w:rPr>
        <w:t>хамаарах</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бүсийн</w:t>
      </w:r>
      <w:proofErr w:type="spellEnd"/>
      <w:r w:rsidRPr="007B2BD4">
        <w:rPr>
          <w:rFonts w:cs="Arial"/>
          <w:szCs w:val="24"/>
        </w:rPr>
        <w:t xml:space="preserve"> </w:t>
      </w:r>
      <w:proofErr w:type="spellStart"/>
      <w:r w:rsidRPr="007B2BD4">
        <w:rPr>
          <w:rFonts w:cs="Arial"/>
          <w:szCs w:val="24"/>
        </w:rPr>
        <w:t>ойг</w:t>
      </w:r>
      <w:proofErr w:type="spellEnd"/>
      <w:r w:rsidRPr="007B2BD4">
        <w:rPr>
          <w:rFonts w:cs="Arial"/>
          <w:szCs w:val="24"/>
        </w:rPr>
        <w:t xml:space="preserve"> </w:t>
      </w:r>
      <w:proofErr w:type="spellStart"/>
      <w:r w:rsidRPr="007B2BD4">
        <w:rPr>
          <w:rFonts w:cs="Arial"/>
          <w:szCs w:val="24"/>
        </w:rPr>
        <w:t>хамгаалах</w:t>
      </w:r>
      <w:proofErr w:type="spellEnd"/>
      <w:r w:rsidRPr="007B2BD4">
        <w:rPr>
          <w:rFonts w:cs="Arial"/>
          <w:szCs w:val="24"/>
        </w:rPr>
        <w:t xml:space="preserve">, </w:t>
      </w:r>
      <w:proofErr w:type="spellStart"/>
      <w:r w:rsidRPr="007B2BD4">
        <w:rPr>
          <w:rFonts w:cs="Arial"/>
          <w:szCs w:val="24"/>
        </w:rPr>
        <w:t>нөхөн</w:t>
      </w:r>
      <w:proofErr w:type="spellEnd"/>
      <w:r w:rsidRPr="007B2BD4">
        <w:rPr>
          <w:rFonts w:cs="Arial"/>
          <w:szCs w:val="24"/>
        </w:rPr>
        <w:t xml:space="preserve"> </w:t>
      </w:r>
      <w:proofErr w:type="spellStart"/>
      <w:r w:rsidRPr="007B2BD4">
        <w:rPr>
          <w:rFonts w:cs="Arial"/>
          <w:szCs w:val="24"/>
        </w:rPr>
        <w:t>сэргээх</w:t>
      </w:r>
      <w:proofErr w:type="spellEnd"/>
      <w:r w:rsidRPr="007B2BD4">
        <w:rPr>
          <w:rFonts w:cs="Arial"/>
          <w:szCs w:val="24"/>
        </w:rPr>
        <w:t xml:space="preserve">, </w:t>
      </w:r>
      <w:proofErr w:type="spellStart"/>
      <w:r w:rsidRPr="007B2BD4">
        <w:rPr>
          <w:rFonts w:cs="Arial"/>
          <w:szCs w:val="24"/>
        </w:rPr>
        <w:t>ойжуулах</w:t>
      </w:r>
      <w:proofErr w:type="spellEnd"/>
      <w:r w:rsidRPr="007B2BD4">
        <w:rPr>
          <w:rFonts w:cs="Arial"/>
          <w:szCs w:val="24"/>
        </w:rPr>
        <w:t xml:space="preserve"> </w:t>
      </w:r>
      <w:proofErr w:type="spellStart"/>
      <w:r w:rsidRPr="007B2BD4">
        <w:rPr>
          <w:rFonts w:cs="Arial"/>
          <w:szCs w:val="24"/>
        </w:rPr>
        <w:t>харилцааг</w:t>
      </w:r>
      <w:proofErr w:type="spellEnd"/>
      <w:r w:rsidRPr="007B2BD4">
        <w:rPr>
          <w:rFonts w:cs="Arial"/>
          <w:szCs w:val="24"/>
        </w:rPr>
        <w:t xml:space="preserve"> </w:t>
      </w:r>
      <w:proofErr w:type="spellStart"/>
      <w:r w:rsidRPr="007B2BD4">
        <w:rPr>
          <w:rFonts w:cs="Arial"/>
          <w:szCs w:val="24"/>
        </w:rPr>
        <w:t>Ойн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хуулиар</w:t>
      </w:r>
      <w:proofErr w:type="spellEnd"/>
      <w:r w:rsidRPr="007B2BD4">
        <w:rPr>
          <w:rFonts w:cs="Arial"/>
          <w:szCs w:val="24"/>
        </w:rPr>
        <w:t xml:space="preserve"> </w:t>
      </w:r>
      <w:proofErr w:type="spellStart"/>
      <w:r w:rsidRPr="007B2BD4">
        <w:rPr>
          <w:rFonts w:cs="Arial"/>
          <w:szCs w:val="24"/>
        </w:rPr>
        <w:t>зохицуулах</w:t>
      </w:r>
      <w:proofErr w:type="spellEnd"/>
      <w:r w:rsidRPr="007B2BD4">
        <w:rPr>
          <w:rFonts w:cs="Arial"/>
          <w:szCs w:val="24"/>
        </w:rPr>
        <w:t xml:space="preserve"> </w:t>
      </w:r>
      <w:proofErr w:type="spellStart"/>
      <w:r w:rsidRPr="007B2BD4">
        <w:rPr>
          <w:rFonts w:cs="Arial"/>
          <w:szCs w:val="24"/>
        </w:rPr>
        <w:t>бөгөөд</w:t>
      </w:r>
      <w:proofErr w:type="spellEnd"/>
      <w:r w:rsidRPr="007B2BD4">
        <w:rPr>
          <w:rFonts w:cs="Arial"/>
          <w:szCs w:val="24"/>
        </w:rPr>
        <w:t xml:space="preserve"> </w:t>
      </w:r>
      <w:proofErr w:type="spellStart"/>
      <w:r w:rsidRPr="007B2BD4">
        <w:rPr>
          <w:rFonts w:cs="Arial"/>
          <w:szCs w:val="24"/>
        </w:rPr>
        <w:t>хотын</w:t>
      </w:r>
      <w:proofErr w:type="spellEnd"/>
      <w:r w:rsidRPr="007B2BD4">
        <w:rPr>
          <w:rFonts w:cs="Arial"/>
          <w:szCs w:val="24"/>
        </w:rPr>
        <w:t xml:space="preserve"> </w:t>
      </w:r>
      <w:proofErr w:type="spellStart"/>
      <w:r w:rsidRPr="007B2BD4">
        <w:rPr>
          <w:rFonts w:cs="Arial"/>
          <w:szCs w:val="24"/>
        </w:rPr>
        <w:t>эдэлбэр</w:t>
      </w:r>
      <w:proofErr w:type="spellEnd"/>
      <w:r w:rsidRPr="007B2BD4">
        <w:rPr>
          <w:rFonts w:cs="Arial"/>
          <w:szCs w:val="24"/>
        </w:rPr>
        <w:t xml:space="preserve"> </w:t>
      </w:r>
      <w:proofErr w:type="spellStart"/>
      <w:r w:rsidRPr="007B2BD4">
        <w:rPr>
          <w:rFonts w:cs="Arial"/>
          <w:szCs w:val="24"/>
        </w:rPr>
        <w:t>газрын</w:t>
      </w:r>
      <w:proofErr w:type="spellEnd"/>
      <w:r w:rsidRPr="007B2BD4">
        <w:rPr>
          <w:rFonts w:cs="Arial"/>
          <w:szCs w:val="24"/>
        </w:rPr>
        <w:t xml:space="preserve"> </w:t>
      </w:r>
      <w:proofErr w:type="spellStart"/>
      <w:r w:rsidRPr="007B2BD4">
        <w:rPr>
          <w:rFonts w:cs="Arial"/>
          <w:szCs w:val="24"/>
        </w:rPr>
        <w:t>дотор</w:t>
      </w:r>
      <w:proofErr w:type="spellEnd"/>
      <w:r w:rsidRPr="007B2BD4">
        <w:rPr>
          <w:rFonts w:cs="Arial"/>
          <w:szCs w:val="24"/>
        </w:rPr>
        <w:t xml:space="preserve"> </w:t>
      </w:r>
      <w:proofErr w:type="spellStart"/>
      <w:r w:rsidRPr="007B2BD4">
        <w:rPr>
          <w:rFonts w:cs="Arial"/>
          <w:szCs w:val="24"/>
        </w:rPr>
        <w:t>энэ</w:t>
      </w:r>
      <w:proofErr w:type="spellEnd"/>
      <w:r w:rsidRPr="007B2BD4">
        <w:rPr>
          <w:rFonts w:cs="Arial"/>
          <w:szCs w:val="24"/>
        </w:rPr>
        <w:t xml:space="preserve"> </w:t>
      </w:r>
      <w:proofErr w:type="spellStart"/>
      <w:r w:rsidRPr="007B2BD4">
        <w:rPr>
          <w:rFonts w:cs="Arial"/>
          <w:szCs w:val="24"/>
        </w:rPr>
        <w:t>хуулийн</w:t>
      </w:r>
      <w:proofErr w:type="spellEnd"/>
      <w:r w:rsidRPr="007B2BD4">
        <w:rPr>
          <w:rFonts w:cs="Arial"/>
          <w:szCs w:val="24"/>
        </w:rPr>
        <w:t xml:space="preserve"> </w:t>
      </w:r>
      <w:proofErr w:type="spellStart"/>
      <w:r w:rsidRPr="007B2BD4">
        <w:rPr>
          <w:rFonts w:cs="Arial"/>
          <w:szCs w:val="24"/>
        </w:rPr>
        <w:t>дагуу</w:t>
      </w:r>
      <w:proofErr w:type="spellEnd"/>
      <w:r w:rsidRPr="007B2BD4">
        <w:rPr>
          <w:rFonts w:cs="Arial"/>
          <w:szCs w:val="24"/>
        </w:rPr>
        <w:t xml:space="preserve"> </w:t>
      </w:r>
      <w:proofErr w:type="spellStart"/>
      <w:r w:rsidRPr="007B2BD4">
        <w:rPr>
          <w:rFonts w:cs="Arial"/>
          <w:szCs w:val="24"/>
        </w:rPr>
        <w:t>бүртгэсэн</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хөрөнгийг</w:t>
      </w:r>
      <w:proofErr w:type="spellEnd"/>
      <w:r w:rsidRPr="007B2BD4">
        <w:rPr>
          <w:rFonts w:cs="Arial"/>
          <w:szCs w:val="24"/>
        </w:rPr>
        <w:t xml:space="preserve"> </w:t>
      </w:r>
      <w:proofErr w:type="spellStart"/>
      <w:r w:rsidRPr="007B2BD4">
        <w:rPr>
          <w:rFonts w:cs="Arial"/>
          <w:szCs w:val="24"/>
        </w:rPr>
        <w:t>таримал</w:t>
      </w:r>
      <w:proofErr w:type="spellEnd"/>
      <w:r w:rsidRPr="007B2BD4">
        <w:rPr>
          <w:rFonts w:cs="Arial"/>
          <w:szCs w:val="24"/>
        </w:rPr>
        <w:t xml:space="preserve"> </w:t>
      </w:r>
      <w:proofErr w:type="spellStart"/>
      <w:r w:rsidRPr="007B2BD4">
        <w:rPr>
          <w:rFonts w:cs="Arial"/>
          <w:szCs w:val="24"/>
        </w:rPr>
        <w:t>ойд</w:t>
      </w:r>
      <w:proofErr w:type="spellEnd"/>
      <w:r w:rsidRPr="007B2BD4">
        <w:rPr>
          <w:rFonts w:cs="Arial"/>
          <w:szCs w:val="24"/>
        </w:rPr>
        <w:t xml:space="preserve"> </w:t>
      </w:r>
      <w:proofErr w:type="spellStart"/>
      <w:r w:rsidRPr="007B2BD4">
        <w:rPr>
          <w:rFonts w:cs="Arial"/>
          <w:szCs w:val="24"/>
        </w:rPr>
        <w:t>давхардуулан</w:t>
      </w:r>
      <w:proofErr w:type="spellEnd"/>
      <w:r w:rsidRPr="007B2BD4">
        <w:rPr>
          <w:rFonts w:cs="Arial"/>
          <w:szCs w:val="24"/>
        </w:rPr>
        <w:t xml:space="preserve"> </w:t>
      </w:r>
      <w:proofErr w:type="spellStart"/>
      <w:r w:rsidRPr="007B2BD4">
        <w:rPr>
          <w:rFonts w:cs="Arial"/>
          <w:szCs w:val="24"/>
        </w:rPr>
        <w:t>тооцохгүй</w:t>
      </w:r>
      <w:proofErr w:type="spellEnd"/>
      <w:r w:rsidRPr="007B2BD4">
        <w:rPr>
          <w:rFonts w:cs="Arial"/>
          <w:szCs w:val="24"/>
        </w:rPr>
        <w:t>.</w:t>
      </w:r>
    </w:p>
    <w:p w14:paraId="45C1BEA6" w14:textId="77777777" w:rsidR="00B7740B" w:rsidRDefault="00000000">
      <w:pPr>
        <w:rPr>
          <w:rFonts w:cs="Arial"/>
          <w:szCs w:val="24"/>
        </w:rPr>
      </w:pPr>
      <w:proofErr w:type="spellStart"/>
      <w:r w:rsidRPr="007B2BD4">
        <w:rPr>
          <w:rFonts w:cs="Arial"/>
          <w:szCs w:val="24"/>
        </w:rPr>
        <w:t>Иргэн</w:t>
      </w:r>
      <w:proofErr w:type="spellEnd"/>
      <w:r w:rsidRPr="007B2BD4">
        <w:rPr>
          <w:rFonts w:cs="Arial"/>
          <w:szCs w:val="24"/>
        </w:rPr>
        <w:t xml:space="preserve"> </w:t>
      </w:r>
      <w:proofErr w:type="spellStart"/>
      <w:r w:rsidRPr="007B2BD4">
        <w:rPr>
          <w:rFonts w:cs="Arial"/>
          <w:szCs w:val="24"/>
        </w:rPr>
        <w:t>өөрийн</w:t>
      </w:r>
      <w:proofErr w:type="spellEnd"/>
      <w:r w:rsidRPr="007B2BD4">
        <w:rPr>
          <w:rFonts w:cs="Arial"/>
          <w:szCs w:val="24"/>
        </w:rPr>
        <w:t xml:space="preserve"> </w:t>
      </w:r>
      <w:proofErr w:type="spellStart"/>
      <w:r w:rsidRPr="007B2BD4">
        <w:rPr>
          <w:rFonts w:cs="Arial"/>
          <w:szCs w:val="24"/>
        </w:rPr>
        <w:t>өмчлөл</w:t>
      </w:r>
      <w:proofErr w:type="spellEnd"/>
      <w:r w:rsidRPr="007B2BD4">
        <w:rPr>
          <w:rFonts w:cs="Arial"/>
          <w:szCs w:val="24"/>
        </w:rPr>
        <w:t xml:space="preserve">, </w:t>
      </w:r>
      <w:proofErr w:type="spellStart"/>
      <w:r w:rsidRPr="007B2BD4">
        <w:rPr>
          <w:rFonts w:cs="Arial"/>
          <w:szCs w:val="24"/>
        </w:rPr>
        <w:t>эзэмшил</w:t>
      </w:r>
      <w:proofErr w:type="spellEnd"/>
      <w:r w:rsidRPr="007B2BD4">
        <w:rPr>
          <w:rFonts w:cs="Arial"/>
          <w:szCs w:val="24"/>
        </w:rPr>
        <w:t xml:space="preserve">, </w:t>
      </w:r>
      <w:proofErr w:type="spellStart"/>
      <w:r w:rsidRPr="007B2BD4">
        <w:rPr>
          <w:rFonts w:cs="Arial"/>
          <w:szCs w:val="24"/>
        </w:rPr>
        <w:t>ашиглалтад</w:t>
      </w:r>
      <w:proofErr w:type="spellEnd"/>
      <w:r w:rsidRPr="007B2BD4">
        <w:rPr>
          <w:rFonts w:cs="Arial"/>
          <w:szCs w:val="24"/>
        </w:rPr>
        <w:t xml:space="preserve"> </w:t>
      </w:r>
      <w:proofErr w:type="spellStart"/>
      <w:r w:rsidRPr="007B2BD4">
        <w:rPr>
          <w:rFonts w:cs="Arial"/>
          <w:szCs w:val="24"/>
        </w:rPr>
        <w:t>байгаа</w:t>
      </w:r>
      <w:proofErr w:type="spellEnd"/>
      <w:r w:rsidRPr="007B2BD4">
        <w:rPr>
          <w:rFonts w:cs="Arial"/>
          <w:szCs w:val="24"/>
        </w:rPr>
        <w:t xml:space="preserve"> </w:t>
      </w:r>
      <w:proofErr w:type="spellStart"/>
      <w:r w:rsidRPr="007B2BD4">
        <w:rPr>
          <w:rFonts w:cs="Arial"/>
          <w:szCs w:val="24"/>
        </w:rPr>
        <w:t>газарт</w:t>
      </w:r>
      <w:proofErr w:type="spellEnd"/>
      <w:r w:rsidRPr="007B2BD4">
        <w:rPr>
          <w:rFonts w:cs="Arial"/>
          <w:szCs w:val="24"/>
        </w:rPr>
        <w:t xml:space="preserve"> </w:t>
      </w:r>
      <w:proofErr w:type="spellStart"/>
      <w:r w:rsidRPr="007B2BD4">
        <w:rPr>
          <w:rFonts w:cs="Arial"/>
          <w:szCs w:val="24"/>
        </w:rPr>
        <w:t>бий</w:t>
      </w:r>
      <w:proofErr w:type="spellEnd"/>
      <w:r w:rsidRPr="007B2BD4">
        <w:rPr>
          <w:rFonts w:cs="Arial"/>
          <w:szCs w:val="24"/>
        </w:rPr>
        <w:t xml:space="preserve"> </w:t>
      </w:r>
      <w:proofErr w:type="spellStart"/>
      <w:r w:rsidRPr="007B2BD4">
        <w:rPr>
          <w:rFonts w:cs="Arial"/>
          <w:szCs w:val="24"/>
        </w:rPr>
        <w:t>болгосон</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хөрөнгөө</w:t>
      </w:r>
      <w:proofErr w:type="spellEnd"/>
      <w:r w:rsidRPr="007B2BD4">
        <w:rPr>
          <w:rFonts w:cs="Arial"/>
          <w:szCs w:val="24"/>
        </w:rPr>
        <w:t xml:space="preserve"> </w:t>
      </w:r>
      <w:proofErr w:type="spellStart"/>
      <w:r w:rsidRPr="007B2BD4">
        <w:rPr>
          <w:rFonts w:cs="Arial"/>
          <w:szCs w:val="24"/>
        </w:rPr>
        <w:t>заавал</w:t>
      </w:r>
      <w:proofErr w:type="spellEnd"/>
      <w:r w:rsidRPr="007B2BD4">
        <w:rPr>
          <w:rFonts w:cs="Arial"/>
          <w:szCs w:val="24"/>
        </w:rPr>
        <w:t xml:space="preserve"> </w:t>
      </w:r>
      <w:proofErr w:type="spellStart"/>
      <w:r w:rsidRPr="007B2BD4">
        <w:rPr>
          <w:rFonts w:cs="Arial"/>
          <w:szCs w:val="24"/>
        </w:rPr>
        <w:t>бүртгүүлэхгүй</w:t>
      </w:r>
      <w:proofErr w:type="spellEnd"/>
      <w:r w:rsidRPr="007B2BD4">
        <w:rPr>
          <w:rFonts w:cs="Arial"/>
          <w:szCs w:val="24"/>
        </w:rPr>
        <w:t xml:space="preserve">, </w:t>
      </w:r>
      <w:proofErr w:type="spellStart"/>
      <w:r w:rsidRPr="007B2BD4">
        <w:rPr>
          <w:rFonts w:cs="Arial"/>
          <w:szCs w:val="24"/>
        </w:rPr>
        <w:t>сайн</w:t>
      </w:r>
      <w:proofErr w:type="spellEnd"/>
      <w:r w:rsidRPr="007B2BD4">
        <w:rPr>
          <w:rFonts w:cs="Arial"/>
          <w:szCs w:val="24"/>
        </w:rPr>
        <w:t xml:space="preserve"> </w:t>
      </w:r>
      <w:proofErr w:type="spellStart"/>
      <w:r w:rsidRPr="007B2BD4">
        <w:rPr>
          <w:rFonts w:cs="Arial"/>
          <w:szCs w:val="24"/>
        </w:rPr>
        <w:t>дурын</w:t>
      </w:r>
      <w:proofErr w:type="spellEnd"/>
      <w:r w:rsidRPr="007B2BD4">
        <w:rPr>
          <w:rFonts w:cs="Arial"/>
          <w:szCs w:val="24"/>
        </w:rPr>
        <w:t xml:space="preserve"> </w:t>
      </w:r>
      <w:proofErr w:type="spellStart"/>
      <w:r w:rsidRPr="007B2BD4">
        <w:rPr>
          <w:rFonts w:cs="Arial"/>
          <w:szCs w:val="24"/>
        </w:rPr>
        <w:t>үндсэн</w:t>
      </w:r>
      <w:proofErr w:type="spellEnd"/>
      <w:r w:rsidRPr="007B2BD4">
        <w:rPr>
          <w:rFonts w:cs="Arial"/>
          <w:szCs w:val="24"/>
        </w:rPr>
        <w:t xml:space="preserve"> </w:t>
      </w:r>
      <w:proofErr w:type="spellStart"/>
      <w:r w:rsidRPr="007B2BD4">
        <w:rPr>
          <w:rFonts w:cs="Arial"/>
          <w:szCs w:val="24"/>
        </w:rPr>
        <w:t>дээр</w:t>
      </w:r>
      <w:proofErr w:type="spellEnd"/>
      <w:r w:rsidRPr="007B2BD4">
        <w:rPr>
          <w:rFonts w:cs="Arial"/>
          <w:szCs w:val="24"/>
        </w:rPr>
        <w:t xml:space="preserve"> </w:t>
      </w:r>
      <w:proofErr w:type="spellStart"/>
      <w:r w:rsidRPr="007B2BD4">
        <w:rPr>
          <w:rFonts w:cs="Arial"/>
          <w:szCs w:val="24"/>
        </w:rPr>
        <w:t>бүртгүүлсэн</w:t>
      </w:r>
      <w:proofErr w:type="spellEnd"/>
      <w:r w:rsidRPr="007B2BD4">
        <w:rPr>
          <w:rFonts w:cs="Arial"/>
          <w:szCs w:val="24"/>
        </w:rPr>
        <w:t xml:space="preserve"> </w:t>
      </w:r>
      <w:proofErr w:type="spellStart"/>
      <w:r w:rsidRPr="007B2BD4">
        <w:rPr>
          <w:rFonts w:cs="Arial"/>
          <w:szCs w:val="24"/>
        </w:rPr>
        <w:t>тохиолдолд</w:t>
      </w:r>
      <w:proofErr w:type="spellEnd"/>
      <w:r w:rsidRPr="007B2BD4">
        <w:rPr>
          <w:rFonts w:cs="Arial"/>
          <w:szCs w:val="24"/>
        </w:rPr>
        <w:t xml:space="preserve"> </w:t>
      </w:r>
      <w:proofErr w:type="spellStart"/>
      <w:r w:rsidRPr="007B2BD4">
        <w:rPr>
          <w:rFonts w:cs="Arial"/>
          <w:szCs w:val="24"/>
        </w:rPr>
        <w:t>бүртгэл</w:t>
      </w:r>
      <w:proofErr w:type="spellEnd"/>
      <w:r w:rsidRPr="007B2BD4">
        <w:rPr>
          <w:rFonts w:cs="Arial"/>
          <w:szCs w:val="24"/>
        </w:rPr>
        <w:t xml:space="preserve">, </w:t>
      </w:r>
      <w:proofErr w:type="spellStart"/>
      <w:r w:rsidRPr="007B2BD4">
        <w:rPr>
          <w:rFonts w:cs="Arial"/>
          <w:szCs w:val="24"/>
        </w:rPr>
        <w:t>урамшуулал</w:t>
      </w:r>
      <w:proofErr w:type="spellEnd"/>
      <w:r w:rsidRPr="007B2BD4">
        <w:rPr>
          <w:rFonts w:cs="Arial"/>
          <w:szCs w:val="24"/>
        </w:rPr>
        <w:t xml:space="preserve">, </w:t>
      </w:r>
      <w:proofErr w:type="spellStart"/>
      <w:r w:rsidRPr="007B2BD4">
        <w:rPr>
          <w:rFonts w:cs="Arial"/>
          <w:szCs w:val="24"/>
        </w:rPr>
        <w:t>хамгаалалтын</w:t>
      </w:r>
      <w:proofErr w:type="spellEnd"/>
      <w:r w:rsidRPr="007B2BD4">
        <w:rPr>
          <w:rFonts w:cs="Arial"/>
          <w:szCs w:val="24"/>
        </w:rPr>
        <w:t xml:space="preserve"> </w:t>
      </w:r>
      <w:proofErr w:type="spellStart"/>
      <w:r w:rsidRPr="007B2BD4">
        <w:rPr>
          <w:rFonts w:cs="Arial"/>
          <w:szCs w:val="24"/>
        </w:rPr>
        <w:t>зохицуулалтад</w:t>
      </w:r>
      <w:proofErr w:type="spellEnd"/>
      <w:r w:rsidRPr="007B2BD4">
        <w:rPr>
          <w:rFonts w:cs="Arial"/>
          <w:szCs w:val="24"/>
        </w:rPr>
        <w:t xml:space="preserve"> </w:t>
      </w:r>
      <w:proofErr w:type="spellStart"/>
      <w:r w:rsidRPr="007B2BD4">
        <w:rPr>
          <w:rFonts w:cs="Arial"/>
          <w:szCs w:val="24"/>
        </w:rPr>
        <w:t>хамрагдана</w:t>
      </w:r>
      <w:proofErr w:type="spellEnd"/>
      <w:r w:rsidRPr="007B2BD4">
        <w:rPr>
          <w:rFonts w:cs="Arial"/>
          <w:szCs w:val="24"/>
        </w:rPr>
        <w:t xml:space="preserve">. </w:t>
      </w:r>
    </w:p>
    <w:p w14:paraId="3AB3D21B" w14:textId="663BE390" w:rsidR="00544E5A" w:rsidRPr="007B2BD4" w:rsidRDefault="00000000">
      <w:pPr>
        <w:rPr>
          <w:rFonts w:cs="Arial"/>
          <w:szCs w:val="24"/>
        </w:rPr>
      </w:pPr>
      <w:proofErr w:type="spellStart"/>
      <w:r w:rsidRPr="007B2BD4">
        <w:rPr>
          <w:rFonts w:cs="Arial"/>
          <w:szCs w:val="24"/>
        </w:rPr>
        <w:t>Хот</w:t>
      </w:r>
      <w:proofErr w:type="spellEnd"/>
      <w:r w:rsidRPr="007B2BD4">
        <w:rPr>
          <w:rFonts w:cs="Arial"/>
          <w:szCs w:val="24"/>
        </w:rPr>
        <w:t xml:space="preserve">, </w:t>
      </w:r>
      <w:proofErr w:type="spellStart"/>
      <w:r w:rsidRPr="007B2BD4">
        <w:rPr>
          <w:rFonts w:cs="Arial"/>
          <w:szCs w:val="24"/>
        </w:rPr>
        <w:t>суурин</w:t>
      </w:r>
      <w:proofErr w:type="spellEnd"/>
      <w:r w:rsidRPr="007B2BD4">
        <w:rPr>
          <w:rFonts w:cs="Arial"/>
          <w:szCs w:val="24"/>
        </w:rPr>
        <w:t xml:space="preserve"> </w:t>
      </w:r>
      <w:proofErr w:type="spellStart"/>
      <w:r w:rsidRPr="007B2BD4">
        <w:rPr>
          <w:rFonts w:cs="Arial"/>
          <w:szCs w:val="24"/>
        </w:rPr>
        <w:t>газрын</w:t>
      </w:r>
      <w:proofErr w:type="spellEnd"/>
      <w:r w:rsidRPr="007B2BD4">
        <w:rPr>
          <w:rFonts w:cs="Arial"/>
          <w:szCs w:val="24"/>
        </w:rPr>
        <w:t xml:space="preserve"> </w:t>
      </w:r>
      <w:proofErr w:type="spellStart"/>
      <w:r w:rsidRPr="007B2BD4">
        <w:rPr>
          <w:rFonts w:cs="Arial"/>
          <w:szCs w:val="24"/>
        </w:rPr>
        <w:t>хилийн</w:t>
      </w:r>
      <w:proofErr w:type="spellEnd"/>
      <w:r w:rsidRPr="007B2BD4">
        <w:rPr>
          <w:rFonts w:cs="Arial"/>
          <w:szCs w:val="24"/>
        </w:rPr>
        <w:t xml:space="preserve"> </w:t>
      </w:r>
      <w:proofErr w:type="spellStart"/>
      <w:r w:rsidRPr="007B2BD4">
        <w:rPr>
          <w:rFonts w:cs="Arial"/>
          <w:szCs w:val="24"/>
        </w:rPr>
        <w:t>гаднах</w:t>
      </w:r>
      <w:proofErr w:type="spellEnd"/>
      <w:r w:rsidRPr="007B2BD4">
        <w:rPr>
          <w:rFonts w:cs="Arial"/>
          <w:szCs w:val="24"/>
        </w:rPr>
        <w:t xml:space="preserve"> </w:t>
      </w:r>
      <w:proofErr w:type="spellStart"/>
      <w:r w:rsidRPr="007B2BD4">
        <w:rPr>
          <w:rFonts w:cs="Arial"/>
          <w:szCs w:val="24"/>
        </w:rPr>
        <w:t>газар</w:t>
      </w:r>
      <w:proofErr w:type="spellEnd"/>
      <w:r w:rsidRPr="007B2BD4">
        <w:rPr>
          <w:rFonts w:cs="Arial"/>
          <w:szCs w:val="24"/>
        </w:rPr>
        <w:t xml:space="preserve"> </w:t>
      </w:r>
      <w:proofErr w:type="spellStart"/>
      <w:r w:rsidRPr="007B2BD4">
        <w:rPr>
          <w:rFonts w:cs="Arial"/>
          <w:szCs w:val="24"/>
        </w:rPr>
        <w:t>тариалан</w:t>
      </w:r>
      <w:proofErr w:type="spellEnd"/>
      <w:r w:rsidRPr="007B2BD4">
        <w:rPr>
          <w:rFonts w:cs="Arial"/>
          <w:szCs w:val="24"/>
        </w:rPr>
        <w:t xml:space="preserve">, </w:t>
      </w:r>
      <w:proofErr w:type="spellStart"/>
      <w:r w:rsidRPr="007B2BD4">
        <w:rPr>
          <w:rFonts w:cs="Arial"/>
          <w:szCs w:val="24"/>
        </w:rPr>
        <w:t>бэлчээр</w:t>
      </w:r>
      <w:proofErr w:type="spellEnd"/>
      <w:r w:rsidRPr="007B2BD4">
        <w:rPr>
          <w:rFonts w:cs="Arial"/>
          <w:szCs w:val="24"/>
        </w:rPr>
        <w:t xml:space="preserve">, </w:t>
      </w:r>
      <w:proofErr w:type="spellStart"/>
      <w:r w:rsidRPr="007B2BD4">
        <w:rPr>
          <w:rFonts w:cs="Arial"/>
          <w:szCs w:val="24"/>
        </w:rPr>
        <w:t>ойн</w:t>
      </w:r>
      <w:proofErr w:type="spellEnd"/>
      <w:r w:rsidRPr="007B2BD4">
        <w:rPr>
          <w:rFonts w:cs="Arial"/>
          <w:szCs w:val="24"/>
        </w:rPr>
        <w:t xml:space="preserve"> </w:t>
      </w:r>
      <w:proofErr w:type="spellStart"/>
      <w:r w:rsidRPr="007B2BD4">
        <w:rPr>
          <w:rFonts w:cs="Arial"/>
          <w:szCs w:val="24"/>
        </w:rPr>
        <w:t>сангийн</w:t>
      </w:r>
      <w:proofErr w:type="spellEnd"/>
      <w:r w:rsidRPr="007B2BD4">
        <w:rPr>
          <w:rFonts w:cs="Arial"/>
          <w:szCs w:val="24"/>
        </w:rPr>
        <w:t xml:space="preserve"> </w:t>
      </w:r>
      <w:proofErr w:type="spellStart"/>
      <w:r w:rsidRPr="007B2BD4">
        <w:rPr>
          <w:rFonts w:cs="Arial"/>
          <w:szCs w:val="24"/>
        </w:rPr>
        <w:t>газарт</w:t>
      </w:r>
      <w:proofErr w:type="spellEnd"/>
      <w:r w:rsidRPr="007B2BD4">
        <w:rPr>
          <w:rFonts w:cs="Arial"/>
          <w:szCs w:val="24"/>
        </w:rPr>
        <w:t xml:space="preserve"> </w:t>
      </w:r>
      <w:proofErr w:type="spellStart"/>
      <w:r w:rsidRPr="007B2BD4">
        <w:rPr>
          <w:rFonts w:cs="Arial"/>
          <w:szCs w:val="24"/>
        </w:rPr>
        <w:t>уг</w:t>
      </w:r>
      <w:proofErr w:type="spellEnd"/>
      <w:r w:rsidRPr="007B2BD4">
        <w:rPr>
          <w:rFonts w:cs="Arial"/>
          <w:szCs w:val="24"/>
        </w:rPr>
        <w:t xml:space="preserve"> </w:t>
      </w:r>
      <w:proofErr w:type="spellStart"/>
      <w:r w:rsidRPr="007B2BD4">
        <w:rPr>
          <w:rFonts w:cs="Arial"/>
          <w:szCs w:val="24"/>
        </w:rPr>
        <w:t>хууль</w:t>
      </w:r>
      <w:proofErr w:type="spellEnd"/>
      <w:r w:rsidR="00CF6743">
        <w:rPr>
          <w:rFonts w:cs="Arial"/>
          <w:szCs w:val="24"/>
        </w:rPr>
        <w:t xml:space="preserve"> </w:t>
      </w:r>
      <w:proofErr w:type="spellStart"/>
      <w:r w:rsidRPr="007B2BD4">
        <w:rPr>
          <w:rFonts w:cs="Arial"/>
          <w:szCs w:val="24"/>
        </w:rPr>
        <w:t>үйлчлэхгүй</w:t>
      </w:r>
      <w:proofErr w:type="spellEnd"/>
      <w:r w:rsidRPr="007B2BD4">
        <w:rPr>
          <w:rFonts w:cs="Arial"/>
          <w:szCs w:val="24"/>
        </w:rPr>
        <w:t>.</w:t>
      </w:r>
    </w:p>
    <w:p w14:paraId="1F901D11" w14:textId="77777777" w:rsidR="00544E5A" w:rsidRPr="007B2BD4" w:rsidRDefault="00000000" w:rsidP="00A641EF">
      <w:pPr>
        <w:pStyle w:val="Heading2"/>
        <w:ind w:firstLine="567"/>
        <w:jc w:val="left"/>
        <w:rPr>
          <w:rFonts w:ascii="Arial" w:hAnsi="Arial" w:cs="Arial"/>
          <w:szCs w:val="24"/>
        </w:rPr>
      </w:pPr>
      <w:r w:rsidRPr="007B2BD4">
        <w:rPr>
          <w:rFonts w:ascii="Arial" w:hAnsi="Arial" w:cs="Arial"/>
          <w:szCs w:val="24"/>
        </w:rPr>
        <w:t xml:space="preserve">2.3. </w:t>
      </w:r>
      <w:proofErr w:type="spellStart"/>
      <w:r w:rsidRPr="007B2BD4">
        <w:rPr>
          <w:rFonts w:ascii="Arial" w:hAnsi="Arial" w:cs="Arial"/>
          <w:szCs w:val="24"/>
        </w:rPr>
        <w:t>Хуулийн</w:t>
      </w:r>
      <w:proofErr w:type="spellEnd"/>
      <w:r w:rsidRPr="007B2BD4">
        <w:rPr>
          <w:rFonts w:ascii="Arial" w:hAnsi="Arial" w:cs="Arial"/>
          <w:szCs w:val="24"/>
        </w:rPr>
        <w:t xml:space="preserve"> </w:t>
      </w:r>
      <w:proofErr w:type="spellStart"/>
      <w:r w:rsidRPr="007B2BD4">
        <w:rPr>
          <w:rFonts w:ascii="Arial" w:hAnsi="Arial" w:cs="Arial"/>
          <w:szCs w:val="24"/>
        </w:rPr>
        <w:t>төслийн</w:t>
      </w:r>
      <w:proofErr w:type="spellEnd"/>
      <w:r w:rsidRPr="007B2BD4">
        <w:rPr>
          <w:rFonts w:ascii="Arial" w:hAnsi="Arial" w:cs="Arial"/>
          <w:szCs w:val="24"/>
        </w:rPr>
        <w:t xml:space="preserve"> </w:t>
      </w:r>
      <w:proofErr w:type="spellStart"/>
      <w:r w:rsidRPr="007B2BD4">
        <w:rPr>
          <w:rFonts w:ascii="Arial" w:hAnsi="Arial" w:cs="Arial"/>
          <w:szCs w:val="24"/>
        </w:rPr>
        <w:t>ерөнхий</w:t>
      </w:r>
      <w:proofErr w:type="spellEnd"/>
      <w:r w:rsidRPr="007B2BD4">
        <w:rPr>
          <w:rFonts w:ascii="Arial" w:hAnsi="Arial" w:cs="Arial"/>
          <w:szCs w:val="24"/>
        </w:rPr>
        <w:t xml:space="preserve"> </w:t>
      </w:r>
      <w:proofErr w:type="spellStart"/>
      <w:r w:rsidRPr="007B2BD4">
        <w:rPr>
          <w:rFonts w:ascii="Arial" w:hAnsi="Arial" w:cs="Arial"/>
          <w:szCs w:val="24"/>
        </w:rPr>
        <w:t>бүтэц</w:t>
      </w:r>
      <w:proofErr w:type="spellEnd"/>
    </w:p>
    <w:p w14:paraId="5E6F994C" w14:textId="77777777" w:rsidR="007D12FB" w:rsidRDefault="00000000" w:rsidP="007D12FB">
      <w:pPr>
        <w:rPr>
          <w:rFonts w:cs="Arial"/>
          <w:szCs w:val="24"/>
        </w:rPr>
      </w:pPr>
      <w:proofErr w:type="spellStart"/>
      <w:r w:rsidRPr="007B2BD4">
        <w:rPr>
          <w:rFonts w:cs="Arial"/>
          <w:szCs w:val="24"/>
        </w:rPr>
        <w:t>Хуулийн</w:t>
      </w:r>
      <w:proofErr w:type="spellEnd"/>
      <w:r w:rsidRPr="007B2BD4">
        <w:rPr>
          <w:rFonts w:cs="Arial"/>
          <w:szCs w:val="24"/>
        </w:rPr>
        <w:t xml:space="preserve"> </w:t>
      </w:r>
      <w:proofErr w:type="spellStart"/>
      <w:r w:rsidRPr="007B2BD4">
        <w:rPr>
          <w:rFonts w:cs="Arial"/>
          <w:szCs w:val="24"/>
        </w:rPr>
        <w:t>төсөл</w:t>
      </w:r>
      <w:proofErr w:type="spellEnd"/>
      <w:r w:rsidRPr="007B2BD4">
        <w:rPr>
          <w:rFonts w:cs="Arial"/>
          <w:szCs w:val="24"/>
        </w:rPr>
        <w:t xml:space="preserve"> 10 </w:t>
      </w:r>
      <w:proofErr w:type="spellStart"/>
      <w:r w:rsidRPr="007B2BD4">
        <w:rPr>
          <w:rFonts w:cs="Arial"/>
          <w:szCs w:val="24"/>
        </w:rPr>
        <w:t>бүлэг</w:t>
      </w:r>
      <w:proofErr w:type="spellEnd"/>
      <w:r w:rsidRPr="007B2BD4">
        <w:rPr>
          <w:rFonts w:cs="Arial"/>
          <w:szCs w:val="24"/>
        </w:rPr>
        <w:t xml:space="preserve">, 56 </w:t>
      </w:r>
      <w:proofErr w:type="spellStart"/>
      <w:r w:rsidRPr="007B2BD4">
        <w:rPr>
          <w:rFonts w:cs="Arial"/>
          <w:szCs w:val="24"/>
        </w:rPr>
        <w:t>зүйлтэй</w:t>
      </w:r>
      <w:proofErr w:type="spellEnd"/>
      <w:r w:rsidRPr="007B2BD4">
        <w:rPr>
          <w:rFonts w:cs="Arial"/>
          <w:szCs w:val="24"/>
        </w:rPr>
        <w:t xml:space="preserve"> </w:t>
      </w:r>
      <w:proofErr w:type="spellStart"/>
      <w:r w:rsidRPr="007B2BD4">
        <w:rPr>
          <w:rFonts w:cs="Arial"/>
          <w:szCs w:val="24"/>
        </w:rPr>
        <w:t>бөгөөд</w:t>
      </w:r>
      <w:proofErr w:type="spellEnd"/>
      <w:r w:rsidRPr="007B2BD4">
        <w:rPr>
          <w:rFonts w:cs="Arial"/>
          <w:szCs w:val="24"/>
        </w:rPr>
        <w:t xml:space="preserve"> </w:t>
      </w:r>
      <w:proofErr w:type="spellStart"/>
      <w:r w:rsidRPr="007B2BD4">
        <w:rPr>
          <w:rFonts w:cs="Arial"/>
          <w:szCs w:val="24"/>
        </w:rPr>
        <w:t>дараах</w:t>
      </w:r>
      <w:proofErr w:type="spellEnd"/>
      <w:r w:rsidRPr="007B2BD4">
        <w:rPr>
          <w:rFonts w:cs="Arial"/>
          <w:szCs w:val="24"/>
        </w:rPr>
        <w:t xml:space="preserve"> </w:t>
      </w:r>
      <w:proofErr w:type="spellStart"/>
      <w:r w:rsidRPr="007B2BD4">
        <w:rPr>
          <w:rFonts w:cs="Arial"/>
          <w:szCs w:val="24"/>
        </w:rPr>
        <w:t>үндсэн</w:t>
      </w:r>
      <w:proofErr w:type="spellEnd"/>
      <w:r w:rsidRPr="007B2BD4">
        <w:rPr>
          <w:rFonts w:cs="Arial"/>
          <w:szCs w:val="24"/>
        </w:rPr>
        <w:t xml:space="preserve"> </w:t>
      </w:r>
      <w:proofErr w:type="spellStart"/>
      <w:r w:rsidRPr="007B2BD4">
        <w:rPr>
          <w:rFonts w:cs="Arial"/>
          <w:szCs w:val="24"/>
        </w:rPr>
        <w:t>багц</w:t>
      </w:r>
      <w:proofErr w:type="spellEnd"/>
      <w:r w:rsidRPr="007B2BD4">
        <w:rPr>
          <w:rFonts w:cs="Arial"/>
          <w:szCs w:val="24"/>
        </w:rPr>
        <w:t xml:space="preserve"> </w:t>
      </w:r>
      <w:proofErr w:type="spellStart"/>
      <w:r w:rsidRPr="007B2BD4">
        <w:rPr>
          <w:rFonts w:cs="Arial"/>
          <w:szCs w:val="24"/>
        </w:rPr>
        <w:t>харилцааг</w:t>
      </w:r>
      <w:proofErr w:type="spellEnd"/>
      <w:r w:rsidRPr="007B2BD4">
        <w:rPr>
          <w:rFonts w:cs="Arial"/>
          <w:szCs w:val="24"/>
        </w:rPr>
        <w:t xml:space="preserve"> </w:t>
      </w:r>
      <w:proofErr w:type="spellStart"/>
      <w:r w:rsidRPr="007B2BD4">
        <w:rPr>
          <w:rFonts w:cs="Arial"/>
          <w:szCs w:val="24"/>
        </w:rPr>
        <w:t>зохицуулна</w:t>
      </w:r>
      <w:proofErr w:type="spellEnd"/>
      <w:r w:rsidRPr="007B2BD4">
        <w:rPr>
          <w:rFonts w:cs="Arial"/>
          <w:szCs w:val="24"/>
        </w:rPr>
        <w:t>:</w:t>
      </w:r>
    </w:p>
    <w:p w14:paraId="1B3A9EA1" w14:textId="186648F7" w:rsidR="007324E0" w:rsidRDefault="007324E0" w:rsidP="007324E0">
      <w:pPr>
        <w:rPr>
          <w:rFonts w:cs="Arial"/>
          <w:szCs w:val="24"/>
        </w:rPr>
      </w:pPr>
      <w:r>
        <w:rPr>
          <w:rFonts w:cs="Arial"/>
          <w:szCs w:val="24"/>
        </w:rPr>
        <w:t xml:space="preserve">- </w:t>
      </w:r>
      <w:proofErr w:type="spellStart"/>
      <w:r w:rsidR="00000000" w:rsidRPr="007324E0">
        <w:rPr>
          <w:rFonts w:cs="Arial"/>
          <w:szCs w:val="24"/>
        </w:rPr>
        <w:t>Нийтлэг</w:t>
      </w:r>
      <w:proofErr w:type="spellEnd"/>
      <w:r w:rsidR="00000000" w:rsidRPr="007324E0">
        <w:rPr>
          <w:rFonts w:cs="Arial"/>
          <w:szCs w:val="24"/>
        </w:rPr>
        <w:t xml:space="preserve"> </w:t>
      </w:r>
      <w:proofErr w:type="spellStart"/>
      <w:r w:rsidR="00000000" w:rsidRPr="007324E0">
        <w:rPr>
          <w:rFonts w:cs="Arial"/>
          <w:szCs w:val="24"/>
        </w:rPr>
        <w:t>үндэслэлд</w:t>
      </w:r>
      <w:proofErr w:type="spellEnd"/>
      <w:r w:rsidR="00000000" w:rsidRPr="007324E0">
        <w:rPr>
          <w:rFonts w:cs="Arial"/>
          <w:szCs w:val="24"/>
        </w:rPr>
        <w:t xml:space="preserve"> </w:t>
      </w:r>
      <w:proofErr w:type="spellStart"/>
      <w:r w:rsidR="00000000" w:rsidRPr="007324E0">
        <w:rPr>
          <w:rFonts w:cs="Arial"/>
          <w:szCs w:val="24"/>
        </w:rPr>
        <w:t>хуулийн</w:t>
      </w:r>
      <w:proofErr w:type="spellEnd"/>
      <w:r w:rsidR="00000000" w:rsidRPr="007324E0">
        <w:rPr>
          <w:rFonts w:cs="Arial"/>
          <w:szCs w:val="24"/>
        </w:rPr>
        <w:t xml:space="preserve"> </w:t>
      </w:r>
      <w:proofErr w:type="spellStart"/>
      <w:r w:rsidR="00000000" w:rsidRPr="007324E0">
        <w:rPr>
          <w:rFonts w:cs="Arial"/>
          <w:szCs w:val="24"/>
        </w:rPr>
        <w:t>зорилго</w:t>
      </w:r>
      <w:proofErr w:type="spellEnd"/>
      <w:r w:rsidR="00000000" w:rsidRPr="007324E0">
        <w:rPr>
          <w:rFonts w:cs="Arial"/>
          <w:szCs w:val="24"/>
        </w:rPr>
        <w:t xml:space="preserve">, </w:t>
      </w:r>
      <w:proofErr w:type="spellStart"/>
      <w:r w:rsidR="00000000" w:rsidRPr="007324E0">
        <w:rPr>
          <w:rFonts w:cs="Arial"/>
          <w:szCs w:val="24"/>
        </w:rPr>
        <w:t>үйлчлэх</w:t>
      </w:r>
      <w:proofErr w:type="spellEnd"/>
      <w:r w:rsidR="00000000" w:rsidRPr="007324E0">
        <w:rPr>
          <w:rFonts w:cs="Arial"/>
          <w:szCs w:val="24"/>
        </w:rPr>
        <w:t xml:space="preserve"> </w:t>
      </w:r>
      <w:proofErr w:type="spellStart"/>
      <w:r w:rsidR="00000000" w:rsidRPr="007324E0">
        <w:rPr>
          <w:rFonts w:cs="Arial"/>
          <w:szCs w:val="24"/>
        </w:rPr>
        <w:t>хүрээ</w:t>
      </w:r>
      <w:proofErr w:type="spellEnd"/>
      <w:r w:rsidR="00000000" w:rsidRPr="007324E0">
        <w:rPr>
          <w:rFonts w:cs="Arial"/>
          <w:szCs w:val="24"/>
        </w:rPr>
        <w:t xml:space="preserve">, </w:t>
      </w:r>
      <w:proofErr w:type="spellStart"/>
      <w:r w:rsidR="00000000" w:rsidRPr="007324E0">
        <w:rPr>
          <w:rFonts w:cs="Arial"/>
          <w:szCs w:val="24"/>
        </w:rPr>
        <w:t>бусад</w:t>
      </w:r>
      <w:proofErr w:type="spellEnd"/>
      <w:r w:rsidR="00000000" w:rsidRPr="007324E0">
        <w:rPr>
          <w:rFonts w:cs="Arial"/>
          <w:szCs w:val="24"/>
        </w:rPr>
        <w:t xml:space="preserve"> </w:t>
      </w:r>
      <w:proofErr w:type="spellStart"/>
      <w:r w:rsidR="00000000" w:rsidRPr="007324E0">
        <w:rPr>
          <w:rFonts w:cs="Arial"/>
          <w:szCs w:val="24"/>
        </w:rPr>
        <w:t>хуультай</w:t>
      </w:r>
      <w:proofErr w:type="spellEnd"/>
      <w:r w:rsidR="00000000" w:rsidRPr="007324E0">
        <w:rPr>
          <w:rFonts w:cs="Arial"/>
          <w:szCs w:val="24"/>
        </w:rPr>
        <w:t xml:space="preserve"> </w:t>
      </w:r>
      <w:proofErr w:type="spellStart"/>
      <w:r w:rsidR="00000000" w:rsidRPr="007324E0">
        <w:rPr>
          <w:rFonts w:cs="Arial"/>
          <w:szCs w:val="24"/>
        </w:rPr>
        <w:t>уялдаа</w:t>
      </w:r>
      <w:proofErr w:type="spellEnd"/>
      <w:r w:rsidR="00000000" w:rsidRPr="007324E0">
        <w:rPr>
          <w:rFonts w:cs="Arial"/>
          <w:szCs w:val="24"/>
        </w:rPr>
        <w:t xml:space="preserve">, </w:t>
      </w:r>
      <w:proofErr w:type="spellStart"/>
      <w:r w:rsidR="00000000" w:rsidRPr="007324E0">
        <w:rPr>
          <w:rFonts w:cs="Arial"/>
          <w:szCs w:val="24"/>
        </w:rPr>
        <w:t>нэр</w:t>
      </w:r>
      <w:proofErr w:type="spellEnd"/>
      <w:r w:rsidR="00000000" w:rsidRPr="007324E0">
        <w:rPr>
          <w:rFonts w:cs="Arial"/>
          <w:szCs w:val="24"/>
        </w:rPr>
        <w:t xml:space="preserve"> </w:t>
      </w:r>
      <w:proofErr w:type="spellStart"/>
      <w:r w:rsidR="00000000" w:rsidRPr="007324E0">
        <w:rPr>
          <w:rFonts w:cs="Arial"/>
          <w:szCs w:val="24"/>
        </w:rPr>
        <w:t>томьёо</w:t>
      </w:r>
      <w:proofErr w:type="spellEnd"/>
      <w:r w:rsidR="00000000" w:rsidRPr="007324E0">
        <w:rPr>
          <w:rFonts w:cs="Arial"/>
          <w:szCs w:val="24"/>
        </w:rPr>
        <w:t xml:space="preserve">, </w:t>
      </w:r>
      <w:proofErr w:type="spellStart"/>
      <w:r w:rsidR="00000000" w:rsidRPr="007324E0">
        <w:rPr>
          <w:rFonts w:cs="Arial"/>
          <w:szCs w:val="24"/>
        </w:rPr>
        <w:t>ил</w:t>
      </w:r>
      <w:proofErr w:type="spellEnd"/>
      <w:r w:rsidR="00000000" w:rsidRPr="007324E0">
        <w:rPr>
          <w:rFonts w:cs="Arial"/>
          <w:szCs w:val="24"/>
        </w:rPr>
        <w:t xml:space="preserve"> </w:t>
      </w:r>
      <w:proofErr w:type="spellStart"/>
      <w:r w:rsidR="00000000" w:rsidRPr="007324E0">
        <w:rPr>
          <w:rFonts w:cs="Arial"/>
          <w:szCs w:val="24"/>
        </w:rPr>
        <w:t>тод</w:t>
      </w:r>
      <w:proofErr w:type="spellEnd"/>
      <w:r w:rsidR="00000000" w:rsidRPr="007324E0">
        <w:rPr>
          <w:rFonts w:cs="Arial"/>
          <w:szCs w:val="24"/>
        </w:rPr>
        <w:t xml:space="preserve"> </w:t>
      </w:r>
      <w:proofErr w:type="spellStart"/>
      <w:r w:rsidR="00000000" w:rsidRPr="007324E0">
        <w:rPr>
          <w:rFonts w:cs="Arial"/>
          <w:szCs w:val="24"/>
        </w:rPr>
        <w:t>байдал</w:t>
      </w:r>
      <w:proofErr w:type="spellEnd"/>
      <w:r w:rsidR="00000000" w:rsidRPr="007324E0">
        <w:rPr>
          <w:rFonts w:cs="Arial"/>
          <w:szCs w:val="24"/>
        </w:rPr>
        <w:t xml:space="preserve">, </w:t>
      </w:r>
      <w:proofErr w:type="spellStart"/>
      <w:r w:rsidR="00000000" w:rsidRPr="007324E0">
        <w:rPr>
          <w:rFonts w:cs="Arial"/>
          <w:szCs w:val="24"/>
        </w:rPr>
        <w:t>бодит</w:t>
      </w:r>
      <w:proofErr w:type="spellEnd"/>
      <w:r w:rsidR="00000000" w:rsidRPr="007324E0">
        <w:rPr>
          <w:rFonts w:cs="Arial"/>
          <w:szCs w:val="24"/>
        </w:rPr>
        <w:t xml:space="preserve"> </w:t>
      </w:r>
      <w:proofErr w:type="spellStart"/>
      <w:r w:rsidR="00000000" w:rsidRPr="007324E0">
        <w:rPr>
          <w:rFonts w:cs="Arial"/>
          <w:szCs w:val="24"/>
        </w:rPr>
        <w:t>үр</w:t>
      </w:r>
      <w:proofErr w:type="spellEnd"/>
      <w:r w:rsidR="00000000" w:rsidRPr="007324E0">
        <w:rPr>
          <w:rFonts w:cs="Arial"/>
          <w:szCs w:val="24"/>
        </w:rPr>
        <w:t xml:space="preserve"> </w:t>
      </w:r>
      <w:proofErr w:type="spellStart"/>
      <w:r w:rsidR="00000000" w:rsidRPr="007324E0">
        <w:rPr>
          <w:rFonts w:cs="Arial"/>
          <w:szCs w:val="24"/>
        </w:rPr>
        <w:t>дүнд</w:t>
      </w:r>
      <w:proofErr w:type="spellEnd"/>
      <w:r w:rsidR="00000000" w:rsidRPr="007324E0">
        <w:rPr>
          <w:rFonts w:cs="Arial"/>
          <w:szCs w:val="24"/>
        </w:rPr>
        <w:t xml:space="preserve"> </w:t>
      </w:r>
      <w:proofErr w:type="spellStart"/>
      <w:r w:rsidR="00000000" w:rsidRPr="007324E0">
        <w:rPr>
          <w:rFonts w:cs="Arial"/>
          <w:szCs w:val="24"/>
        </w:rPr>
        <w:t>суурилах</w:t>
      </w:r>
      <w:proofErr w:type="spellEnd"/>
      <w:r w:rsidR="00000000" w:rsidRPr="007324E0">
        <w:rPr>
          <w:rFonts w:cs="Arial"/>
          <w:szCs w:val="24"/>
        </w:rPr>
        <w:t xml:space="preserve"> </w:t>
      </w:r>
      <w:proofErr w:type="spellStart"/>
      <w:r w:rsidR="00000000" w:rsidRPr="007324E0">
        <w:rPr>
          <w:rFonts w:cs="Arial"/>
          <w:szCs w:val="24"/>
        </w:rPr>
        <w:t>болон</w:t>
      </w:r>
      <w:proofErr w:type="spellEnd"/>
      <w:r w:rsidR="00000000" w:rsidRPr="007324E0">
        <w:rPr>
          <w:rFonts w:cs="Arial"/>
          <w:szCs w:val="24"/>
        </w:rPr>
        <w:t xml:space="preserve"> </w:t>
      </w:r>
      <w:proofErr w:type="spellStart"/>
      <w:r w:rsidR="00000000" w:rsidRPr="007324E0">
        <w:rPr>
          <w:rFonts w:cs="Arial"/>
          <w:szCs w:val="24"/>
        </w:rPr>
        <w:t>хохирол</w:t>
      </w:r>
      <w:proofErr w:type="spellEnd"/>
      <w:r w:rsidR="00000000" w:rsidRPr="007324E0">
        <w:rPr>
          <w:rFonts w:cs="Arial"/>
          <w:szCs w:val="24"/>
        </w:rPr>
        <w:t xml:space="preserve"> </w:t>
      </w:r>
      <w:proofErr w:type="spellStart"/>
      <w:r w:rsidR="00000000" w:rsidRPr="007324E0">
        <w:rPr>
          <w:rFonts w:cs="Arial"/>
          <w:szCs w:val="24"/>
        </w:rPr>
        <w:t>учруулсан</w:t>
      </w:r>
      <w:proofErr w:type="spellEnd"/>
      <w:r w:rsidR="00000000" w:rsidRPr="007324E0">
        <w:rPr>
          <w:rFonts w:cs="Arial"/>
          <w:szCs w:val="24"/>
        </w:rPr>
        <w:t xml:space="preserve"> </w:t>
      </w:r>
      <w:proofErr w:type="spellStart"/>
      <w:r w:rsidR="00000000" w:rsidRPr="007324E0">
        <w:rPr>
          <w:rFonts w:cs="Arial"/>
          <w:szCs w:val="24"/>
        </w:rPr>
        <w:t>этгээд</w:t>
      </w:r>
      <w:proofErr w:type="spellEnd"/>
      <w:r w:rsidR="00000000" w:rsidRPr="007324E0">
        <w:rPr>
          <w:rFonts w:cs="Arial"/>
          <w:szCs w:val="24"/>
        </w:rPr>
        <w:t xml:space="preserve"> </w:t>
      </w:r>
      <w:proofErr w:type="spellStart"/>
      <w:r w:rsidR="00000000" w:rsidRPr="007324E0">
        <w:rPr>
          <w:rFonts w:cs="Arial"/>
          <w:szCs w:val="24"/>
        </w:rPr>
        <w:t>зардлыг</w:t>
      </w:r>
      <w:proofErr w:type="spellEnd"/>
      <w:r w:rsidR="00000000" w:rsidRPr="007324E0">
        <w:rPr>
          <w:rFonts w:cs="Arial"/>
          <w:szCs w:val="24"/>
        </w:rPr>
        <w:t xml:space="preserve"> </w:t>
      </w:r>
      <w:proofErr w:type="spellStart"/>
      <w:r w:rsidR="00000000" w:rsidRPr="007324E0">
        <w:rPr>
          <w:rFonts w:cs="Arial"/>
          <w:szCs w:val="24"/>
        </w:rPr>
        <w:t>хариуцах</w:t>
      </w:r>
      <w:proofErr w:type="spellEnd"/>
      <w:r w:rsidR="00000000" w:rsidRPr="007324E0">
        <w:rPr>
          <w:rFonts w:cs="Arial"/>
          <w:szCs w:val="24"/>
        </w:rPr>
        <w:t xml:space="preserve"> </w:t>
      </w:r>
      <w:proofErr w:type="spellStart"/>
      <w:r w:rsidR="00000000" w:rsidRPr="007324E0">
        <w:rPr>
          <w:rFonts w:cs="Arial"/>
          <w:szCs w:val="24"/>
        </w:rPr>
        <w:t>зарчмыг</w:t>
      </w:r>
      <w:proofErr w:type="spellEnd"/>
      <w:r w:rsidR="00000000" w:rsidRPr="007324E0">
        <w:rPr>
          <w:rFonts w:cs="Arial"/>
          <w:szCs w:val="24"/>
        </w:rPr>
        <w:t xml:space="preserve"> </w:t>
      </w:r>
      <w:proofErr w:type="spellStart"/>
      <w:r w:rsidR="00000000" w:rsidRPr="007324E0">
        <w:rPr>
          <w:rFonts w:cs="Arial"/>
          <w:szCs w:val="24"/>
        </w:rPr>
        <w:t>тогтооно</w:t>
      </w:r>
      <w:proofErr w:type="spellEnd"/>
      <w:r w:rsidR="00000000" w:rsidRPr="007324E0">
        <w:rPr>
          <w:rFonts w:cs="Arial"/>
          <w:szCs w:val="24"/>
        </w:rPr>
        <w:t>.</w:t>
      </w:r>
    </w:p>
    <w:p w14:paraId="79C629CD" w14:textId="77777777" w:rsidR="007324E0" w:rsidRDefault="007324E0" w:rsidP="007324E0">
      <w:pPr>
        <w:rPr>
          <w:rFonts w:cs="Arial"/>
          <w:szCs w:val="24"/>
        </w:rPr>
      </w:pPr>
      <w:r>
        <w:rPr>
          <w:rFonts w:cs="Arial"/>
          <w:szCs w:val="24"/>
        </w:rPr>
        <w:t xml:space="preserve">- </w:t>
      </w:r>
      <w:proofErr w:type="spellStart"/>
      <w:r w:rsidR="00000000" w:rsidRPr="007324E0">
        <w:rPr>
          <w:rFonts w:cs="Arial"/>
          <w:szCs w:val="24"/>
        </w:rPr>
        <w:t>Хэрэгжилтийн</w:t>
      </w:r>
      <w:proofErr w:type="spellEnd"/>
      <w:r w:rsidR="00000000" w:rsidRPr="007324E0">
        <w:rPr>
          <w:rFonts w:cs="Arial"/>
          <w:szCs w:val="24"/>
        </w:rPr>
        <w:t xml:space="preserve"> </w:t>
      </w:r>
      <w:proofErr w:type="spellStart"/>
      <w:r w:rsidR="00000000" w:rsidRPr="007324E0">
        <w:rPr>
          <w:rFonts w:cs="Arial"/>
          <w:szCs w:val="24"/>
        </w:rPr>
        <w:t>шатлалд</w:t>
      </w:r>
      <w:proofErr w:type="spellEnd"/>
      <w:r w:rsidR="00000000" w:rsidRPr="007324E0">
        <w:rPr>
          <w:rFonts w:cs="Arial"/>
          <w:szCs w:val="24"/>
        </w:rPr>
        <w:t xml:space="preserve"> </w:t>
      </w:r>
      <w:proofErr w:type="spellStart"/>
      <w:r w:rsidR="00000000" w:rsidRPr="007324E0">
        <w:rPr>
          <w:rFonts w:cs="Arial"/>
          <w:szCs w:val="24"/>
        </w:rPr>
        <w:t>нийслэл</w:t>
      </w:r>
      <w:proofErr w:type="spellEnd"/>
      <w:r w:rsidR="00000000" w:rsidRPr="007324E0">
        <w:rPr>
          <w:rFonts w:cs="Arial"/>
          <w:szCs w:val="24"/>
        </w:rPr>
        <w:t xml:space="preserve">, </w:t>
      </w:r>
      <w:proofErr w:type="spellStart"/>
      <w:r w:rsidR="00000000" w:rsidRPr="007324E0">
        <w:rPr>
          <w:rFonts w:cs="Arial"/>
          <w:szCs w:val="24"/>
        </w:rPr>
        <w:t>улсын</w:t>
      </w:r>
      <w:proofErr w:type="spellEnd"/>
      <w:r w:rsidR="00000000" w:rsidRPr="007324E0">
        <w:rPr>
          <w:rFonts w:cs="Arial"/>
          <w:szCs w:val="24"/>
        </w:rPr>
        <w:t xml:space="preserve"> </w:t>
      </w:r>
      <w:proofErr w:type="spellStart"/>
      <w:r w:rsidR="00000000" w:rsidRPr="007324E0">
        <w:rPr>
          <w:rFonts w:cs="Arial"/>
          <w:szCs w:val="24"/>
        </w:rPr>
        <w:t>зэрэглэлтэй</w:t>
      </w:r>
      <w:proofErr w:type="spellEnd"/>
      <w:r w:rsidR="00000000" w:rsidRPr="007324E0">
        <w:rPr>
          <w:rFonts w:cs="Arial"/>
          <w:szCs w:val="24"/>
        </w:rPr>
        <w:t xml:space="preserve"> </w:t>
      </w:r>
      <w:proofErr w:type="spellStart"/>
      <w:r w:rsidR="00000000" w:rsidRPr="007324E0">
        <w:rPr>
          <w:rFonts w:cs="Arial"/>
          <w:szCs w:val="24"/>
        </w:rPr>
        <w:t>болон</w:t>
      </w:r>
      <w:proofErr w:type="spellEnd"/>
      <w:r w:rsidR="00000000" w:rsidRPr="007324E0">
        <w:rPr>
          <w:rFonts w:cs="Arial"/>
          <w:szCs w:val="24"/>
        </w:rPr>
        <w:t xml:space="preserve"> 50 </w:t>
      </w:r>
      <w:proofErr w:type="spellStart"/>
      <w:r w:rsidR="00000000" w:rsidRPr="007324E0">
        <w:rPr>
          <w:rFonts w:cs="Arial"/>
          <w:szCs w:val="24"/>
        </w:rPr>
        <w:t>мянгаас</w:t>
      </w:r>
      <w:proofErr w:type="spellEnd"/>
      <w:r w:rsidR="00000000" w:rsidRPr="007324E0">
        <w:rPr>
          <w:rFonts w:cs="Arial"/>
          <w:szCs w:val="24"/>
        </w:rPr>
        <w:t xml:space="preserve"> </w:t>
      </w:r>
      <w:proofErr w:type="spellStart"/>
      <w:r w:rsidR="00000000" w:rsidRPr="007324E0">
        <w:rPr>
          <w:rFonts w:cs="Arial"/>
          <w:szCs w:val="24"/>
        </w:rPr>
        <w:t>дээш</w:t>
      </w:r>
      <w:proofErr w:type="spellEnd"/>
      <w:r w:rsidR="00000000" w:rsidRPr="007324E0">
        <w:rPr>
          <w:rFonts w:cs="Arial"/>
          <w:szCs w:val="24"/>
        </w:rPr>
        <w:t xml:space="preserve"> </w:t>
      </w:r>
      <w:proofErr w:type="spellStart"/>
      <w:r w:rsidR="00000000" w:rsidRPr="007324E0">
        <w:rPr>
          <w:rFonts w:cs="Arial"/>
          <w:szCs w:val="24"/>
        </w:rPr>
        <w:t>хүн</w:t>
      </w:r>
      <w:proofErr w:type="spellEnd"/>
      <w:r w:rsidR="00000000" w:rsidRPr="007324E0">
        <w:rPr>
          <w:rFonts w:cs="Arial"/>
          <w:szCs w:val="24"/>
        </w:rPr>
        <w:t xml:space="preserve"> </w:t>
      </w:r>
      <w:proofErr w:type="spellStart"/>
      <w:r w:rsidR="00000000" w:rsidRPr="007324E0">
        <w:rPr>
          <w:rFonts w:cs="Arial"/>
          <w:szCs w:val="24"/>
        </w:rPr>
        <w:t>амтай</w:t>
      </w:r>
      <w:proofErr w:type="spellEnd"/>
      <w:r w:rsidR="00000000" w:rsidRPr="007324E0">
        <w:rPr>
          <w:rFonts w:cs="Arial"/>
          <w:szCs w:val="24"/>
        </w:rPr>
        <w:t xml:space="preserve"> </w:t>
      </w:r>
      <w:proofErr w:type="spellStart"/>
      <w:r w:rsidR="00000000" w:rsidRPr="007324E0">
        <w:rPr>
          <w:rFonts w:cs="Arial"/>
          <w:szCs w:val="24"/>
        </w:rPr>
        <w:t>хотод</w:t>
      </w:r>
      <w:proofErr w:type="spellEnd"/>
      <w:r w:rsidR="00000000" w:rsidRPr="007324E0">
        <w:rPr>
          <w:rFonts w:cs="Arial"/>
          <w:szCs w:val="24"/>
        </w:rPr>
        <w:t xml:space="preserve"> </w:t>
      </w:r>
      <w:proofErr w:type="spellStart"/>
      <w:r w:rsidR="00000000" w:rsidRPr="007324E0">
        <w:rPr>
          <w:rFonts w:cs="Arial"/>
          <w:szCs w:val="24"/>
        </w:rPr>
        <w:t>бүрэн</w:t>
      </w:r>
      <w:proofErr w:type="spellEnd"/>
      <w:r w:rsidR="00000000" w:rsidRPr="007324E0">
        <w:rPr>
          <w:rFonts w:cs="Arial"/>
          <w:szCs w:val="24"/>
        </w:rPr>
        <w:t xml:space="preserve"> </w:t>
      </w:r>
      <w:proofErr w:type="spellStart"/>
      <w:r w:rsidR="00000000" w:rsidRPr="007324E0">
        <w:rPr>
          <w:rFonts w:cs="Arial"/>
          <w:szCs w:val="24"/>
        </w:rPr>
        <w:t>тогтолцоо</w:t>
      </w:r>
      <w:proofErr w:type="spellEnd"/>
      <w:r w:rsidR="00000000" w:rsidRPr="007324E0">
        <w:rPr>
          <w:rFonts w:cs="Arial"/>
          <w:szCs w:val="24"/>
        </w:rPr>
        <w:t xml:space="preserve">, </w:t>
      </w:r>
      <w:proofErr w:type="spellStart"/>
      <w:r w:rsidR="00000000" w:rsidRPr="007324E0">
        <w:rPr>
          <w:rFonts w:cs="Arial"/>
          <w:szCs w:val="24"/>
        </w:rPr>
        <w:t>орон</w:t>
      </w:r>
      <w:proofErr w:type="spellEnd"/>
      <w:r w:rsidR="00000000" w:rsidRPr="007324E0">
        <w:rPr>
          <w:rFonts w:cs="Arial"/>
          <w:szCs w:val="24"/>
        </w:rPr>
        <w:t xml:space="preserve"> </w:t>
      </w:r>
      <w:proofErr w:type="spellStart"/>
      <w:r w:rsidR="00000000" w:rsidRPr="007324E0">
        <w:rPr>
          <w:rFonts w:cs="Arial"/>
          <w:szCs w:val="24"/>
        </w:rPr>
        <w:t>нутгийн</w:t>
      </w:r>
      <w:proofErr w:type="spellEnd"/>
      <w:r w:rsidR="00000000" w:rsidRPr="007324E0">
        <w:rPr>
          <w:rFonts w:cs="Arial"/>
          <w:szCs w:val="24"/>
        </w:rPr>
        <w:t xml:space="preserve"> </w:t>
      </w:r>
      <w:proofErr w:type="spellStart"/>
      <w:r w:rsidR="00000000" w:rsidRPr="007324E0">
        <w:rPr>
          <w:rFonts w:cs="Arial"/>
          <w:szCs w:val="24"/>
        </w:rPr>
        <w:t>хот</w:t>
      </w:r>
      <w:proofErr w:type="spellEnd"/>
      <w:r w:rsidR="00000000" w:rsidRPr="007324E0">
        <w:rPr>
          <w:rFonts w:cs="Arial"/>
          <w:szCs w:val="24"/>
        </w:rPr>
        <w:t xml:space="preserve">, </w:t>
      </w:r>
      <w:proofErr w:type="spellStart"/>
      <w:r w:rsidR="00000000" w:rsidRPr="007324E0">
        <w:rPr>
          <w:rFonts w:cs="Arial"/>
          <w:szCs w:val="24"/>
        </w:rPr>
        <w:t>дагуул</w:t>
      </w:r>
      <w:proofErr w:type="spellEnd"/>
      <w:r w:rsidR="00000000" w:rsidRPr="007324E0">
        <w:rPr>
          <w:rFonts w:cs="Arial"/>
          <w:szCs w:val="24"/>
        </w:rPr>
        <w:t xml:space="preserve"> </w:t>
      </w:r>
      <w:proofErr w:type="spellStart"/>
      <w:r w:rsidR="00000000" w:rsidRPr="007324E0">
        <w:rPr>
          <w:rFonts w:cs="Arial"/>
          <w:szCs w:val="24"/>
        </w:rPr>
        <w:t>хот</w:t>
      </w:r>
      <w:proofErr w:type="spellEnd"/>
      <w:r w:rsidR="00000000" w:rsidRPr="007324E0">
        <w:rPr>
          <w:rFonts w:cs="Arial"/>
          <w:szCs w:val="24"/>
        </w:rPr>
        <w:t xml:space="preserve">, </w:t>
      </w:r>
      <w:proofErr w:type="spellStart"/>
      <w:r w:rsidR="00000000" w:rsidRPr="007324E0">
        <w:rPr>
          <w:rFonts w:cs="Arial"/>
          <w:szCs w:val="24"/>
        </w:rPr>
        <w:t>сумын</w:t>
      </w:r>
      <w:proofErr w:type="spellEnd"/>
      <w:r w:rsidR="00000000" w:rsidRPr="007324E0">
        <w:rPr>
          <w:rFonts w:cs="Arial"/>
          <w:szCs w:val="24"/>
        </w:rPr>
        <w:t xml:space="preserve"> </w:t>
      </w:r>
      <w:proofErr w:type="spellStart"/>
      <w:r w:rsidR="00000000" w:rsidRPr="007324E0">
        <w:rPr>
          <w:rFonts w:cs="Arial"/>
          <w:szCs w:val="24"/>
        </w:rPr>
        <w:t>төвд</w:t>
      </w:r>
      <w:proofErr w:type="spellEnd"/>
      <w:r w:rsidR="00000000" w:rsidRPr="007324E0">
        <w:rPr>
          <w:rFonts w:cs="Arial"/>
          <w:szCs w:val="24"/>
        </w:rPr>
        <w:t xml:space="preserve"> </w:t>
      </w:r>
      <w:proofErr w:type="spellStart"/>
      <w:r w:rsidR="00000000" w:rsidRPr="007324E0">
        <w:rPr>
          <w:rFonts w:cs="Arial"/>
          <w:szCs w:val="24"/>
        </w:rPr>
        <w:t>үе</w:t>
      </w:r>
      <w:proofErr w:type="spellEnd"/>
      <w:r w:rsidR="00000000" w:rsidRPr="007324E0">
        <w:rPr>
          <w:rFonts w:cs="Arial"/>
          <w:szCs w:val="24"/>
        </w:rPr>
        <w:t xml:space="preserve"> </w:t>
      </w:r>
      <w:proofErr w:type="spellStart"/>
      <w:r w:rsidR="00000000" w:rsidRPr="007324E0">
        <w:rPr>
          <w:rFonts w:cs="Arial"/>
          <w:szCs w:val="24"/>
        </w:rPr>
        <w:t>шаттай</w:t>
      </w:r>
      <w:proofErr w:type="spellEnd"/>
      <w:r w:rsidR="00000000" w:rsidRPr="007324E0">
        <w:rPr>
          <w:rFonts w:cs="Arial"/>
          <w:szCs w:val="24"/>
        </w:rPr>
        <w:t xml:space="preserve"> </w:t>
      </w:r>
      <w:proofErr w:type="spellStart"/>
      <w:r w:rsidR="00000000" w:rsidRPr="007324E0">
        <w:rPr>
          <w:rFonts w:cs="Arial"/>
          <w:szCs w:val="24"/>
        </w:rPr>
        <w:t>болон</w:t>
      </w:r>
      <w:proofErr w:type="spellEnd"/>
      <w:r w:rsidR="00000000" w:rsidRPr="007324E0">
        <w:rPr>
          <w:rFonts w:cs="Arial"/>
          <w:szCs w:val="24"/>
        </w:rPr>
        <w:t xml:space="preserve"> </w:t>
      </w:r>
      <w:proofErr w:type="spellStart"/>
      <w:r w:rsidR="00000000" w:rsidRPr="007324E0">
        <w:rPr>
          <w:rFonts w:cs="Arial"/>
          <w:szCs w:val="24"/>
        </w:rPr>
        <w:t>хялбаршуулсан</w:t>
      </w:r>
      <w:proofErr w:type="spellEnd"/>
      <w:r w:rsidR="00000000" w:rsidRPr="007324E0">
        <w:rPr>
          <w:rFonts w:cs="Arial"/>
          <w:szCs w:val="24"/>
        </w:rPr>
        <w:t xml:space="preserve"> </w:t>
      </w:r>
      <w:proofErr w:type="spellStart"/>
      <w:r w:rsidR="00000000" w:rsidRPr="007324E0">
        <w:rPr>
          <w:rFonts w:cs="Arial"/>
          <w:szCs w:val="24"/>
        </w:rPr>
        <w:t>горим</w:t>
      </w:r>
      <w:proofErr w:type="spellEnd"/>
      <w:r w:rsidR="00000000" w:rsidRPr="007324E0">
        <w:rPr>
          <w:rFonts w:cs="Arial"/>
          <w:szCs w:val="24"/>
        </w:rPr>
        <w:t xml:space="preserve">, </w:t>
      </w:r>
      <w:proofErr w:type="spellStart"/>
      <w:r w:rsidR="00000000" w:rsidRPr="007324E0">
        <w:rPr>
          <w:rFonts w:cs="Arial"/>
          <w:szCs w:val="24"/>
        </w:rPr>
        <w:t>гэр</w:t>
      </w:r>
      <w:proofErr w:type="spellEnd"/>
      <w:r w:rsidR="00000000" w:rsidRPr="007324E0">
        <w:rPr>
          <w:rFonts w:cs="Arial"/>
          <w:szCs w:val="24"/>
        </w:rPr>
        <w:t xml:space="preserve"> </w:t>
      </w:r>
      <w:proofErr w:type="spellStart"/>
      <w:r w:rsidR="00000000" w:rsidRPr="007324E0">
        <w:rPr>
          <w:rFonts w:cs="Arial"/>
          <w:szCs w:val="24"/>
        </w:rPr>
        <w:t>хороололд</w:t>
      </w:r>
      <w:proofErr w:type="spellEnd"/>
      <w:r w:rsidR="00000000" w:rsidRPr="007324E0">
        <w:rPr>
          <w:rFonts w:cs="Arial"/>
          <w:szCs w:val="24"/>
        </w:rPr>
        <w:t xml:space="preserve"> </w:t>
      </w:r>
      <w:proofErr w:type="spellStart"/>
      <w:r w:rsidR="00000000" w:rsidRPr="007324E0">
        <w:rPr>
          <w:rFonts w:cs="Arial"/>
          <w:szCs w:val="24"/>
        </w:rPr>
        <w:t>өрхийн</w:t>
      </w:r>
      <w:proofErr w:type="spellEnd"/>
      <w:r w:rsidR="00000000" w:rsidRPr="007324E0">
        <w:rPr>
          <w:rFonts w:cs="Arial"/>
          <w:szCs w:val="24"/>
        </w:rPr>
        <w:t xml:space="preserve"> </w:t>
      </w:r>
      <w:proofErr w:type="spellStart"/>
      <w:r w:rsidR="00000000" w:rsidRPr="007324E0">
        <w:rPr>
          <w:rFonts w:cs="Arial"/>
          <w:szCs w:val="24"/>
        </w:rPr>
        <w:t>болон</w:t>
      </w:r>
      <w:proofErr w:type="spellEnd"/>
      <w:r w:rsidR="00000000" w:rsidRPr="007324E0">
        <w:rPr>
          <w:rFonts w:cs="Arial"/>
          <w:szCs w:val="24"/>
        </w:rPr>
        <w:t xml:space="preserve"> </w:t>
      </w:r>
      <w:proofErr w:type="spellStart"/>
      <w:r w:rsidR="00000000" w:rsidRPr="007324E0">
        <w:rPr>
          <w:rFonts w:cs="Arial"/>
          <w:szCs w:val="24"/>
        </w:rPr>
        <w:t>гудамжны</w:t>
      </w:r>
      <w:proofErr w:type="spellEnd"/>
      <w:r w:rsidR="00000000" w:rsidRPr="007324E0">
        <w:rPr>
          <w:rFonts w:cs="Arial"/>
          <w:szCs w:val="24"/>
        </w:rPr>
        <w:t xml:space="preserve"> </w:t>
      </w:r>
      <w:proofErr w:type="spellStart"/>
      <w:r w:rsidR="00000000" w:rsidRPr="007324E0">
        <w:rPr>
          <w:rFonts w:cs="Arial"/>
          <w:szCs w:val="24"/>
        </w:rPr>
        <w:t>санаачилгад</w:t>
      </w:r>
      <w:proofErr w:type="spellEnd"/>
      <w:r w:rsidR="00000000" w:rsidRPr="007324E0">
        <w:rPr>
          <w:rFonts w:cs="Arial"/>
          <w:szCs w:val="24"/>
        </w:rPr>
        <w:t xml:space="preserve"> </w:t>
      </w:r>
      <w:proofErr w:type="spellStart"/>
      <w:r w:rsidR="00000000" w:rsidRPr="007324E0">
        <w:rPr>
          <w:rFonts w:cs="Arial"/>
          <w:szCs w:val="24"/>
        </w:rPr>
        <w:t>тохирсон</w:t>
      </w:r>
      <w:proofErr w:type="spellEnd"/>
      <w:r w:rsidR="00000000" w:rsidRPr="007324E0">
        <w:rPr>
          <w:rFonts w:cs="Arial"/>
          <w:szCs w:val="24"/>
        </w:rPr>
        <w:t xml:space="preserve"> </w:t>
      </w:r>
      <w:proofErr w:type="spellStart"/>
      <w:r w:rsidR="00000000" w:rsidRPr="007324E0">
        <w:rPr>
          <w:rFonts w:cs="Arial"/>
          <w:szCs w:val="24"/>
        </w:rPr>
        <w:t>дэмжлэг</w:t>
      </w:r>
      <w:proofErr w:type="spellEnd"/>
      <w:r w:rsidR="00000000" w:rsidRPr="007324E0">
        <w:rPr>
          <w:rFonts w:cs="Arial"/>
          <w:szCs w:val="24"/>
        </w:rPr>
        <w:t xml:space="preserve">, </w:t>
      </w:r>
      <w:proofErr w:type="spellStart"/>
      <w:r w:rsidR="00000000" w:rsidRPr="007324E0">
        <w:rPr>
          <w:rFonts w:cs="Arial"/>
          <w:szCs w:val="24"/>
        </w:rPr>
        <w:t>том</w:t>
      </w:r>
      <w:proofErr w:type="spellEnd"/>
      <w:r w:rsidR="00000000" w:rsidRPr="007324E0">
        <w:rPr>
          <w:rFonts w:cs="Arial"/>
          <w:szCs w:val="24"/>
        </w:rPr>
        <w:t xml:space="preserve">, </w:t>
      </w:r>
      <w:proofErr w:type="spellStart"/>
      <w:r w:rsidR="00000000" w:rsidRPr="007324E0">
        <w:rPr>
          <w:rFonts w:cs="Arial"/>
          <w:szCs w:val="24"/>
        </w:rPr>
        <w:t>ердийн</w:t>
      </w:r>
      <w:proofErr w:type="spellEnd"/>
      <w:r w:rsidR="00000000" w:rsidRPr="007324E0">
        <w:rPr>
          <w:rFonts w:cs="Arial"/>
          <w:szCs w:val="24"/>
        </w:rPr>
        <w:t xml:space="preserve"> </w:t>
      </w:r>
      <w:proofErr w:type="spellStart"/>
      <w:r w:rsidR="00000000" w:rsidRPr="007324E0">
        <w:rPr>
          <w:rFonts w:cs="Arial"/>
          <w:szCs w:val="24"/>
        </w:rPr>
        <w:t>төсөл</w:t>
      </w:r>
      <w:proofErr w:type="spellEnd"/>
      <w:r w:rsidR="00000000" w:rsidRPr="007324E0">
        <w:rPr>
          <w:rFonts w:cs="Arial"/>
          <w:szCs w:val="24"/>
        </w:rPr>
        <w:t xml:space="preserve">, </w:t>
      </w:r>
      <w:proofErr w:type="spellStart"/>
      <w:r w:rsidR="00000000" w:rsidRPr="007324E0">
        <w:rPr>
          <w:rFonts w:cs="Arial"/>
          <w:szCs w:val="24"/>
        </w:rPr>
        <w:t>жижиг</w:t>
      </w:r>
      <w:proofErr w:type="spellEnd"/>
      <w:r w:rsidR="00000000" w:rsidRPr="007324E0">
        <w:rPr>
          <w:rFonts w:cs="Arial"/>
          <w:szCs w:val="24"/>
        </w:rPr>
        <w:t xml:space="preserve"> </w:t>
      </w:r>
      <w:proofErr w:type="spellStart"/>
      <w:r w:rsidR="00000000" w:rsidRPr="007324E0">
        <w:rPr>
          <w:rFonts w:cs="Arial"/>
          <w:szCs w:val="24"/>
        </w:rPr>
        <w:t>ногоон</w:t>
      </w:r>
      <w:proofErr w:type="spellEnd"/>
      <w:r w:rsidR="00000000" w:rsidRPr="007324E0">
        <w:rPr>
          <w:rFonts w:cs="Arial"/>
          <w:szCs w:val="24"/>
        </w:rPr>
        <w:t xml:space="preserve"> </w:t>
      </w:r>
      <w:proofErr w:type="spellStart"/>
      <w:r w:rsidR="00000000" w:rsidRPr="007324E0">
        <w:rPr>
          <w:rFonts w:cs="Arial"/>
          <w:szCs w:val="24"/>
        </w:rPr>
        <w:t>санаачилгын</w:t>
      </w:r>
      <w:proofErr w:type="spellEnd"/>
      <w:r w:rsidR="00000000" w:rsidRPr="007324E0">
        <w:rPr>
          <w:rFonts w:cs="Arial"/>
          <w:szCs w:val="24"/>
        </w:rPr>
        <w:t xml:space="preserve"> </w:t>
      </w:r>
      <w:proofErr w:type="spellStart"/>
      <w:r w:rsidR="00000000" w:rsidRPr="007324E0">
        <w:rPr>
          <w:rFonts w:cs="Arial"/>
          <w:szCs w:val="24"/>
        </w:rPr>
        <w:t>босгыг</w:t>
      </w:r>
      <w:proofErr w:type="spellEnd"/>
      <w:r w:rsidR="00000000" w:rsidRPr="007324E0">
        <w:rPr>
          <w:rFonts w:cs="Arial"/>
          <w:szCs w:val="24"/>
        </w:rPr>
        <w:t xml:space="preserve"> </w:t>
      </w:r>
      <w:proofErr w:type="spellStart"/>
      <w:r w:rsidR="00000000" w:rsidRPr="007324E0">
        <w:rPr>
          <w:rFonts w:cs="Arial"/>
          <w:szCs w:val="24"/>
        </w:rPr>
        <w:t>тогтооно</w:t>
      </w:r>
      <w:proofErr w:type="spellEnd"/>
      <w:r w:rsidR="00000000" w:rsidRPr="007324E0">
        <w:rPr>
          <w:rFonts w:cs="Arial"/>
          <w:szCs w:val="24"/>
        </w:rPr>
        <w:t>.</w:t>
      </w:r>
    </w:p>
    <w:p w14:paraId="44BF7970" w14:textId="77777777" w:rsidR="007324E0" w:rsidRDefault="007324E0" w:rsidP="007324E0">
      <w:pPr>
        <w:rPr>
          <w:rFonts w:cs="Arial"/>
          <w:szCs w:val="24"/>
        </w:rPr>
      </w:pPr>
      <w:r>
        <w:rPr>
          <w:rFonts w:cs="Arial"/>
          <w:szCs w:val="24"/>
        </w:rPr>
        <w:t xml:space="preserve">- </w:t>
      </w:r>
      <w:proofErr w:type="spellStart"/>
      <w:r w:rsidR="00000000" w:rsidRPr="007324E0">
        <w:rPr>
          <w:rFonts w:cs="Arial"/>
          <w:szCs w:val="24"/>
        </w:rPr>
        <w:t>Ногоон</w:t>
      </w:r>
      <w:proofErr w:type="spellEnd"/>
      <w:r w:rsidR="00000000" w:rsidRPr="007324E0">
        <w:rPr>
          <w:rFonts w:cs="Arial"/>
          <w:szCs w:val="24"/>
        </w:rPr>
        <w:t xml:space="preserve"> </w:t>
      </w:r>
      <w:proofErr w:type="spellStart"/>
      <w:r w:rsidR="00000000" w:rsidRPr="007324E0">
        <w:rPr>
          <w:rFonts w:cs="Arial"/>
          <w:szCs w:val="24"/>
        </w:rPr>
        <w:t>байгууламж</w:t>
      </w:r>
      <w:proofErr w:type="spellEnd"/>
      <w:r w:rsidR="00000000" w:rsidRPr="007324E0">
        <w:rPr>
          <w:rFonts w:cs="Arial"/>
          <w:szCs w:val="24"/>
        </w:rPr>
        <w:t xml:space="preserve">, </w:t>
      </w:r>
      <w:proofErr w:type="spellStart"/>
      <w:r w:rsidR="00000000" w:rsidRPr="007324E0">
        <w:rPr>
          <w:rFonts w:cs="Arial"/>
          <w:szCs w:val="24"/>
        </w:rPr>
        <w:t>амьд</w:t>
      </w:r>
      <w:proofErr w:type="spellEnd"/>
      <w:r w:rsidR="00000000" w:rsidRPr="007324E0">
        <w:rPr>
          <w:rFonts w:cs="Arial"/>
          <w:szCs w:val="24"/>
        </w:rPr>
        <w:t xml:space="preserve"> </w:t>
      </w:r>
      <w:proofErr w:type="spellStart"/>
      <w:r w:rsidR="00000000" w:rsidRPr="007324E0">
        <w:rPr>
          <w:rFonts w:cs="Arial"/>
          <w:szCs w:val="24"/>
        </w:rPr>
        <w:t>ногоон</w:t>
      </w:r>
      <w:proofErr w:type="spellEnd"/>
      <w:r w:rsidR="00000000" w:rsidRPr="007324E0">
        <w:rPr>
          <w:rFonts w:cs="Arial"/>
          <w:szCs w:val="24"/>
        </w:rPr>
        <w:t xml:space="preserve"> </w:t>
      </w:r>
      <w:proofErr w:type="spellStart"/>
      <w:r w:rsidR="00000000" w:rsidRPr="007324E0">
        <w:rPr>
          <w:rFonts w:cs="Arial"/>
          <w:szCs w:val="24"/>
        </w:rPr>
        <w:t>хөрөнгийн</w:t>
      </w:r>
      <w:proofErr w:type="spellEnd"/>
      <w:r w:rsidR="00000000" w:rsidRPr="007324E0">
        <w:rPr>
          <w:rFonts w:cs="Arial"/>
          <w:szCs w:val="24"/>
        </w:rPr>
        <w:t xml:space="preserve"> </w:t>
      </w:r>
      <w:proofErr w:type="spellStart"/>
      <w:r w:rsidR="00000000" w:rsidRPr="007324E0">
        <w:rPr>
          <w:rFonts w:cs="Arial"/>
          <w:szCs w:val="24"/>
        </w:rPr>
        <w:t>ангилал</w:t>
      </w:r>
      <w:proofErr w:type="spellEnd"/>
      <w:r w:rsidR="00000000" w:rsidRPr="007324E0">
        <w:rPr>
          <w:rFonts w:cs="Arial"/>
          <w:szCs w:val="24"/>
        </w:rPr>
        <w:t xml:space="preserve">, </w:t>
      </w:r>
      <w:proofErr w:type="spellStart"/>
      <w:r w:rsidR="00000000" w:rsidRPr="007324E0">
        <w:rPr>
          <w:rFonts w:cs="Arial"/>
          <w:szCs w:val="24"/>
        </w:rPr>
        <w:t>өмчлөл</w:t>
      </w:r>
      <w:proofErr w:type="spellEnd"/>
      <w:r w:rsidR="00000000" w:rsidRPr="007324E0">
        <w:rPr>
          <w:rFonts w:cs="Arial"/>
          <w:szCs w:val="24"/>
        </w:rPr>
        <w:t xml:space="preserve">, </w:t>
      </w:r>
      <w:proofErr w:type="spellStart"/>
      <w:r w:rsidR="00000000" w:rsidRPr="007324E0">
        <w:rPr>
          <w:rFonts w:cs="Arial"/>
          <w:szCs w:val="24"/>
        </w:rPr>
        <w:t>эзэмшил</w:t>
      </w:r>
      <w:proofErr w:type="spellEnd"/>
      <w:r w:rsidR="00000000" w:rsidRPr="007324E0">
        <w:rPr>
          <w:rFonts w:cs="Arial"/>
          <w:szCs w:val="24"/>
        </w:rPr>
        <w:t xml:space="preserve">, </w:t>
      </w:r>
      <w:proofErr w:type="spellStart"/>
      <w:r w:rsidR="00000000" w:rsidRPr="007324E0">
        <w:rPr>
          <w:rFonts w:cs="Arial"/>
          <w:szCs w:val="24"/>
        </w:rPr>
        <w:t>ашиглалт</w:t>
      </w:r>
      <w:proofErr w:type="spellEnd"/>
      <w:r w:rsidR="00000000" w:rsidRPr="007324E0">
        <w:rPr>
          <w:rFonts w:cs="Arial"/>
          <w:szCs w:val="24"/>
        </w:rPr>
        <w:t xml:space="preserve">, </w:t>
      </w:r>
      <w:proofErr w:type="spellStart"/>
      <w:r w:rsidR="00000000" w:rsidRPr="007324E0">
        <w:rPr>
          <w:rFonts w:cs="Arial"/>
          <w:szCs w:val="24"/>
        </w:rPr>
        <w:t>ногоон</w:t>
      </w:r>
      <w:proofErr w:type="spellEnd"/>
      <w:r w:rsidR="00000000" w:rsidRPr="007324E0">
        <w:rPr>
          <w:rFonts w:cs="Arial"/>
          <w:szCs w:val="24"/>
        </w:rPr>
        <w:t xml:space="preserve"> </w:t>
      </w:r>
      <w:proofErr w:type="spellStart"/>
      <w:r w:rsidR="00000000" w:rsidRPr="007324E0">
        <w:rPr>
          <w:rFonts w:cs="Arial"/>
          <w:szCs w:val="24"/>
        </w:rPr>
        <w:t>хөрөнгө</w:t>
      </w:r>
      <w:proofErr w:type="spellEnd"/>
      <w:r w:rsidR="00000000" w:rsidRPr="007324E0">
        <w:rPr>
          <w:rFonts w:cs="Arial"/>
          <w:szCs w:val="24"/>
        </w:rPr>
        <w:t xml:space="preserve"> </w:t>
      </w:r>
      <w:proofErr w:type="spellStart"/>
      <w:r w:rsidR="00000000" w:rsidRPr="007324E0">
        <w:rPr>
          <w:rFonts w:cs="Arial"/>
          <w:szCs w:val="24"/>
        </w:rPr>
        <w:t>бүрийн</w:t>
      </w:r>
      <w:proofErr w:type="spellEnd"/>
      <w:r w:rsidR="00000000" w:rsidRPr="007324E0">
        <w:rPr>
          <w:rFonts w:cs="Arial"/>
          <w:szCs w:val="24"/>
        </w:rPr>
        <w:t xml:space="preserve"> </w:t>
      </w:r>
      <w:proofErr w:type="spellStart"/>
      <w:r w:rsidR="00000000" w:rsidRPr="007324E0">
        <w:rPr>
          <w:rFonts w:cs="Arial"/>
          <w:szCs w:val="24"/>
        </w:rPr>
        <w:t>хариуцан</w:t>
      </w:r>
      <w:proofErr w:type="spellEnd"/>
      <w:r w:rsidR="00000000" w:rsidRPr="007324E0">
        <w:rPr>
          <w:rFonts w:cs="Arial"/>
          <w:szCs w:val="24"/>
        </w:rPr>
        <w:t xml:space="preserve"> </w:t>
      </w:r>
      <w:proofErr w:type="spellStart"/>
      <w:r w:rsidR="00000000" w:rsidRPr="007324E0">
        <w:rPr>
          <w:rFonts w:cs="Arial"/>
          <w:szCs w:val="24"/>
        </w:rPr>
        <w:t>хамгаалагч</w:t>
      </w:r>
      <w:proofErr w:type="spellEnd"/>
      <w:r w:rsidR="00000000" w:rsidRPr="007324E0">
        <w:rPr>
          <w:rFonts w:cs="Arial"/>
          <w:szCs w:val="24"/>
        </w:rPr>
        <w:t xml:space="preserve">, </w:t>
      </w:r>
      <w:proofErr w:type="spellStart"/>
      <w:r w:rsidR="00000000" w:rsidRPr="007324E0">
        <w:rPr>
          <w:rFonts w:cs="Arial"/>
          <w:szCs w:val="24"/>
        </w:rPr>
        <w:t>үүрэг</w:t>
      </w:r>
      <w:proofErr w:type="spellEnd"/>
      <w:r w:rsidR="00000000" w:rsidRPr="007324E0">
        <w:rPr>
          <w:rFonts w:cs="Arial"/>
          <w:szCs w:val="24"/>
        </w:rPr>
        <w:t xml:space="preserve"> </w:t>
      </w:r>
      <w:proofErr w:type="spellStart"/>
      <w:r w:rsidR="00000000" w:rsidRPr="007324E0">
        <w:rPr>
          <w:rFonts w:cs="Arial"/>
          <w:szCs w:val="24"/>
        </w:rPr>
        <w:t>шилжүүлэх</w:t>
      </w:r>
      <w:proofErr w:type="spellEnd"/>
      <w:r w:rsidR="00000000" w:rsidRPr="007324E0">
        <w:rPr>
          <w:rFonts w:cs="Arial"/>
          <w:szCs w:val="24"/>
        </w:rPr>
        <w:t xml:space="preserve"> </w:t>
      </w:r>
      <w:proofErr w:type="spellStart"/>
      <w:r w:rsidR="00000000" w:rsidRPr="007324E0">
        <w:rPr>
          <w:rFonts w:cs="Arial"/>
          <w:szCs w:val="24"/>
        </w:rPr>
        <w:t>акт</w:t>
      </w:r>
      <w:proofErr w:type="spellEnd"/>
      <w:r w:rsidR="00000000" w:rsidRPr="007324E0">
        <w:rPr>
          <w:rFonts w:cs="Arial"/>
          <w:szCs w:val="24"/>
        </w:rPr>
        <w:t xml:space="preserve">, </w:t>
      </w:r>
      <w:proofErr w:type="spellStart"/>
      <w:r w:rsidR="00000000" w:rsidRPr="007324E0">
        <w:rPr>
          <w:rFonts w:cs="Arial"/>
          <w:szCs w:val="24"/>
        </w:rPr>
        <w:t>хамгаалалтын</w:t>
      </w:r>
      <w:proofErr w:type="spellEnd"/>
      <w:r w:rsidR="00000000" w:rsidRPr="007324E0">
        <w:rPr>
          <w:rFonts w:cs="Arial"/>
          <w:szCs w:val="24"/>
        </w:rPr>
        <w:t xml:space="preserve"> </w:t>
      </w:r>
      <w:proofErr w:type="spellStart"/>
      <w:r w:rsidR="00000000" w:rsidRPr="007324E0">
        <w:rPr>
          <w:rFonts w:cs="Arial"/>
          <w:szCs w:val="24"/>
        </w:rPr>
        <w:t>бүс</w:t>
      </w:r>
      <w:proofErr w:type="spellEnd"/>
      <w:r w:rsidR="00000000" w:rsidRPr="007324E0">
        <w:rPr>
          <w:rFonts w:cs="Arial"/>
          <w:szCs w:val="24"/>
        </w:rPr>
        <w:t xml:space="preserve">, </w:t>
      </w:r>
      <w:proofErr w:type="spellStart"/>
      <w:r w:rsidR="00000000" w:rsidRPr="007324E0">
        <w:rPr>
          <w:rFonts w:cs="Arial"/>
          <w:szCs w:val="24"/>
        </w:rPr>
        <w:t>түүх</w:t>
      </w:r>
      <w:proofErr w:type="spellEnd"/>
      <w:r w:rsidR="00000000" w:rsidRPr="007324E0">
        <w:rPr>
          <w:rFonts w:cs="Arial"/>
          <w:szCs w:val="24"/>
        </w:rPr>
        <w:t xml:space="preserve">, </w:t>
      </w:r>
      <w:proofErr w:type="spellStart"/>
      <w:r w:rsidR="00000000" w:rsidRPr="007324E0">
        <w:rPr>
          <w:rFonts w:cs="Arial"/>
          <w:szCs w:val="24"/>
        </w:rPr>
        <w:t>соёл</w:t>
      </w:r>
      <w:proofErr w:type="spellEnd"/>
      <w:r w:rsidR="00000000" w:rsidRPr="007324E0">
        <w:rPr>
          <w:rFonts w:cs="Arial"/>
          <w:szCs w:val="24"/>
        </w:rPr>
        <w:t xml:space="preserve">, </w:t>
      </w:r>
      <w:proofErr w:type="spellStart"/>
      <w:r w:rsidR="00000000" w:rsidRPr="007324E0">
        <w:rPr>
          <w:rFonts w:cs="Arial"/>
          <w:szCs w:val="24"/>
        </w:rPr>
        <w:t>шинжлэх</w:t>
      </w:r>
      <w:proofErr w:type="spellEnd"/>
      <w:r w:rsidR="00000000" w:rsidRPr="007324E0">
        <w:rPr>
          <w:rFonts w:cs="Arial"/>
          <w:szCs w:val="24"/>
        </w:rPr>
        <w:t xml:space="preserve"> </w:t>
      </w:r>
      <w:proofErr w:type="spellStart"/>
      <w:r w:rsidR="00000000" w:rsidRPr="007324E0">
        <w:rPr>
          <w:rFonts w:cs="Arial"/>
          <w:szCs w:val="24"/>
        </w:rPr>
        <w:t>ухаан</w:t>
      </w:r>
      <w:proofErr w:type="spellEnd"/>
      <w:r w:rsidR="00000000" w:rsidRPr="007324E0">
        <w:rPr>
          <w:rFonts w:cs="Arial"/>
          <w:szCs w:val="24"/>
        </w:rPr>
        <w:t xml:space="preserve">, </w:t>
      </w:r>
      <w:proofErr w:type="spellStart"/>
      <w:r w:rsidR="00000000" w:rsidRPr="007324E0">
        <w:rPr>
          <w:rFonts w:cs="Arial"/>
          <w:szCs w:val="24"/>
        </w:rPr>
        <w:t>экологийн</w:t>
      </w:r>
      <w:proofErr w:type="spellEnd"/>
      <w:r w:rsidR="00000000" w:rsidRPr="007324E0">
        <w:rPr>
          <w:rFonts w:cs="Arial"/>
          <w:szCs w:val="24"/>
        </w:rPr>
        <w:t xml:space="preserve"> </w:t>
      </w:r>
      <w:proofErr w:type="spellStart"/>
      <w:r w:rsidR="00000000" w:rsidRPr="007324E0">
        <w:rPr>
          <w:rFonts w:cs="Arial"/>
          <w:szCs w:val="24"/>
        </w:rPr>
        <w:t>онцгой</w:t>
      </w:r>
      <w:proofErr w:type="spellEnd"/>
      <w:r w:rsidR="00000000" w:rsidRPr="007324E0">
        <w:rPr>
          <w:rFonts w:cs="Arial"/>
          <w:szCs w:val="24"/>
        </w:rPr>
        <w:t xml:space="preserve"> </w:t>
      </w:r>
      <w:proofErr w:type="spellStart"/>
      <w:r w:rsidR="00000000" w:rsidRPr="007324E0">
        <w:rPr>
          <w:rFonts w:cs="Arial"/>
          <w:szCs w:val="24"/>
        </w:rPr>
        <w:t>үнэ</w:t>
      </w:r>
      <w:proofErr w:type="spellEnd"/>
      <w:r w:rsidR="00000000" w:rsidRPr="007324E0">
        <w:rPr>
          <w:rFonts w:cs="Arial"/>
          <w:szCs w:val="24"/>
        </w:rPr>
        <w:t xml:space="preserve"> </w:t>
      </w:r>
      <w:proofErr w:type="spellStart"/>
      <w:r w:rsidR="00000000" w:rsidRPr="007324E0">
        <w:rPr>
          <w:rFonts w:cs="Arial"/>
          <w:szCs w:val="24"/>
        </w:rPr>
        <w:t>цэнтэй</w:t>
      </w:r>
      <w:proofErr w:type="spellEnd"/>
      <w:r w:rsidR="00000000" w:rsidRPr="007324E0">
        <w:rPr>
          <w:rFonts w:cs="Arial"/>
          <w:szCs w:val="24"/>
        </w:rPr>
        <w:t xml:space="preserve"> </w:t>
      </w:r>
      <w:proofErr w:type="spellStart"/>
      <w:r w:rsidR="00000000" w:rsidRPr="007324E0">
        <w:rPr>
          <w:rFonts w:cs="Arial"/>
          <w:szCs w:val="24"/>
        </w:rPr>
        <w:t>модны</w:t>
      </w:r>
      <w:proofErr w:type="spellEnd"/>
      <w:r w:rsidR="00000000" w:rsidRPr="007324E0">
        <w:rPr>
          <w:rFonts w:cs="Arial"/>
          <w:szCs w:val="24"/>
        </w:rPr>
        <w:t xml:space="preserve"> </w:t>
      </w:r>
      <w:proofErr w:type="spellStart"/>
      <w:r w:rsidR="00000000" w:rsidRPr="007324E0">
        <w:rPr>
          <w:rFonts w:cs="Arial"/>
          <w:szCs w:val="24"/>
        </w:rPr>
        <w:t>хамгаалалтыг</w:t>
      </w:r>
      <w:proofErr w:type="spellEnd"/>
      <w:r w:rsidR="00000000" w:rsidRPr="007324E0">
        <w:rPr>
          <w:rFonts w:cs="Arial"/>
          <w:szCs w:val="24"/>
        </w:rPr>
        <w:t xml:space="preserve"> </w:t>
      </w:r>
      <w:proofErr w:type="spellStart"/>
      <w:r w:rsidR="00000000" w:rsidRPr="007324E0">
        <w:rPr>
          <w:rFonts w:cs="Arial"/>
          <w:szCs w:val="24"/>
        </w:rPr>
        <w:t>зохицуулна</w:t>
      </w:r>
      <w:proofErr w:type="spellEnd"/>
      <w:r w:rsidR="00000000" w:rsidRPr="007324E0">
        <w:rPr>
          <w:rFonts w:cs="Arial"/>
          <w:szCs w:val="24"/>
        </w:rPr>
        <w:t>.</w:t>
      </w:r>
    </w:p>
    <w:p w14:paraId="4A91A9B3" w14:textId="77777777" w:rsidR="007324E0" w:rsidRDefault="007324E0" w:rsidP="007324E0">
      <w:pPr>
        <w:rPr>
          <w:rFonts w:cs="Arial"/>
          <w:szCs w:val="24"/>
        </w:rPr>
      </w:pPr>
      <w:r>
        <w:rPr>
          <w:rFonts w:cs="Arial"/>
          <w:szCs w:val="24"/>
        </w:rPr>
        <w:t xml:space="preserve">- </w:t>
      </w:r>
      <w:proofErr w:type="spellStart"/>
      <w:r w:rsidR="00000000" w:rsidRPr="007324E0">
        <w:rPr>
          <w:rFonts w:cs="Arial"/>
          <w:szCs w:val="24"/>
        </w:rPr>
        <w:t>Төлөвлөлт</w:t>
      </w:r>
      <w:proofErr w:type="spellEnd"/>
      <w:r w:rsidR="00000000" w:rsidRPr="007324E0">
        <w:rPr>
          <w:rFonts w:cs="Arial"/>
          <w:szCs w:val="24"/>
        </w:rPr>
        <w:t xml:space="preserve">, </w:t>
      </w:r>
      <w:proofErr w:type="spellStart"/>
      <w:r w:rsidR="00000000" w:rsidRPr="007324E0">
        <w:rPr>
          <w:rFonts w:cs="Arial"/>
          <w:szCs w:val="24"/>
        </w:rPr>
        <w:t>газар</w:t>
      </w:r>
      <w:proofErr w:type="spellEnd"/>
      <w:r w:rsidR="00000000" w:rsidRPr="007324E0">
        <w:rPr>
          <w:rFonts w:cs="Arial"/>
          <w:szCs w:val="24"/>
        </w:rPr>
        <w:t xml:space="preserve">, </w:t>
      </w:r>
      <w:proofErr w:type="spellStart"/>
      <w:r w:rsidR="00000000" w:rsidRPr="007324E0">
        <w:rPr>
          <w:rFonts w:cs="Arial"/>
          <w:szCs w:val="24"/>
        </w:rPr>
        <w:t>хөрсний</w:t>
      </w:r>
      <w:proofErr w:type="spellEnd"/>
      <w:r w:rsidR="00000000" w:rsidRPr="007324E0">
        <w:rPr>
          <w:rFonts w:cs="Arial"/>
          <w:szCs w:val="24"/>
        </w:rPr>
        <w:t xml:space="preserve"> </w:t>
      </w:r>
      <w:proofErr w:type="spellStart"/>
      <w:r w:rsidR="00000000" w:rsidRPr="007324E0">
        <w:rPr>
          <w:rFonts w:cs="Arial"/>
          <w:szCs w:val="24"/>
        </w:rPr>
        <w:t>үнэлгээ</w:t>
      </w:r>
      <w:proofErr w:type="spellEnd"/>
      <w:r w:rsidR="00000000" w:rsidRPr="007324E0">
        <w:rPr>
          <w:rFonts w:cs="Arial"/>
          <w:szCs w:val="24"/>
        </w:rPr>
        <w:t xml:space="preserve">, </w:t>
      </w:r>
      <w:proofErr w:type="spellStart"/>
      <w:r w:rsidR="00000000" w:rsidRPr="007324E0">
        <w:rPr>
          <w:rFonts w:cs="Arial"/>
          <w:szCs w:val="24"/>
        </w:rPr>
        <w:t>усалгааны</w:t>
      </w:r>
      <w:proofErr w:type="spellEnd"/>
      <w:r w:rsidR="00000000" w:rsidRPr="007324E0">
        <w:rPr>
          <w:rFonts w:cs="Arial"/>
          <w:szCs w:val="24"/>
        </w:rPr>
        <w:t xml:space="preserve"> </w:t>
      </w:r>
      <w:proofErr w:type="spellStart"/>
      <w:r w:rsidR="00000000" w:rsidRPr="007324E0">
        <w:rPr>
          <w:rFonts w:cs="Arial"/>
          <w:szCs w:val="24"/>
        </w:rPr>
        <w:t>хамгийн</w:t>
      </w:r>
      <w:proofErr w:type="spellEnd"/>
      <w:r w:rsidR="00000000" w:rsidRPr="007324E0">
        <w:rPr>
          <w:rFonts w:cs="Arial"/>
          <w:szCs w:val="24"/>
        </w:rPr>
        <w:t xml:space="preserve"> </w:t>
      </w:r>
      <w:proofErr w:type="spellStart"/>
      <w:r w:rsidR="00000000" w:rsidRPr="007324E0">
        <w:rPr>
          <w:rFonts w:cs="Arial"/>
          <w:szCs w:val="24"/>
        </w:rPr>
        <w:t>бага</w:t>
      </w:r>
      <w:proofErr w:type="spellEnd"/>
      <w:r w:rsidR="00000000" w:rsidRPr="007324E0">
        <w:rPr>
          <w:rFonts w:cs="Arial"/>
          <w:szCs w:val="24"/>
        </w:rPr>
        <w:t xml:space="preserve"> </w:t>
      </w:r>
      <w:proofErr w:type="spellStart"/>
      <w:r w:rsidR="00000000" w:rsidRPr="007324E0">
        <w:rPr>
          <w:rFonts w:cs="Arial"/>
          <w:szCs w:val="24"/>
        </w:rPr>
        <w:t>шаардлагын</w:t>
      </w:r>
      <w:proofErr w:type="spellEnd"/>
      <w:r w:rsidR="00000000" w:rsidRPr="007324E0">
        <w:rPr>
          <w:rFonts w:cs="Arial"/>
          <w:szCs w:val="24"/>
        </w:rPr>
        <w:t xml:space="preserve"> </w:t>
      </w:r>
      <w:proofErr w:type="spellStart"/>
      <w:r w:rsidR="00000000" w:rsidRPr="007324E0">
        <w:rPr>
          <w:rFonts w:cs="Arial"/>
          <w:szCs w:val="24"/>
        </w:rPr>
        <w:t>хүрээнд</w:t>
      </w:r>
      <w:proofErr w:type="spellEnd"/>
      <w:r w:rsidR="00000000" w:rsidRPr="007324E0">
        <w:rPr>
          <w:rFonts w:cs="Arial"/>
          <w:szCs w:val="24"/>
        </w:rPr>
        <w:t xml:space="preserve"> </w:t>
      </w:r>
      <w:proofErr w:type="spellStart"/>
      <w:r w:rsidR="00000000" w:rsidRPr="007324E0">
        <w:rPr>
          <w:rFonts w:cs="Arial"/>
          <w:szCs w:val="24"/>
        </w:rPr>
        <w:t>таван</w:t>
      </w:r>
      <w:proofErr w:type="spellEnd"/>
      <w:r w:rsidR="00000000" w:rsidRPr="007324E0">
        <w:rPr>
          <w:rFonts w:cs="Arial"/>
          <w:szCs w:val="24"/>
        </w:rPr>
        <w:t xml:space="preserve"> </w:t>
      </w:r>
      <w:proofErr w:type="spellStart"/>
      <w:r w:rsidR="00000000" w:rsidRPr="007324E0">
        <w:rPr>
          <w:rFonts w:cs="Arial"/>
          <w:szCs w:val="24"/>
        </w:rPr>
        <w:t>жилийн</w:t>
      </w:r>
      <w:proofErr w:type="spellEnd"/>
      <w:r w:rsidR="00000000" w:rsidRPr="007324E0">
        <w:rPr>
          <w:rFonts w:cs="Arial"/>
          <w:szCs w:val="24"/>
        </w:rPr>
        <w:t xml:space="preserve"> </w:t>
      </w:r>
      <w:proofErr w:type="spellStart"/>
      <w:r w:rsidR="00000000" w:rsidRPr="007324E0">
        <w:rPr>
          <w:rFonts w:cs="Arial"/>
          <w:szCs w:val="24"/>
        </w:rPr>
        <w:t>ерөнхий</w:t>
      </w:r>
      <w:proofErr w:type="spellEnd"/>
      <w:r w:rsidR="00000000" w:rsidRPr="007324E0">
        <w:rPr>
          <w:rFonts w:cs="Arial"/>
          <w:szCs w:val="24"/>
        </w:rPr>
        <w:t xml:space="preserve"> </w:t>
      </w:r>
      <w:proofErr w:type="spellStart"/>
      <w:r w:rsidR="00000000" w:rsidRPr="007324E0">
        <w:rPr>
          <w:rFonts w:cs="Arial"/>
          <w:szCs w:val="24"/>
        </w:rPr>
        <w:t>төлөвлөгөө</w:t>
      </w:r>
      <w:proofErr w:type="spellEnd"/>
      <w:r w:rsidR="00000000" w:rsidRPr="007324E0">
        <w:rPr>
          <w:rFonts w:cs="Arial"/>
          <w:szCs w:val="24"/>
        </w:rPr>
        <w:t xml:space="preserve">, 3-30-300 </w:t>
      </w:r>
      <w:proofErr w:type="spellStart"/>
      <w:r w:rsidR="00000000" w:rsidRPr="007324E0">
        <w:rPr>
          <w:rFonts w:cs="Arial"/>
          <w:szCs w:val="24"/>
        </w:rPr>
        <w:t>баримжааг</w:t>
      </w:r>
      <w:proofErr w:type="spellEnd"/>
      <w:r w:rsidR="00000000" w:rsidRPr="007324E0">
        <w:rPr>
          <w:rFonts w:cs="Arial"/>
          <w:szCs w:val="24"/>
        </w:rPr>
        <w:t xml:space="preserve"> </w:t>
      </w:r>
      <w:proofErr w:type="spellStart"/>
      <w:r w:rsidR="00000000" w:rsidRPr="007324E0">
        <w:rPr>
          <w:rFonts w:cs="Arial"/>
          <w:szCs w:val="24"/>
        </w:rPr>
        <w:t>Монгол</w:t>
      </w:r>
      <w:proofErr w:type="spellEnd"/>
      <w:r w:rsidR="00000000" w:rsidRPr="007324E0">
        <w:rPr>
          <w:rFonts w:cs="Arial"/>
          <w:szCs w:val="24"/>
        </w:rPr>
        <w:t xml:space="preserve"> </w:t>
      </w:r>
      <w:proofErr w:type="spellStart"/>
      <w:r w:rsidR="00000000" w:rsidRPr="007324E0">
        <w:rPr>
          <w:rFonts w:cs="Arial"/>
          <w:szCs w:val="24"/>
        </w:rPr>
        <w:t>орны</w:t>
      </w:r>
      <w:proofErr w:type="spellEnd"/>
      <w:r w:rsidR="00000000" w:rsidRPr="007324E0">
        <w:rPr>
          <w:rFonts w:cs="Arial"/>
          <w:szCs w:val="24"/>
        </w:rPr>
        <w:t xml:space="preserve"> </w:t>
      </w:r>
      <w:proofErr w:type="spellStart"/>
      <w:r w:rsidR="00000000" w:rsidRPr="007324E0">
        <w:rPr>
          <w:rFonts w:cs="Arial"/>
          <w:szCs w:val="24"/>
        </w:rPr>
        <w:t>нөхцөлд</w:t>
      </w:r>
      <w:proofErr w:type="spellEnd"/>
      <w:r w:rsidR="00000000" w:rsidRPr="007324E0">
        <w:rPr>
          <w:rFonts w:cs="Arial"/>
          <w:szCs w:val="24"/>
        </w:rPr>
        <w:t xml:space="preserve"> </w:t>
      </w:r>
      <w:proofErr w:type="spellStart"/>
      <w:r w:rsidR="00000000" w:rsidRPr="007324E0">
        <w:rPr>
          <w:rFonts w:cs="Arial"/>
          <w:szCs w:val="24"/>
        </w:rPr>
        <w:t>тохируулан</w:t>
      </w:r>
      <w:proofErr w:type="spellEnd"/>
      <w:r w:rsidR="00000000" w:rsidRPr="007324E0">
        <w:rPr>
          <w:rFonts w:cs="Arial"/>
          <w:szCs w:val="24"/>
        </w:rPr>
        <w:t xml:space="preserve"> </w:t>
      </w:r>
      <w:proofErr w:type="spellStart"/>
      <w:r w:rsidR="00000000" w:rsidRPr="007324E0">
        <w:rPr>
          <w:rFonts w:cs="Arial"/>
          <w:szCs w:val="24"/>
        </w:rPr>
        <w:t>хэрэглэх</w:t>
      </w:r>
      <w:proofErr w:type="spellEnd"/>
      <w:r w:rsidR="00000000" w:rsidRPr="007324E0">
        <w:rPr>
          <w:rFonts w:cs="Arial"/>
          <w:szCs w:val="24"/>
        </w:rPr>
        <w:t xml:space="preserve">, </w:t>
      </w:r>
      <w:proofErr w:type="spellStart"/>
      <w:r w:rsidR="00000000" w:rsidRPr="007324E0">
        <w:rPr>
          <w:rFonts w:cs="Arial"/>
          <w:szCs w:val="24"/>
        </w:rPr>
        <w:t>хялбаршуулсан</w:t>
      </w:r>
      <w:proofErr w:type="spellEnd"/>
      <w:r w:rsidR="00000000" w:rsidRPr="007324E0">
        <w:rPr>
          <w:rFonts w:cs="Arial"/>
          <w:szCs w:val="24"/>
        </w:rPr>
        <w:t xml:space="preserve"> </w:t>
      </w:r>
      <w:proofErr w:type="spellStart"/>
      <w:r w:rsidR="00000000" w:rsidRPr="007324E0">
        <w:rPr>
          <w:rFonts w:cs="Arial"/>
          <w:szCs w:val="24"/>
        </w:rPr>
        <w:t>болон</w:t>
      </w:r>
      <w:proofErr w:type="spellEnd"/>
      <w:r w:rsidR="00000000" w:rsidRPr="007324E0">
        <w:rPr>
          <w:rFonts w:cs="Arial"/>
          <w:szCs w:val="24"/>
        </w:rPr>
        <w:t xml:space="preserve"> </w:t>
      </w:r>
      <w:proofErr w:type="spellStart"/>
      <w:r w:rsidR="00000000" w:rsidRPr="007324E0">
        <w:rPr>
          <w:rFonts w:cs="Arial"/>
          <w:szCs w:val="24"/>
        </w:rPr>
        <w:t>бүрэн</w:t>
      </w:r>
      <w:proofErr w:type="spellEnd"/>
      <w:r w:rsidR="00000000" w:rsidRPr="007324E0">
        <w:rPr>
          <w:rFonts w:cs="Arial"/>
          <w:szCs w:val="24"/>
        </w:rPr>
        <w:t xml:space="preserve"> </w:t>
      </w:r>
      <w:proofErr w:type="spellStart"/>
      <w:r w:rsidR="00000000" w:rsidRPr="007324E0">
        <w:rPr>
          <w:rFonts w:cs="Arial"/>
          <w:szCs w:val="24"/>
        </w:rPr>
        <w:t>үнэлгээ</w:t>
      </w:r>
      <w:proofErr w:type="spellEnd"/>
      <w:r w:rsidR="00000000" w:rsidRPr="007324E0">
        <w:rPr>
          <w:rFonts w:cs="Arial"/>
          <w:szCs w:val="24"/>
        </w:rPr>
        <w:t xml:space="preserve">, </w:t>
      </w:r>
      <w:proofErr w:type="spellStart"/>
      <w:r w:rsidR="00000000" w:rsidRPr="007324E0">
        <w:rPr>
          <w:rFonts w:cs="Arial"/>
          <w:szCs w:val="24"/>
        </w:rPr>
        <w:t>усны</w:t>
      </w:r>
      <w:proofErr w:type="spellEnd"/>
      <w:r w:rsidR="00000000" w:rsidRPr="007324E0">
        <w:rPr>
          <w:rFonts w:cs="Arial"/>
          <w:szCs w:val="24"/>
        </w:rPr>
        <w:t xml:space="preserve"> </w:t>
      </w:r>
      <w:proofErr w:type="spellStart"/>
      <w:r w:rsidR="00000000" w:rsidRPr="007324E0">
        <w:rPr>
          <w:rFonts w:cs="Arial"/>
          <w:szCs w:val="24"/>
        </w:rPr>
        <w:t>төсөв</w:t>
      </w:r>
      <w:proofErr w:type="spellEnd"/>
      <w:r w:rsidR="00000000" w:rsidRPr="007324E0">
        <w:rPr>
          <w:rFonts w:cs="Arial"/>
          <w:szCs w:val="24"/>
        </w:rPr>
        <w:t xml:space="preserve">, </w:t>
      </w:r>
      <w:proofErr w:type="spellStart"/>
      <w:r w:rsidR="00000000" w:rsidRPr="007324E0">
        <w:rPr>
          <w:rFonts w:cs="Arial"/>
          <w:szCs w:val="24"/>
        </w:rPr>
        <w:t>баталгаат</w:t>
      </w:r>
      <w:proofErr w:type="spellEnd"/>
      <w:r w:rsidR="00000000" w:rsidRPr="007324E0">
        <w:rPr>
          <w:rFonts w:cs="Arial"/>
          <w:szCs w:val="24"/>
        </w:rPr>
        <w:t xml:space="preserve"> </w:t>
      </w:r>
      <w:proofErr w:type="spellStart"/>
      <w:r w:rsidR="00000000" w:rsidRPr="007324E0">
        <w:rPr>
          <w:rFonts w:cs="Arial"/>
          <w:szCs w:val="24"/>
        </w:rPr>
        <w:t>эх</w:t>
      </w:r>
      <w:proofErr w:type="spellEnd"/>
      <w:r w:rsidR="00000000" w:rsidRPr="007324E0">
        <w:rPr>
          <w:rFonts w:cs="Arial"/>
          <w:szCs w:val="24"/>
        </w:rPr>
        <w:t xml:space="preserve"> </w:t>
      </w:r>
      <w:proofErr w:type="spellStart"/>
      <w:r w:rsidR="00000000" w:rsidRPr="007324E0">
        <w:rPr>
          <w:rFonts w:cs="Arial"/>
          <w:szCs w:val="24"/>
        </w:rPr>
        <w:t>үүсвэр</w:t>
      </w:r>
      <w:proofErr w:type="spellEnd"/>
      <w:r w:rsidR="00000000" w:rsidRPr="007324E0">
        <w:rPr>
          <w:rFonts w:cs="Arial"/>
          <w:szCs w:val="24"/>
        </w:rPr>
        <w:t xml:space="preserve">, </w:t>
      </w:r>
      <w:proofErr w:type="spellStart"/>
      <w:r w:rsidR="00000000" w:rsidRPr="007324E0">
        <w:rPr>
          <w:rFonts w:cs="Arial"/>
          <w:szCs w:val="24"/>
        </w:rPr>
        <w:t>мод</w:t>
      </w:r>
      <w:proofErr w:type="spellEnd"/>
      <w:r w:rsidR="00000000" w:rsidRPr="007324E0">
        <w:rPr>
          <w:rFonts w:cs="Arial"/>
          <w:szCs w:val="24"/>
        </w:rPr>
        <w:t xml:space="preserve"> </w:t>
      </w:r>
      <w:proofErr w:type="spellStart"/>
      <w:r w:rsidR="00000000" w:rsidRPr="007324E0">
        <w:rPr>
          <w:rFonts w:cs="Arial"/>
          <w:szCs w:val="24"/>
        </w:rPr>
        <w:t>үржүүлгийн</w:t>
      </w:r>
      <w:proofErr w:type="spellEnd"/>
      <w:r w:rsidR="00000000" w:rsidRPr="007324E0">
        <w:rPr>
          <w:rFonts w:cs="Arial"/>
          <w:szCs w:val="24"/>
        </w:rPr>
        <w:t xml:space="preserve"> </w:t>
      </w:r>
      <w:proofErr w:type="spellStart"/>
      <w:r w:rsidR="00000000" w:rsidRPr="007324E0">
        <w:rPr>
          <w:rFonts w:cs="Arial"/>
          <w:szCs w:val="24"/>
        </w:rPr>
        <w:t>газрын</w:t>
      </w:r>
      <w:proofErr w:type="spellEnd"/>
      <w:r w:rsidR="00000000" w:rsidRPr="007324E0">
        <w:rPr>
          <w:rFonts w:cs="Arial"/>
          <w:szCs w:val="24"/>
        </w:rPr>
        <w:t xml:space="preserve"> </w:t>
      </w:r>
      <w:proofErr w:type="spellStart"/>
      <w:r w:rsidR="00000000" w:rsidRPr="007324E0">
        <w:rPr>
          <w:rFonts w:cs="Arial"/>
          <w:szCs w:val="24"/>
        </w:rPr>
        <w:t>зураг</w:t>
      </w:r>
      <w:proofErr w:type="spellEnd"/>
      <w:r w:rsidR="00000000" w:rsidRPr="007324E0">
        <w:rPr>
          <w:rFonts w:cs="Arial"/>
          <w:szCs w:val="24"/>
        </w:rPr>
        <w:t xml:space="preserve"> </w:t>
      </w:r>
      <w:proofErr w:type="spellStart"/>
      <w:r w:rsidR="00000000" w:rsidRPr="007324E0">
        <w:rPr>
          <w:rFonts w:cs="Arial"/>
          <w:szCs w:val="24"/>
        </w:rPr>
        <w:t>төсөл</w:t>
      </w:r>
      <w:proofErr w:type="spellEnd"/>
      <w:r w:rsidR="00000000" w:rsidRPr="007324E0">
        <w:rPr>
          <w:rFonts w:cs="Arial"/>
          <w:szCs w:val="24"/>
        </w:rPr>
        <w:t xml:space="preserve">, </w:t>
      </w:r>
      <w:proofErr w:type="spellStart"/>
      <w:r w:rsidR="00000000" w:rsidRPr="007324E0">
        <w:rPr>
          <w:rFonts w:cs="Arial"/>
          <w:szCs w:val="24"/>
        </w:rPr>
        <w:t>байршил</w:t>
      </w:r>
      <w:proofErr w:type="spellEnd"/>
      <w:r w:rsidR="00000000" w:rsidRPr="007324E0">
        <w:rPr>
          <w:rFonts w:cs="Arial"/>
          <w:szCs w:val="24"/>
        </w:rPr>
        <w:t xml:space="preserve">, </w:t>
      </w:r>
      <w:proofErr w:type="spellStart"/>
      <w:r w:rsidR="00000000" w:rsidRPr="007324E0">
        <w:rPr>
          <w:rFonts w:cs="Arial"/>
          <w:szCs w:val="24"/>
        </w:rPr>
        <w:t>үйл</w:t>
      </w:r>
      <w:proofErr w:type="spellEnd"/>
      <w:r w:rsidR="00000000" w:rsidRPr="007324E0">
        <w:rPr>
          <w:rFonts w:cs="Arial"/>
          <w:szCs w:val="24"/>
        </w:rPr>
        <w:t xml:space="preserve"> </w:t>
      </w:r>
      <w:proofErr w:type="spellStart"/>
      <w:r w:rsidR="00000000" w:rsidRPr="007324E0">
        <w:rPr>
          <w:rFonts w:cs="Arial"/>
          <w:szCs w:val="24"/>
        </w:rPr>
        <w:t>ажиллагааны</w:t>
      </w:r>
      <w:proofErr w:type="spellEnd"/>
      <w:r w:rsidR="00000000" w:rsidRPr="007324E0">
        <w:rPr>
          <w:rFonts w:cs="Arial"/>
          <w:szCs w:val="24"/>
        </w:rPr>
        <w:t xml:space="preserve"> </w:t>
      </w:r>
      <w:proofErr w:type="spellStart"/>
      <w:r w:rsidR="00000000" w:rsidRPr="007324E0">
        <w:rPr>
          <w:rFonts w:cs="Arial"/>
          <w:szCs w:val="24"/>
        </w:rPr>
        <w:t>шаардлагыг</w:t>
      </w:r>
      <w:proofErr w:type="spellEnd"/>
      <w:r w:rsidR="00000000" w:rsidRPr="007324E0">
        <w:rPr>
          <w:rFonts w:cs="Arial"/>
          <w:szCs w:val="24"/>
        </w:rPr>
        <w:t xml:space="preserve"> </w:t>
      </w:r>
      <w:proofErr w:type="spellStart"/>
      <w:r w:rsidR="00000000" w:rsidRPr="007324E0">
        <w:rPr>
          <w:rFonts w:cs="Arial"/>
          <w:szCs w:val="24"/>
        </w:rPr>
        <w:t>тогтооно</w:t>
      </w:r>
      <w:proofErr w:type="spellEnd"/>
      <w:r w:rsidR="00000000" w:rsidRPr="007324E0">
        <w:rPr>
          <w:rFonts w:cs="Arial"/>
          <w:szCs w:val="24"/>
        </w:rPr>
        <w:t>.</w:t>
      </w:r>
    </w:p>
    <w:p w14:paraId="75E66BE7" w14:textId="77777777" w:rsidR="007324E0" w:rsidRDefault="007324E0" w:rsidP="007324E0">
      <w:pPr>
        <w:rPr>
          <w:rFonts w:cs="Arial"/>
          <w:szCs w:val="24"/>
        </w:rPr>
      </w:pPr>
      <w:r>
        <w:rPr>
          <w:rFonts w:cs="Arial"/>
          <w:szCs w:val="24"/>
        </w:rPr>
        <w:t xml:space="preserve">- </w:t>
      </w:r>
      <w:proofErr w:type="spellStart"/>
      <w:r w:rsidR="00000000" w:rsidRPr="007324E0">
        <w:rPr>
          <w:rFonts w:cs="Arial"/>
          <w:szCs w:val="24"/>
        </w:rPr>
        <w:t>Барилга</w:t>
      </w:r>
      <w:proofErr w:type="spellEnd"/>
      <w:r w:rsidR="00000000" w:rsidRPr="007324E0">
        <w:rPr>
          <w:rFonts w:cs="Arial"/>
          <w:szCs w:val="24"/>
        </w:rPr>
        <w:t xml:space="preserve">, </w:t>
      </w:r>
      <w:proofErr w:type="spellStart"/>
      <w:r w:rsidR="00000000" w:rsidRPr="007324E0">
        <w:rPr>
          <w:rFonts w:cs="Arial"/>
          <w:szCs w:val="24"/>
        </w:rPr>
        <w:t>хот</w:t>
      </w:r>
      <w:proofErr w:type="spellEnd"/>
      <w:r w:rsidR="00000000" w:rsidRPr="007324E0">
        <w:rPr>
          <w:rFonts w:cs="Arial"/>
          <w:szCs w:val="24"/>
        </w:rPr>
        <w:t xml:space="preserve"> </w:t>
      </w:r>
      <w:proofErr w:type="spellStart"/>
      <w:r w:rsidR="00000000" w:rsidRPr="007324E0">
        <w:rPr>
          <w:rFonts w:cs="Arial"/>
          <w:szCs w:val="24"/>
        </w:rPr>
        <w:t>байгуулалт</w:t>
      </w:r>
      <w:proofErr w:type="spellEnd"/>
      <w:r w:rsidR="00000000" w:rsidRPr="007324E0">
        <w:rPr>
          <w:rFonts w:cs="Arial"/>
          <w:szCs w:val="24"/>
        </w:rPr>
        <w:t xml:space="preserve">, </w:t>
      </w:r>
      <w:proofErr w:type="spellStart"/>
      <w:r w:rsidR="00000000" w:rsidRPr="007324E0">
        <w:rPr>
          <w:rFonts w:cs="Arial"/>
          <w:szCs w:val="24"/>
        </w:rPr>
        <w:t>газар</w:t>
      </w:r>
      <w:proofErr w:type="spellEnd"/>
      <w:r w:rsidR="00000000" w:rsidRPr="007324E0">
        <w:rPr>
          <w:rFonts w:cs="Arial"/>
          <w:szCs w:val="24"/>
        </w:rPr>
        <w:t xml:space="preserve"> </w:t>
      </w:r>
      <w:proofErr w:type="spellStart"/>
      <w:r w:rsidR="00000000" w:rsidRPr="007324E0">
        <w:rPr>
          <w:rFonts w:cs="Arial"/>
          <w:szCs w:val="24"/>
        </w:rPr>
        <w:t>ашиглалтын</w:t>
      </w:r>
      <w:proofErr w:type="spellEnd"/>
      <w:r w:rsidR="00000000" w:rsidRPr="007324E0">
        <w:rPr>
          <w:rFonts w:cs="Arial"/>
          <w:szCs w:val="24"/>
        </w:rPr>
        <w:t xml:space="preserve"> </w:t>
      </w:r>
      <w:proofErr w:type="spellStart"/>
      <w:r w:rsidR="00000000" w:rsidRPr="007324E0">
        <w:rPr>
          <w:rFonts w:cs="Arial"/>
          <w:szCs w:val="24"/>
        </w:rPr>
        <w:t>төсөлд</w:t>
      </w:r>
      <w:proofErr w:type="spellEnd"/>
      <w:r w:rsidR="00000000" w:rsidRPr="007324E0">
        <w:rPr>
          <w:rFonts w:cs="Arial"/>
          <w:szCs w:val="24"/>
        </w:rPr>
        <w:t xml:space="preserve"> </w:t>
      </w:r>
      <w:proofErr w:type="spellStart"/>
      <w:r w:rsidR="00000000" w:rsidRPr="007324E0">
        <w:rPr>
          <w:rFonts w:cs="Arial"/>
          <w:szCs w:val="24"/>
        </w:rPr>
        <w:t>тавих</w:t>
      </w:r>
      <w:proofErr w:type="spellEnd"/>
      <w:r w:rsidR="00000000" w:rsidRPr="007324E0">
        <w:rPr>
          <w:rFonts w:cs="Arial"/>
          <w:szCs w:val="24"/>
        </w:rPr>
        <w:t xml:space="preserve"> </w:t>
      </w:r>
      <w:proofErr w:type="spellStart"/>
      <w:r w:rsidR="00000000" w:rsidRPr="007324E0">
        <w:rPr>
          <w:rFonts w:cs="Arial"/>
          <w:szCs w:val="24"/>
        </w:rPr>
        <w:t>ногоон</w:t>
      </w:r>
      <w:proofErr w:type="spellEnd"/>
      <w:r w:rsidR="00000000" w:rsidRPr="007324E0">
        <w:rPr>
          <w:rFonts w:cs="Arial"/>
          <w:szCs w:val="24"/>
        </w:rPr>
        <w:t xml:space="preserve"> </w:t>
      </w:r>
      <w:proofErr w:type="spellStart"/>
      <w:r w:rsidR="00000000" w:rsidRPr="007324E0">
        <w:rPr>
          <w:rFonts w:cs="Arial"/>
          <w:szCs w:val="24"/>
        </w:rPr>
        <w:t>шаардлагыг</w:t>
      </w:r>
      <w:proofErr w:type="spellEnd"/>
      <w:r w:rsidR="00000000" w:rsidRPr="007324E0">
        <w:rPr>
          <w:rFonts w:cs="Arial"/>
          <w:szCs w:val="24"/>
        </w:rPr>
        <w:t xml:space="preserve"> </w:t>
      </w:r>
      <w:proofErr w:type="spellStart"/>
      <w:r w:rsidR="00000000" w:rsidRPr="007324E0">
        <w:rPr>
          <w:rFonts w:cs="Arial"/>
          <w:szCs w:val="24"/>
        </w:rPr>
        <w:t>зураг</w:t>
      </w:r>
      <w:proofErr w:type="spellEnd"/>
      <w:r w:rsidR="00000000" w:rsidRPr="007324E0">
        <w:rPr>
          <w:rFonts w:cs="Arial"/>
          <w:szCs w:val="24"/>
        </w:rPr>
        <w:t xml:space="preserve"> </w:t>
      </w:r>
      <w:proofErr w:type="spellStart"/>
      <w:r w:rsidR="00000000" w:rsidRPr="007324E0">
        <w:rPr>
          <w:rFonts w:cs="Arial"/>
          <w:szCs w:val="24"/>
        </w:rPr>
        <w:t>төслийн</w:t>
      </w:r>
      <w:proofErr w:type="spellEnd"/>
      <w:r w:rsidR="00000000" w:rsidRPr="007324E0">
        <w:rPr>
          <w:rFonts w:cs="Arial"/>
          <w:szCs w:val="24"/>
        </w:rPr>
        <w:t xml:space="preserve"> </w:t>
      </w:r>
      <w:proofErr w:type="spellStart"/>
      <w:r w:rsidR="00000000" w:rsidRPr="007324E0">
        <w:rPr>
          <w:rFonts w:cs="Arial"/>
          <w:szCs w:val="24"/>
        </w:rPr>
        <w:t>өмнөх</w:t>
      </w:r>
      <w:proofErr w:type="spellEnd"/>
      <w:r w:rsidR="00000000" w:rsidRPr="007324E0">
        <w:rPr>
          <w:rFonts w:cs="Arial"/>
          <w:szCs w:val="24"/>
        </w:rPr>
        <w:t xml:space="preserve"> </w:t>
      </w:r>
      <w:proofErr w:type="spellStart"/>
      <w:r w:rsidR="00000000" w:rsidRPr="007324E0">
        <w:rPr>
          <w:rFonts w:cs="Arial"/>
          <w:szCs w:val="24"/>
        </w:rPr>
        <w:t>урьдчилсан</w:t>
      </w:r>
      <w:proofErr w:type="spellEnd"/>
      <w:r w:rsidR="00000000" w:rsidRPr="007324E0">
        <w:rPr>
          <w:rFonts w:cs="Arial"/>
          <w:szCs w:val="24"/>
        </w:rPr>
        <w:t xml:space="preserve"> </w:t>
      </w:r>
      <w:proofErr w:type="spellStart"/>
      <w:r w:rsidR="00000000" w:rsidRPr="007324E0">
        <w:rPr>
          <w:rFonts w:cs="Arial"/>
          <w:szCs w:val="24"/>
        </w:rPr>
        <w:t>дүгнэлт</w:t>
      </w:r>
      <w:proofErr w:type="spellEnd"/>
      <w:r w:rsidR="00000000" w:rsidRPr="007324E0">
        <w:rPr>
          <w:rFonts w:cs="Arial"/>
          <w:szCs w:val="24"/>
        </w:rPr>
        <w:t xml:space="preserve">, </w:t>
      </w:r>
      <w:proofErr w:type="spellStart"/>
      <w:r w:rsidR="00000000" w:rsidRPr="007324E0">
        <w:rPr>
          <w:rFonts w:cs="Arial"/>
          <w:szCs w:val="24"/>
        </w:rPr>
        <w:t>барилга</w:t>
      </w:r>
      <w:proofErr w:type="spellEnd"/>
      <w:r w:rsidR="00000000" w:rsidRPr="007324E0">
        <w:rPr>
          <w:rFonts w:cs="Arial"/>
          <w:szCs w:val="24"/>
        </w:rPr>
        <w:t xml:space="preserve"> </w:t>
      </w:r>
      <w:proofErr w:type="spellStart"/>
      <w:r w:rsidR="00000000" w:rsidRPr="007324E0">
        <w:rPr>
          <w:rFonts w:cs="Arial"/>
          <w:szCs w:val="24"/>
        </w:rPr>
        <w:t>угсралтын</w:t>
      </w:r>
      <w:proofErr w:type="spellEnd"/>
      <w:r w:rsidR="00000000" w:rsidRPr="007324E0">
        <w:rPr>
          <w:rFonts w:cs="Arial"/>
          <w:szCs w:val="24"/>
        </w:rPr>
        <w:t xml:space="preserve"> </w:t>
      </w:r>
      <w:proofErr w:type="spellStart"/>
      <w:r w:rsidR="00000000" w:rsidRPr="007324E0">
        <w:rPr>
          <w:rFonts w:cs="Arial"/>
          <w:szCs w:val="24"/>
        </w:rPr>
        <w:t>үеийн</w:t>
      </w:r>
      <w:proofErr w:type="spellEnd"/>
      <w:r w:rsidR="00000000" w:rsidRPr="007324E0">
        <w:rPr>
          <w:rFonts w:cs="Arial"/>
          <w:szCs w:val="24"/>
        </w:rPr>
        <w:t xml:space="preserve"> </w:t>
      </w:r>
      <w:proofErr w:type="spellStart"/>
      <w:r w:rsidR="00000000" w:rsidRPr="007324E0">
        <w:rPr>
          <w:rFonts w:cs="Arial"/>
          <w:szCs w:val="24"/>
        </w:rPr>
        <w:t>хамгаалалт</w:t>
      </w:r>
      <w:proofErr w:type="spellEnd"/>
      <w:r w:rsidR="00000000" w:rsidRPr="007324E0">
        <w:rPr>
          <w:rFonts w:cs="Arial"/>
          <w:szCs w:val="24"/>
        </w:rPr>
        <w:t xml:space="preserve">, </w:t>
      </w:r>
      <w:proofErr w:type="spellStart"/>
      <w:r w:rsidR="00000000" w:rsidRPr="007324E0">
        <w:rPr>
          <w:rFonts w:cs="Arial"/>
          <w:szCs w:val="24"/>
        </w:rPr>
        <w:t>ашиглалтад</w:t>
      </w:r>
      <w:proofErr w:type="spellEnd"/>
      <w:r w:rsidR="00000000" w:rsidRPr="007324E0">
        <w:rPr>
          <w:rFonts w:cs="Arial"/>
          <w:szCs w:val="24"/>
        </w:rPr>
        <w:t xml:space="preserve"> </w:t>
      </w:r>
      <w:proofErr w:type="spellStart"/>
      <w:r w:rsidR="00000000" w:rsidRPr="007324E0">
        <w:rPr>
          <w:rFonts w:cs="Arial"/>
          <w:szCs w:val="24"/>
        </w:rPr>
        <w:t>оруулахын</w:t>
      </w:r>
      <w:proofErr w:type="spellEnd"/>
      <w:r w:rsidR="00000000" w:rsidRPr="007324E0">
        <w:rPr>
          <w:rFonts w:cs="Arial"/>
          <w:szCs w:val="24"/>
        </w:rPr>
        <w:t xml:space="preserve"> </w:t>
      </w:r>
      <w:proofErr w:type="spellStart"/>
      <w:r w:rsidR="00000000" w:rsidRPr="007324E0">
        <w:rPr>
          <w:rFonts w:cs="Arial"/>
          <w:szCs w:val="24"/>
        </w:rPr>
        <w:t>өмнөх</w:t>
      </w:r>
      <w:proofErr w:type="spellEnd"/>
      <w:r w:rsidR="00000000" w:rsidRPr="007324E0">
        <w:rPr>
          <w:rFonts w:cs="Arial"/>
          <w:szCs w:val="24"/>
        </w:rPr>
        <w:t xml:space="preserve"> </w:t>
      </w:r>
      <w:proofErr w:type="spellStart"/>
      <w:r w:rsidR="00000000" w:rsidRPr="007324E0">
        <w:rPr>
          <w:rFonts w:cs="Arial"/>
          <w:szCs w:val="24"/>
        </w:rPr>
        <w:t>эцсийн</w:t>
      </w:r>
      <w:proofErr w:type="spellEnd"/>
      <w:r w:rsidR="00000000" w:rsidRPr="007324E0">
        <w:rPr>
          <w:rFonts w:cs="Arial"/>
          <w:szCs w:val="24"/>
        </w:rPr>
        <w:t xml:space="preserve"> </w:t>
      </w:r>
      <w:proofErr w:type="spellStart"/>
      <w:r w:rsidR="00000000" w:rsidRPr="007324E0">
        <w:rPr>
          <w:rFonts w:cs="Arial"/>
          <w:szCs w:val="24"/>
        </w:rPr>
        <w:t>дүгнэлттэй</w:t>
      </w:r>
      <w:proofErr w:type="spellEnd"/>
      <w:r w:rsidR="00000000" w:rsidRPr="007324E0">
        <w:rPr>
          <w:rFonts w:cs="Arial"/>
          <w:szCs w:val="24"/>
        </w:rPr>
        <w:t xml:space="preserve"> </w:t>
      </w:r>
      <w:proofErr w:type="spellStart"/>
      <w:r w:rsidR="00000000" w:rsidRPr="007324E0">
        <w:rPr>
          <w:rFonts w:cs="Arial"/>
          <w:szCs w:val="24"/>
        </w:rPr>
        <w:t>уялдуулж</w:t>
      </w:r>
      <w:proofErr w:type="spellEnd"/>
      <w:r w:rsidR="00000000" w:rsidRPr="007324E0">
        <w:rPr>
          <w:rFonts w:cs="Arial"/>
          <w:szCs w:val="24"/>
        </w:rPr>
        <w:t xml:space="preserve">, </w:t>
      </w:r>
      <w:proofErr w:type="spellStart"/>
      <w:r w:rsidR="00000000" w:rsidRPr="007324E0">
        <w:rPr>
          <w:rFonts w:cs="Arial"/>
          <w:szCs w:val="24"/>
        </w:rPr>
        <w:t>өвлийн</w:t>
      </w:r>
      <w:proofErr w:type="spellEnd"/>
      <w:r w:rsidR="00000000" w:rsidRPr="007324E0">
        <w:rPr>
          <w:rFonts w:cs="Arial"/>
          <w:szCs w:val="24"/>
        </w:rPr>
        <w:t xml:space="preserve"> </w:t>
      </w:r>
      <w:proofErr w:type="spellStart"/>
      <w:r w:rsidR="00000000" w:rsidRPr="007324E0">
        <w:rPr>
          <w:rFonts w:cs="Arial"/>
          <w:szCs w:val="24"/>
        </w:rPr>
        <w:t>улирал</w:t>
      </w:r>
      <w:proofErr w:type="spellEnd"/>
      <w:r w:rsidR="00000000" w:rsidRPr="007324E0">
        <w:rPr>
          <w:rFonts w:cs="Arial"/>
          <w:szCs w:val="24"/>
        </w:rPr>
        <w:t xml:space="preserve"> </w:t>
      </w:r>
      <w:proofErr w:type="spellStart"/>
      <w:r w:rsidR="00000000" w:rsidRPr="007324E0">
        <w:rPr>
          <w:rFonts w:cs="Arial"/>
          <w:szCs w:val="24"/>
        </w:rPr>
        <w:t>болон</w:t>
      </w:r>
      <w:proofErr w:type="spellEnd"/>
      <w:r w:rsidR="00000000" w:rsidRPr="007324E0">
        <w:rPr>
          <w:rFonts w:cs="Arial"/>
          <w:szCs w:val="24"/>
        </w:rPr>
        <w:t xml:space="preserve"> </w:t>
      </w:r>
      <w:proofErr w:type="spellStart"/>
      <w:r w:rsidR="00000000" w:rsidRPr="007324E0">
        <w:rPr>
          <w:rFonts w:cs="Arial"/>
          <w:szCs w:val="24"/>
        </w:rPr>
        <w:t>богино</w:t>
      </w:r>
      <w:proofErr w:type="spellEnd"/>
      <w:r w:rsidR="00000000" w:rsidRPr="007324E0">
        <w:rPr>
          <w:rFonts w:cs="Arial"/>
          <w:szCs w:val="24"/>
        </w:rPr>
        <w:t xml:space="preserve"> </w:t>
      </w:r>
      <w:proofErr w:type="spellStart"/>
      <w:r w:rsidR="00000000" w:rsidRPr="007324E0">
        <w:rPr>
          <w:rFonts w:cs="Arial"/>
          <w:szCs w:val="24"/>
        </w:rPr>
        <w:t>ургалтын</w:t>
      </w:r>
      <w:proofErr w:type="spellEnd"/>
      <w:r w:rsidR="00000000" w:rsidRPr="007324E0">
        <w:rPr>
          <w:rFonts w:cs="Arial"/>
          <w:szCs w:val="24"/>
        </w:rPr>
        <w:t xml:space="preserve"> </w:t>
      </w:r>
      <w:proofErr w:type="spellStart"/>
      <w:r w:rsidR="00000000" w:rsidRPr="007324E0">
        <w:rPr>
          <w:rFonts w:cs="Arial"/>
          <w:szCs w:val="24"/>
        </w:rPr>
        <w:t>хугацаанд</w:t>
      </w:r>
      <w:proofErr w:type="spellEnd"/>
      <w:r w:rsidR="00000000" w:rsidRPr="007324E0">
        <w:rPr>
          <w:rFonts w:cs="Arial"/>
          <w:szCs w:val="24"/>
        </w:rPr>
        <w:t xml:space="preserve"> </w:t>
      </w:r>
      <w:proofErr w:type="spellStart"/>
      <w:r w:rsidR="00000000" w:rsidRPr="007324E0">
        <w:rPr>
          <w:rFonts w:cs="Arial"/>
          <w:szCs w:val="24"/>
        </w:rPr>
        <w:t>хүлээн</w:t>
      </w:r>
      <w:proofErr w:type="spellEnd"/>
      <w:r w:rsidR="00000000" w:rsidRPr="007324E0">
        <w:rPr>
          <w:rFonts w:cs="Arial"/>
          <w:szCs w:val="24"/>
        </w:rPr>
        <w:t xml:space="preserve"> </w:t>
      </w:r>
      <w:proofErr w:type="spellStart"/>
      <w:r w:rsidR="00000000" w:rsidRPr="007324E0">
        <w:rPr>
          <w:rFonts w:cs="Arial"/>
          <w:szCs w:val="24"/>
        </w:rPr>
        <w:t>авах</w:t>
      </w:r>
      <w:proofErr w:type="spellEnd"/>
      <w:r w:rsidR="00000000" w:rsidRPr="007324E0">
        <w:rPr>
          <w:rFonts w:cs="Arial"/>
          <w:szCs w:val="24"/>
        </w:rPr>
        <w:t xml:space="preserve"> </w:t>
      </w:r>
      <w:proofErr w:type="spellStart"/>
      <w:r w:rsidR="00000000" w:rsidRPr="007324E0">
        <w:rPr>
          <w:rFonts w:cs="Arial"/>
          <w:szCs w:val="24"/>
        </w:rPr>
        <w:t>баталгаат</w:t>
      </w:r>
      <w:proofErr w:type="spellEnd"/>
      <w:r w:rsidR="00000000" w:rsidRPr="007324E0">
        <w:rPr>
          <w:rFonts w:cs="Arial"/>
          <w:szCs w:val="24"/>
        </w:rPr>
        <w:t xml:space="preserve"> </w:t>
      </w:r>
      <w:proofErr w:type="spellStart"/>
      <w:r w:rsidR="00000000" w:rsidRPr="007324E0">
        <w:rPr>
          <w:rFonts w:cs="Arial"/>
          <w:szCs w:val="24"/>
        </w:rPr>
        <w:t>нөхцөлийг</w:t>
      </w:r>
      <w:proofErr w:type="spellEnd"/>
      <w:r w:rsidR="00000000" w:rsidRPr="007324E0">
        <w:rPr>
          <w:rFonts w:cs="Arial"/>
          <w:szCs w:val="24"/>
        </w:rPr>
        <w:t xml:space="preserve"> </w:t>
      </w:r>
      <w:proofErr w:type="spellStart"/>
      <w:r w:rsidR="00000000" w:rsidRPr="007324E0">
        <w:rPr>
          <w:rFonts w:cs="Arial"/>
          <w:szCs w:val="24"/>
        </w:rPr>
        <w:t>тогтооно</w:t>
      </w:r>
      <w:proofErr w:type="spellEnd"/>
      <w:r w:rsidR="00000000" w:rsidRPr="007324E0">
        <w:rPr>
          <w:rFonts w:cs="Arial"/>
          <w:szCs w:val="24"/>
        </w:rPr>
        <w:t>.</w:t>
      </w:r>
    </w:p>
    <w:p w14:paraId="62960A1F" w14:textId="77777777" w:rsidR="007324E0" w:rsidRDefault="007324E0" w:rsidP="007324E0">
      <w:pPr>
        <w:rPr>
          <w:rFonts w:cs="Arial"/>
          <w:szCs w:val="24"/>
        </w:rPr>
      </w:pPr>
      <w:r>
        <w:rPr>
          <w:rFonts w:cs="Arial"/>
          <w:szCs w:val="24"/>
        </w:rPr>
        <w:t xml:space="preserve">- </w:t>
      </w:r>
      <w:proofErr w:type="spellStart"/>
      <w:r w:rsidR="00000000" w:rsidRPr="007324E0">
        <w:rPr>
          <w:rFonts w:cs="Arial"/>
          <w:szCs w:val="24"/>
        </w:rPr>
        <w:t>Иргэн</w:t>
      </w:r>
      <w:proofErr w:type="spellEnd"/>
      <w:r w:rsidR="00000000" w:rsidRPr="007324E0">
        <w:rPr>
          <w:rFonts w:cs="Arial"/>
          <w:szCs w:val="24"/>
        </w:rPr>
        <w:t xml:space="preserve">, </w:t>
      </w:r>
      <w:proofErr w:type="spellStart"/>
      <w:r w:rsidR="00000000" w:rsidRPr="007324E0">
        <w:rPr>
          <w:rFonts w:cs="Arial"/>
          <w:szCs w:val="24"/>
        </w:rPr>
        <w:t>хуулийн</w:t>
      </w:r>
      <w:proofErr w:type="spellEnd"/>
      <w:r w:rsidR="00000000" w:rsidRPr="007324E0">
        <w:rPr>
          <w:rFonts w:cs="Arial"/>
          <w:szCs w:val="24"/>
        </w:rPr>
        <w:t xml:space="preserve"> </w:t>
      </w:r>
      <w:proofErr w:type="spellStart"/>
      <w:r w:rsidR="00000000" w:rsidRPr="007324E0">
        <w:rPr>
          <w:rFonts w:cs="Arial"/>
          <w:szCs w:val="24"/>
        </w:rPr>
        <w:t>этгээдийн</w:t>
      </w:r>
      <w:proofErr w:type="spellEnd"/>
      <w:r w:rsidR="00000000" w:rsidRPr="007324E0">
        <w:rPr>
          <w:rFonts w:cs="Arial"/>
          <w:szCs w:val="24"/>
        </w:rPr>
        <w:t xml:space="preserve"> </w:t>
      </w:r>
      <w:proofErr w:type="spellStart"/>
      <w:r w:rsidR="00000000" w:rsidRPr="007324E0">
        <w:rPr>
          <w:rFonts w:cs="Arial"/>
          <w:szCs w:val="24"/>
        </w:rPr>
        <w:t>эрх</w:t>
      </w:r>
      <w:proofErr w:type="spellEnd"/>
      <w:r w:rsidR="00000000" w:rsidRPr="007324E0">
        <w:rPr>
          <w:rFonts w:cs="Arial"/>
          <w:szCs w:val="24"/>
        </w:rPr>
        <w:t xml:space="preserve">, </w:t>
      </w:r>
      <w:proofErr w:type="spellStart"/>
      <w:r w:rsidR="00000000" w:rsidRPr="007324E0">
        <w:rPr>
          <w:rFonts w:cs="Arial"/>
          <w:szCs w:val="24"/>
        </w:rPr>
        <w:t>үүрэг</w:t>
      </w:r>
      <w:proofErr w:type="spellEnd"/>
      <w:r w:rsidR="00000000" w:rsidRPr="007324E0">
        <w:rPr>
          <w:rFonts w:cs="Arial"/>
          <w:szCs w:val="24"/>
        </w:rPr>
        <w:t xml:space="preserve">, </w:t>
      </w:r>
      <w:proofErr w:type="spellStart"/>
      <w:r w:rsidR="00000000" w:rsidRPr="007324E0">
        <w:rPr>
          <w:rFonts w:cs="Arial"/>
          <w:szCs w:val="24"/>
        </w:rPr>
        <w:t>хувийн</w:t>
      </w:r>
      <w:proofErr w:type="spellEnd"/>
      <w:r w:rsidR="00000000" w:rsidRPr="007324E0">
        <w:rPr>
          <w:rFonts w:cs="Arial"/>
          <w:szCs w:val="24"/>
        </w:rPr>
        <w:t xml:space="preserve"> </w:t>
      </w:r>
      <w:proofErr w:type="spellStart"/>
      <w:r w:rsidR="00000000" w:rsidRPr="007324E0">
        <w:rPr>
          <w:rFonts w:cs="Arial"/>
          <w:szCs w:val="24"/>
        </w:rPr>
        <w:t>хөрөнгөөр</w:t>
      </w:r>
      <w:proofErr w:type="spellEnd"/>
      <w:r w:rsidR="00000000" w:rsidRPr="007324E0">
        <w:rPr>
          <w:rFonts w:cs="Arial"/>
          <w:szCs w:val="24"/>
        </w:rPr>
        <w:t xml:space="preserve"> </w:t>
      </w:r>
      <w:proofErr w:type="spellStart"/>
      <w:r w:rsidR="00000000" w:rsidRPr="007324E0">
        <w:rPr>
          <w:rFonts w:cs="Arial"/>
          <w:szCs w:val="24"/>
        </w:rPr>
        <w:t>бий</w:t>
      </w:r>
      <w:proofErr w:type="spellEnd"/>
      <w:r w:rsidR="00000000" w:rsidRPr="007324E0">
        <w:rPr>
          <w:rFonts w:cs="Arial"/>
          <w:szCs w:val="24"/>
        </w:rPr>
        <w:t xml:space="preserve"> </w:t>
      </w:r>
      <w:proofErr w:type="spellStart"/>
      <w:r w:rsidR="00000000" w:rsidRPr="007324E0">
        <w:rPr>
          <w:rFonts w:cs="Arial"/>
          <w:szCs w:val="24"/>
        </w:rPr>
        <w:t>болгосон</w:t>
      </w:r>
      <w:proofErr w:type="spellEnd"/>
      <w:r w:rsidR="00000000" w:rsidRPr="007324E0">
        <w:rPr>
          <w:rFonts w:cs="Arial"/>
          <w:szCs w:val="24"/>
        </w:rPr>
        <w:t xml:space="preserve"> </w:t>
      </w:r>
      <w:proofErr w:type="spellStart"/>
      <w:r w:rsidR="00000000" w:rsidRPr="007324E0">
        <w:rPr>
          <w:rFonts w:cs="Arial"/>
          <w:szCs w:val="24"/>
        </w:rPr>
        <w:t>цэцэрлэгийг</w:t>
      </w:r>
      <w:proofErr w:type="spellEnd"/>
      <w:r w:rsidR="00000000" w:rsidRPr="007324E0">
        <w:rPr>
          <w:rFonts w:cs="Arial"/>
          <w:szCs w:val="24"/>
        </w:rPr>
        <w:t xml:space="preserve"> </w:t>
      </w:r>
      <w:proofErr w:type="spellStart"/>
      <w:r w:rsidR="00000000" w:rsidRPr="007324E0">
        <w:rPr>
          <w:rFonts w:cs="Arial"/>
          <w:szCs w:val="24"/>
        </w:rPr>
        <w:t>нийтийн</w:t>
      </w:r>
      <w:proofErr w:type="spellEnd"/>
      <w:r w:rsidR="00000000" w:rsidRPr="007324E0">
        <w:rPr>
          <w:rFonts w:cs="Arial"/>
          <w:szCs w:val="24"/>
        </w:rPr>
        <w:t xml:space="preserve"> </w:t>
      </w:r>
      <w:proofErr w:type="spellStart"/>
      <w:r w:rsidR="00000000" w:rsidRPr="007324E0">
        <w:rPr>
          <w:rFonts w:cs="Arial"/>
          <w:szCs w:val="24"/>
        </w:rPr>
        <w:t>зориулалтаар</w:t>
      </w:r>
      <w:proofErr w:type="spellEnd"/>
      <w:r w:rsidR="00000000" w:rsidRPr="007324E0">
        <w:rPr>
          <w:rFonts w:cs="Arial"/>
          <w:szCs w:val="24"/>
        </w:rPr>
        <w:t xml:space="preserve"> </w:t>
      </w:r>
      <w:proofErr w:type="spellStart"/>
      <w:r w:rsidR="00000000" w:rsidRPr="007324E0">
        <w:rPr>
          <w:rFonts w:cs="Arial"/>
          <w:szCs w:val="24"/>
        </w:rPr>
        <w:t>худалдан</w:t>
      </w:r>
      <w:proofErr w:type="spellEnd"/>
      <w:r w:rsidR="00000000" w:rsidRPr="007324E0">
        <w:rPr>
          <w:rFonts w:cs="Arial"/>
          <w:szCs w:val="24"/>
        </w:rPr>
        <w:t xml:space="preserve"> </w:t>
      </w:r>
      <w:proofErr w:type="spellStart"/>
      <w:r w:rsidR="00000000" w:rsidRPr="007324E0">
        <w:rPr>
          <w:rFonts w:cs="Arial"/>
          <w:szCs w:val="24"/>
        </w:rPr>
        <w:t>авах</w:t>
      </w:r>
      <w:proofErr w:type="spellEnd"/>
      <w:r w:rsidR="00000000" w:rsidRPr="007324E0">
        <w:rPr>
          <w:rFonts w:cs="Arial"/>
          <w:szCs w:val="24"/>
        </w:rPr>
        <w:t xml:space="preserve"> </w:t>
      </w:r>
      <w:proofErr w:type="spellStart"/>
      <w:r w:rsidR="00000000" w:rsidRPr="007324E0">
        <w:rPr>
          <w:rFonts w:cs="Arial"/>
          <w:szCs w:val="24"/>
        </w:rPr>
        <w:t>санал</w:t>
      </w:r>
      <w:proofErr w:type="spellEnd"/>
      <w:r w:rsidR="00000000" w:rsidRPr="007324E0">
        <w:rPr>
          <w:rFonts w:cs="Arial"/>
          <w:szCs w:val="24"/>
        </w:rPr>
        <w:t xml:space="preserve"> </w:t>
      </w:r>
      <w:proofErr w:type="spellStart"/>
      <w:r w:rsidR="00000000" w:rsidRPr="007324E0">
        <w:rPr>
          <w:rFonts w:cs="Arial"/>
          <w:szCs w:val="24"/>
        </w:rPr>
        <w:t>гаргах</w:t>
      </w:r>
      <w:proofErr w:type="spellEnd"/>
      <w:r w:rsidR="00000000" w:rsidRPr="007324E0">
        <w:rPr>
          <w:rFonts w:cs="Arial"/>
          <w:szCs w:val="24"/>
        </w:rPr>
        <w:t xml:space="preserve">, </w:t>
      </w:r>
      <w:proofErr w:type="spellStart"/>
      <w:r w:rsidR="00000000" w:rsidRPr="007324E0">
        <w:rPr>
          <w:rFonts w:cs="Arial"/>
          <w:szCs w:val="24"/>
        </w:rPr>
        <w:t>нийтийн</w:t>
      </w:r>
      <w:proofErr w:type="spellEnd"/>
      <w:r w:rsidR="00000000" w:rsidRPr="007324E0">
        <w:rPr>
          <w:rFonts w:cs="Arial"/>
          <w:szCs w:val="24"/>
        </w:rPr>
        <w:t xml:space="preserve"> </w:t>
      </w:r>
      <w:proofErr w:type="spellStart"/>
      <w:r w:rsidR="00000000" w:rsidRPr="007324E0">
        <w:rPr>
          <w:rFonts w:cs="Arial"/>
          <w:szCs w:val="24"/>
        </w:rPr>
        <w:t>эзэмшлийн</w:t>
      </w:r>
      <w:proofErr w:type="spellEnd"/>
      <w:r w:rsidR="00000000" w:rsidRPr="007324E0">
        <w:rPr>
          <w:rFonts w:cs="Arial"/>
          <w:szCs w:val="24"/>
        </w:rPr>
        <w:t xml:space="preserve"> </w:t>
      </w:r>
      <w:proofErr w:type="spellStart"/>
      <w:r w:rsidR="00000000" w:rsidRPr="007324E0">
        <w:rPr>
          <w:rFonts w:cs="Arial"/>
          <w:szCs w:val="24"/>
        </w:rPr>
        <w:t>газар</w:t>
      </w:r>
      <w:proofErr w:type="spellEnd"/>
      <w:r w:rsidR="00000000" w:rsidRPr="007324E0">
        <w:rPr>
          <w:rFonts w:cs="Arial"/>
          <w:szCs w:val="24"/>
        </w:rPr>
        <w:t xml:space="preserve"> </w:t>
      </w:r>
      <w:proofErr w:type="spellStart"/>
      <w:r w:rsidR="00000000" w:rsidRPr="007324E0">
        <w:rPr>
          <w:rFonts w:cs="Arial"/>
          <w:szCs w:val="24"/>
        </w:rPr>
        <w:t>дахь</w:t>
      </w:r>
      <w:proofErr w:type="spellEnd"/>
      <w:r w:rsidR="00000000" w:rsidRPr="007324E0">
        <w:rPr>
          <w:rFonts w:cs="Arial"/>
          <w:szCs w:val="24"/>
        </w:rPr>
        <w:t xml:space="preserve"> </w:t>
      </w:r>
      <w:proofErr w:type="spellStart"/>
      <w:r w:rsidR="00000000" w:rsidRPr="007324E0">
        <w:rPr>
          <w:rFonts w:cs="Arial"/>
          <w:szCs w:val="24"/>
        </w:rPr>
        <w:t>иргэн</w:t>
      </w:r>
      <w:proofErr w:type="spellEnd"/>
      <w:r w:rsidR="00000000" w:rsidRPr="007324E0">
        <w:rPr>
          <w:rFonts w:cs="Arial"/>
          <w:szCs w:val="24"/>
        </w:rPr>
        <w:t xml:space="preserve">, </w:t>
      </w:r>
      <w:proofErr w:type="spellStart"/>
      <w:r w:rsidR="00000000" w:rsidRPr="007324E0">
        <w:rPr>
          <w:rFonts w:cs="Arial"/>
          <w:szCs w:val="24"/>
        </w:rPr>
        <w:t>бүлэг</w:t>
      </w:r>
      <w:proofErr w:type="spellEnd"/>
      <w:r w:rsidR="00000000" w:rsidRPr="007324E0">
        <w:rPr>
          <w:rFonts w:cs="Arial"/>
          <w:szCs w:val="24"/>
        </w:rPr>
        <w:t xml:space="preserve">, </w:t>
      </w:r>
      <w:proofErr w:type="spellStart"/>
      <w:r w:rsidR="00000000" w:rsidRPr="007324E0">
        <w:rPr>
          <w:rFonts w:cs="Arial"/>
          <w:szCs w:val="24"/>
        </w:rPr>
        <w:t>сууц</w:t>
      </w:r>
      <w:proofErr w:type="spellEnd"/>
      <w:r w:rsidR="00000000" w:rsidRPr="007324E0">
        <w:rPr>
          <w:rFonts w:cs="Arial"/>
          <w:szCs w:val="24"/>
        </w:rPr>
        <w:t xml:space="preserve"> </w:t>
      </w:r>
      <w:proofErr w:type="spellStart"/>
      <w:r w:rsidR="00000000" w:rsidRPr="007324E0">
        <w:rPr>
          <w:rFonts w:cs="Arial"/>
          <w:szCs w:val="24"/>
        </w:rPr>
        <w:t>өмчлөгчдийн</w:t>
      </w:r>
      <w:proofErr w:type="spellEnd"/>
      <w:r w:rsidR="00000000" w:rsidRPr="007324E0">
        <w:rPr>
          <w:rFonts w:cs="Arial"/>
          <w:szCs w:val="24"/>
        </w:rPr>
        <w:t xml:space="preserve"> </w:t>
      </w:r>
      <w:proofErr w:type="spellStart"/>
      <w:r w:rsidR="00000000" w:rsidRPr="007324E0">
        <w:rPr>
          <w:rFonts w:cs="Arial"/>
          <w:szCs w:val="24"/>
        </w:rPr>
        <w:t>холбооны</w:t>
      </w:r>
      <w:proofErr w:type="spellEnd"/>
      <w:r w:rsidR="00000000" w:rsidRPr="007324E0">
        <w:rPr>
          <w:rFonts w:cs="Arial"/>
          <w:szCs w:val="24"/>
        </w:rPr>
        <w:t xml:space="preserve"> </w:t>
      </w:r>
      <w:proofErr w:type="spellStart"/>
      <w:r w:rsidR="00000000" w:rsidRPr="007324E0">
        <w:rPr>
          <w:rFonts w:cs="Arial"/>
          <w:szCs w:val="24"/>
        </w:rPr>
        <w:t>санаачилга</w:t>
      </w:r>
      <w:proofErr w:type="spellEnd"/>
      <w:r w:rsidR="00000000" w:rsidRPr="007324E0">
        <w:rPr>
          <w:rFonts w:cs="Arial"/>
          <w:szCs w:val="24"/>
        </w:rPr>
        <w:t xml:space="preserve">, </w:t>
      </w:r>
      <w:proofErr w:type="spellStart"/>
      <w:r w:rsidR="00000000" w:rsidRPr="007324E0">
        <w:rPr>
          <w:rFonts w:cs="Arial"/>
          <w:szCs w:val="24"/>
        </w:rPr>
        <w:t>цахим</w:t>
      </w:r>
      <w:proofErr w:type="spellEnd"/>
      <w:r w:rsidR="00000000" w:rsidRPr="007324E0">
        <w:rPr>
          <w:rFonts w:cs="Arial"/>
          <w:szCs w:val="24"/>
        </w:rPr>
        <w:t xml:space="preserve"> </w:t>
      </w:r>
      <w:proofErr w:type="spellStart"/>
      <w:r w:rsidR="00000000" w:rsidRPr="007324E0">
        <w:rPr>
          <w:rFonts w:cs="Arial"/>
          <w:szCs w:val="24"/>
        </w:rPr>
        <w:t>зуучлалын</w:t>
      </w:r>
      <w:proofErr w:type="spellEnd"/>
      <w:r w:rsidR="00000000" w:rsidRPr="007324E0">
        <w:rPr>
          <w:rFonts w:cs="Arial"/>
          <w:szCs w:val="24"/>
        </w:rPr>
        <w:t xml:space="preserve"> </w:t>
      </w:r>
      <w:proofErr w:type="spellStart"/>
      <w:r w:rsidR="00000000" w:rsidRPr="007324E0">
        <w:rPr>
          <w:rFonts w:cs="Arial"/>
          <w:szCs w:val="24"/>
        </w:rPr>
        <w:t>үйлчилгээ</w:t>
      </w:r>
      <w:proofErr w:type="spellEnd"/>
      <w:r w:rsidR="00000000" w:rsidRPr="007324E0">
        <w:rPr>
          <w:rFonts w:cs="Arial"/>
          <w:szCs w:val="24"/>
        </w:rPr>
        <w:t xml:space="preserve">, </w:t>
      </w:r>
      <w:proofErr w:type="spellStart"/>
      <w:r w:rsidR="00000000" w:rsidRPr="007324E0">
        <w:rPr>
          <w:rFonts w:cs="Arial"/>
          <w:szCs w:val="24"/>
        </w:rPr>
        <w:t>хэрэглэгчийн</w:t>
      </w:r>
      <w:proofErr w:type="spellEnd"/>
      <w:r w:rsidR="00000000" w:rsidRPr="007324E0">
        <w:rPr>
          <w:rFonts w:cs="Arial"/>
          <w:szCs w:val="24"/>
        </w:rPr>
        <w:t xml:space="preserve"> </w:t>
      </w:r>
      <w:proofErr w:type="spellStart"/>
      <w:r w:rsidR="00000000" w:rsidRPr="007324E0">
        <w:rPr>
          <w:rFonts w:cs="Arial"/>
          <w:szCs w:val="24"/>
        </w:rPr>
        <w:t>эрх</w:t>
      </w:r>
      <w:proofErr w:type="spellEnd"/>
      <w:r w:rsidR="00000000" w:rsidRPr="007324E0">
        <w:rPr>
          <w:rFonts w:cs="Arial"/>
          <w:szCs w:val="24"/>
        </w:rPr>
        <w:t xml:space="preserve">, </w:t>
      </w:r>
      <w:proofErr w:type="spellStart"/>
      <w:r w:rsidR="00000000" w:rsidRPr="007324E0">
        <w:rPr>
          <w:rFonts w:cs="Arial"/>
          <w:szCs w:val="24"/>
        </w:rPr>
        <w:t>ил</w:t>
      </w:r>
      <w:proofErr w:type="spellEnd"/>
      <w:r w:rsidR="00000000" w:rsidRPr="007324E0">
        <w:rPr>
          <w:rFonts w:cs="Arial"/>
          <w:szCs w:val="24"/>
        </w:rPr>
        <w:t xml:space="preserve"> </w:t>
      </w:r>
      <w:proofErr w:type="spellStart"/>
      <w:r w:rsidR="00000000" w:rsidRPr="007324E0">
        <w:rPr>
          <w:rFonts w:cs="Arial"/>
          <w:szCs w:val="24"/>
        </w:rPr>
        <w:t>тод</w:t>
      </w:r>
      <w:proofErr w:type="spellEnd"/>
      <w:r w:rsidR="00000000" w:rsidRPr="007324E0">
        <w:rPr>
          <w:rFonts w:cs="Arial"/>
          <w:szCs w:val="24"/>
        </w:rPr>
        <w:t xml:space="preserve"> </w:t>
      </w:r>
      <w:proofErr w:type="spellStart"/>
      <w:r w:rsidR="00000000" w:rsidRPr="007324E0">
        <w:rPr>
          <w:rFonts w:cs="Arial"/>
          <w:szCs w:val="24"/>
        </w:rPr>
        <w:t>байдлыг</w:t>
      </w:r>
      <w:proofErr w:type="spellEnd"/>
      <w:r w:rsidR="00000000" w:rsidRPr="007324E0">
        <w:rPr>
          <w:rFonts w:cs="Arial"/>
          <w:szCs w:val="24"/>
        </w:rPr>
        <w:t xml:space="preserve"> </w:t>
      </w:r>
      <w:proofErr w:type="spellStart"/>
      <w:r w:rsidR="00000000" w:rsidRPr="007324E0">
        <w:rPr>
          <w:rFonts w:cs="Arial"/>
          <w:szCs w:val="24"/>
        </w:rPr>
        <w:t>зохицуулна</w:t>
      </w:r>
      <w:proofErr w:type="spellEnd"/>
      <w:r w:rsidR="00000000" w:rsidRPr="007324E0">
        <w:rPr>
          <w:rFonts w:cs="Arial"/>
          <w:szCs w:val="24"/>
        </w:rPr>
        <w:t>.</w:t>
      </w:r>
    </w:p>
    <w:p w14:paraId="01067C33" w14:textId="77777777" w:rsidR="007324E0" w:rsidRDefault="007324E0" w:rsidP="007324E0">
      <w:pPr>
        <w:rPr>
          <w:rFonts w:cs="Arial"/>
          <w:szCs w:val="24"/>
        </w:rPr>
      </w:pPr>
      <w:r>
        <w:rPr>
          <w:rFonts w:cs="Arial"/>
          <w:szCs w:val="24"/>
        </w:rPr>
        <w:lastRenderedPageBreak/>
        <w:t xml:space="preserve">- </w:t>
      </w:r>
      <w:proofErr w:type="spellStart"/>
      <w:r w:rsidR="00000000" w:rsidRPr="007324E0">
        <w:rPr>
          <w:rFonts w:cs="Arial"/>
          <w:szCs w:val="24"/>
        </w:rPr>
        <w:t>Ногоон</w:t>
      </w:r>
      <w:proofErr w:type="spellEnd"/>
      <w:r w:rsidR="00000000" w:rsidRPr="007324E0">
        <w:rPr>
          <w:rFonts w:cs="Arial"/>
          <w:szCs w:val="24"/>
        </w:rPr>
        <w:t xml:space="preserve"> </w:t>
      </w:r>
      <w:proofErr w:type="spellStart"/>
      <w:r w:rsidR="00000000" w:rsidRPr="007324E0">
        <w:rPr>
          <w:rFonts w:cs="Arial"/>
          <w:szCs w:val="24"/>
        </w:rPr>
        <w:t>хөрөнгийн</w:t>
      </w:r>
      <w:proofErr w:type="spellEnd"/>
      <w:r w:rsidR="00000000" w:rsidRPr="007324E0">
        <w:rPr>
          <w:rFonts w:cs="Arial"/>
          <w:szCs w:val="24"/>
        </w:rPr>
        <w:t xml:space="preserve"> </w:t>
      </w:r>
      <w:proofErr w:type="spellStart"/>
      <w:r w:rsidR="00000000" w:rsidRPr="007324E0">
        <w:rPr>
          <w:rFonts w:cs="Arial"/>
          <w:szCs w:val="24"/>
        </w:rPr>
        <w:t>арчилгаа</w:t>
      </w:r>
      <w:proofErr w:type="spellEnd"/>
      <w:r w:rsidR="00000000" w:rsidRPr="007324E0">
        <w:rPr>
          <w:rFonts w:cs="Arial"/>
          <w:szCs w:val="24"/>
        </w:rPr>
        <w:t xml:space="preserve">, </w:t>
      </w:r>
      <w:proofErr w:type="spellStart"/>
      <w:r w:rsidR="00000000" w:rsidRPr="007324E0">
        <w:rPr>
          <w:rFonts w:cs="Arial"/>
          <w:szCs w:val="24"/>
        </w:rPr>
        <w:t>гэрээ</w:t>
      </w:r>
      <w:proofErr w:type="spellEnd"/>
      <w:r w:rsidR="00000000" w:rsidRPr="007324E0">
        <w:rPr>
          <w:rFonts w:cs="Arial"/>
          <w:szCs w:val="24"/>
        </w:rPr>
        <w:t xml:space="preserve">, </w:t>
      </w:r>
      <w:proofErr w:type="spellStart"/>
      <w:r w:rsidR="00000000" w:rsidRPr="007324E0">
        <w:rPr>
          <w:rFonts w:cs="Arial"/>
          <w:szCs w:val="24"/>
        </w:rPr>
        <w:t>ургамлын</w:t>
      </w:r>
      <w:proofErr w:type="spellEnd"/>
      <w:r w:rsidR="00000000" w:rsidRPr="007324E0">
        <w:rPr>
          <w:rFonts w:cs="Arial"/>
          <w:szCs w:val="24"/>
        </w:rPr>
        <w:t xml:space="preserve"> </w:t>
      </w:r>
      <w:proofErr w:type="spellStart"/>
      <w:r w:rsidR="00000000" w:rsidRPr="007324E0">
        <w:rPr>
          <w:rFonts w:cs="Arial"/>
          <w:szCs w:val="24"/>
        </w:rPr>
        <w:t>амьдралтын</w:t>
      </w:r>
      <w:proofErr w:type="spellEnd"/>
      <w:r w:rsidR="00000000" w:rsidRPr="007324E0">
        <w:rPr>
          <w:rFonts w:cs="Arial"/>
          <w:szCs w:val="24"/>
        </w:rPr>
        <w:t xml:space="preserve"> </w:t>
      </w:r>
      <w:proofErr w:type="spellStart"/>
      <w:r w:rsidR="00000000" w:rsidRPr="007324E0">
        <w:rPr>
          <w:rFonts w:cs="Arial"/>
          <w:szCs w:val="24"/>
        </w:rPr>
        <w:t>үнэлгээ</w:t>
      </w:r>
      <w:proofErr w:type="spellEnd"/>
      <w:r w:rsidR="00000000" w:rsidRPr="007324E0">
        <w:rPr>
          <w:rFonts w:cs="Arial"/>
          <w:szCs w:val="24"/>
        </w:rPr>
        <w:t xml:space="preserve">, </w:t>
      </w:r>
      <w:proofErr w:type="spellStart"/>
      <w:r w:rsidR="00000000" w:rsidRPr="007324E0">
        <w:rPr>
          <w:rFonts w:cs="Arial"/>
          <w:szCs w:val="24"/>
        </w:rPr>
        <w:t>дараалсан</w:t>
      </w:r>
      <w:proofErr w:type="spellEnd"/>
      <w:r w:rsidR="00000000" w:rsidRPr="007324E0">
        <w:rPr>
          <w:rFonts w:cs="Arial"/>
          <w:szCs w:val="24"/>
        </w:rPr>
        <w:t xml:space="preserve"> </w:t>
      </w:r>
      <w:proofErr w:type="spellStart"/>
      <w:r w:rsidR="00000000" w:rsidRPr="007324E0">
        <w:rPr>
          <w:rFonts w:cs="Arial"/>
          <w:szCs w:val="24"/>
        </w:rPr>
        <w:t>хоёр</w:t>
      </w:r>
      <w:proofErr w:type="spellEnd"/>
      <w:r w:rsidR="00000000" w:rsidRPr="007324E0">
        <w:rPr>
          <w:rFonts w:cs="Arial"/>
          <w:szCs w:val="24"/>
        </w:rPr>
        <w:t xml:space="preserve"> </w:t>
      </w:r>
      <w:proofErr w:type="spellStart"/>
      <w:r w:rsidR="00000000" w:rsidRPr="007324E0">
        <w:rPr>
          <w:rFonts w:cs="Arial"/>
          <w:szCs w:val="24"/>
        </w:rPr>
        <w:t>ургалтын</w:t>
      </w:r>
      <w:proofErr w:type="spellEnd"/>
      <w:r w:rsidR="00000000" w:rsidRPr="007324E0">
        <w:rPr>
          <w:rFonts w:cs="Arial"/>
          <w:szCs w:val="24"/>
        </w:rPr>
        <w:t xml:space="preserve"> </w:t>
      </w:r>
      <w:proofErr w:type="spellStart"/>
      <w:r w:rsidR="00000000" w:rsidRPr="007324E0">
        <w:rPr>
          <w:rFonts w:cs="Arial"/>
          <w:szCs w:val="24"/>
        </w:rPr>
        <w:t>улирлын</w:t>
      </w:r>
      <w:proofErr w:type="spellEnd"/>
      <w:r w:rsidR="00000000" w:rsidRPr="007324E0">
        <w:rPr>
          <w:rFonts w:cs="Arial"/>
          <w:szCs w:val="24"/>
        </w:rPr>
        <w:t xml:space="preserve"> </w:t>
      </w:r>
      <w:proofErr w:type="spellStart"/>
      <w:r w:rsidR="00000000" w:rsidRPr="007324E0">
        <w:rPr>
          <w:rFonts w:cs="Arial"/>
          <w:szCs w:val="24"/>
        </w:rPr>
        <w:t>дүнгээр</w:t>
      </w:r>
      <w:proofErr w:type="spellEnd"/>
      <w:r w:rsidR="00000000" w:rsidRPr="007324E0">
        <w:rPr>
          <w:rFonts w:cs="Arial"/>
          <w:szCs w:val="24"/>
        </w:rPr>
        <w:t xml:space="preserve"> </w:t>
      </w:r>
      <w:proofErr w:type="spellStart"/>
      <w:r w:rsidR="00000000" w:rsidRPr="007324E0">
        <w:rPr>
          <w:rFonts w:cs="Arial"/>
          <w:szCs w:val="24"/>
        </w:rPr>
        <w:t>ургасанд</w:t>
      </w:r>
      <w:proofErr w:type="spellEnd"/>
      <w:r w:rsidR="00000000" w:rsidRPr="007324E0">
        <w:rPr>
          <w:rFonts w:cs="Arial"/>
          <w:szCs w:val="24"/>
        </w:rPr>
        <w:t xml:space="preserve"> </w:t>
      </w:r>
      <w:proofErr w:type="spellStart"/>
      <w:r w:rsidR="00000000" w:rsidRPr="007324E0">
        <w:rPr>
          <w:rFonts w:cs="Arial"/>
          <w:szCs w:val="24"/>
        </w:rPr>
        <w:t>тооцох</w:t>
      </w:r>
      <w:proofErr w:type="spellEnd"/>
      <w:r w:rsidR="00000000" w:rsidRPr="007324E0">
        <w:rPr>
          <w:rFonts w:cs="Arial"/>
          <w:szCs w:val="24"/>
        </w:rPr>
        <w:t xml:space="preserve">, </w:t>
      </w:r>
      <w:proofErr w:type="spellStart"/>
      <w:r w:rsidR="00000000" w:rsidRPr="007324E0">
        <w:rPr>
          <w:rFonts w:cs="Arial"/>
          <w:szCs w:val="24"/>
        </w:rPr>
        <w:t>гурав</w:t>
      </w:r>
      <w:proofErr w:type="spellEnd"/>
      <w:r w:rsidR="00000000" w:rsidRPr="007324E0">
        <w:rPr>
          <w:rFonts w:cs="Arial"/>
          <w:szCs w:val="24"/>
        </w:rPr>
        <w:t xml:space="preserve"> </w:t>
      </w:r>
      <w:proofErr w:type="spellStart"/>
      <w:r w:rsidR="00000000" w:rsidRPr="007324E0">
        <w:rPr>
          <w:rFonts w:cs="Arial"/>
          <w:szCs w:val="24"/>
        </w:rPr>
        <w:t>дахь</w:t>
      </w:r>
      <w:proofErr w:type="spellEnd"/>
      <w:r w:rsidR="00000000" w:rsidRPr="007324E0">
        <w:rPr>
          <w:rFonts w:cs="Arial"/>
          <w:szCs w:val="24"/>
        </w:rPr>
        <w:t xml:space="preserve"> </w:t>
      </w:r>
      <w:proofErr w:type="spellStart"/>
      <w:r w:rsidR="00000000" w:rsidRPr="007324E0">
        <w:rPr>
          <w:rFonts w:cs="Arial"/>
          <w:szCs w:val="24"/>
        </w:rPr>
        <w:t>жилийн</w:t>
      </w:r>
      <w:proofErr w:type="spellEnd"/>
      <w:r w:rsidR="00000000" w:rsidRPr="007324E0">
        <w:rPr>
          <w:rFonts w:cs="Arial"/>
          <w:szCs w:val="24"/>
        </w:rPr>
        <w:t xml:space="preserve"> </w:t>
      </w:r>
      <w:proofErr w:type="spellStart"/>
      <w:r w:rsidR="00000000" w:rsidRPr="007324E0">
        <w:rPr>
          <w:rFonts w:cs="Arial"/>
          <w:szCs w:val="24"/>
        </w:rPr>
        <w:t>эцэст</w:t>
      </w:r>
      <w:proofErr w:type="spellEnd"/>
      <w:r w:rsidR="00000000" w:rsidRPr="007324E0">
        <w:rPr>
          <w:rFonts w:cs="Arial"/>
          <w:szCs w:val="24"/>
        </w:rPr>
        <w:t xml:space="preserve"> </w:t>
      </w:r>
      <w:proofErr w:type="spellStart"/>
      <w:r w:rsidR="00000000" w:rsidRPr="007324E0">
        <w:rPr>
          <w:rFonts w:cs="Arial"/>
          <w:szCs w:val="24"/>
        </w:rPr>
        <w:t>тогтворжсонд</w:t>
      </w:r>
      <w:proofErr w:type="spellEnd"/>
      <w:r w:rsidR="00000000" w:rsidRPr="007324E0">
        <w:rPr>
          <w:rFonts w:cs="Arial"/>
          <w:szCs w:val="24"/>
        </w:rPr>
        <w:t xml:space="preserve"> </w:t>
      </w:r>
      <w:proofErr w:type="spellStart"/>
      <w:r w:rsidR="00000000" w:rsidRPr="007324E0">
        <w:rPr>
          <w:rFonts w:cs="Arial"/>
          <w:szCs w:val="24"/>
        </w:rPr>
        <w:t>бүртгэх</w:t>
      </w:r>
      <w:proofErr w:type="spellEnd"/>
      <w:r w:rsidR="00000000" w:rsidRPr="007324E0">
        <w:rPr>
          <w:rFonts w:cs="Arial"/>
          <w:szCs w:val="24"/>
        </w:rPr>
        <w:t xml:space="preserve">, </w:t>
      </w:r>
      <w:proofErr w:type="spellStart"/>
      <w:r w:rsidR="00000000" w:rsidRPr="007324E0">
        <w:rPr>
          <w:rFonts w:cs="Arial"/>
          <w:szCs w:val="24"/>
        </w:rPr>
        <w:t>гүйцэтгэлийн</w:t>
      </w:r>
      <w:proofErr w:type="spellEnd"/>
      <w:r w:rsidR="00000000" w:rsidRPr="007324E0">
        <w:rPr>
          <w:rFonts w:cs="Arial"/>
          <w:szCs w:val="24"/>
        </w:rPr>
        <w:t xml:space="preserve"> </w:t>
      </w:r>
      <w:proofErr w:type="spellStart"/>
      <w:r w:rsidR="00000000" w:rsidRPr="007324E0">
        <w:rPr>
          <w:rFonts w:cs="Arial"/>
          <w:szCs w:val="24"/>
        </w:rPr>
        <w:t>доголдлыг</w:t>
      </w:r>
      <w:proofErr w:type="spellEnd"/>
      <w:r w:rsidR="00000000" w:rsidRPr="007324E0">
        <w:rPr>
          <w:rFonts w:cs="Arial"/>
          <w:szCs w:val="24"/>
        </w:rPr>
        <w:t xml:space="preserve"> </w:t>
      </w:r>
      <w:proofErr w:type="spellStart"/>
      <w:r w:rsidR="00000000" w:rsidRPr="007324E0">
        <w:rPr>
          <w:rFonts w:cs="Arial"/>
          <w:szCs w:val="24"/>
        </w:rPr>
        <w:t>нөхөн</w:t>
      </w:r>
      <w:proofErr w:type="spellEnd"/>
      <w:r w:rsidR="00000000" w:rsidRPr="007324E0">
        <w:rPr>
          <w:rFonts w:cs="Arial"/>
          <w:szCs w:val="24"/>
        </w:rPr>
        <w:t xml:space="preserve"> </w:t>
      </w:r>
      <w:proofErr w:type="spellStart"/>
      <w:r w:rsidR="00000000" w:rsidRPr="007324E0">
        <w:rPr>
          <w:rFonts w:cs="Arial"/>
          <w:szCs w:val="24"/>
        </w:rPr>
        <w:t>гүйцэтгүүлэх</w:t>
      </w:r>
      <w:proofErr w:type="spellEnd"/>
      <w:r w:rsidR="00000000" w:rsidRPr="007324E0">
        <w:rPr>
          <w:rFonts w:cs="Arial"/>
          <w:szCs w:val="24"/>
        </w:rPr>
        <w:t xml:space="preserve"> </w:t>
      </w:r>
      <w:proofErr w:type="spellStart"/>
      <w:r w:rsidR="00000000" w:rsidRPr="007324E0">
        <w:rPr>
          <w:rFonts w:cs="Arial"/>
          <w:szCs w:val="24"/>
        </w:rPr>
        <w:t>тогтолцоог</w:t>
      </w:r>
      <w:proofErr w:type="spellEnd"/>
      <w:r w:rsidR="00000000" w:rsidRPr="007324E0">
        <w:rPr>
          <w:rFonts w:cs="Arial"/>
          <w:szCs w:val="24"/>
        </w:rPr>
        <w:t xml:space="preserve"> </w:t>
      </w:r>
      <w:proofErr w:type="spellStart"/>
      <w:r w:rsidR="00000000" w:rsidRPr="007324E0">
        <w:rPr>
          <w:rFonts w:cs="Arial"/>
          <w:szCs w:val="24"/>
        </w:rPr>
        <w:t>бүрдүүлнэ</w:t>
      </w:r>
      <w:proofErr w:type="spellEnd"/>
      <w:r w:rsidR="00000000" w:rsidRPr="007324E0">
        <w:rPr>
          <w:rFonts w:cs="Arial"/>
          <w:szCs w:val="24"/>
        </w:rPr>
        <w:t>.</w:t>
      </w:r>
    </w:p>
    <w:p w14:paraId="295AD736" w14:textId="77777777" w:rsidR="007324E0" w:rsidRDefault="007324E0" w:rsidP="007324E0">
      <w:pPr>
        <w:rPr>
          <w:rFonts w:cs="Arial"/>
          <w:szCs w:val="24"/>
        </w:rPr>
      </w:pPr>
      <w:r>
        <w:rPr>
          <w:rFonts w:cs="Arial"/>
          <w:szCs w:val="24"/>
        </w:rPr>
        <w:t xml:space="preserve">- </w:t>
      </w:r>
      <w:proofErr w:type="spellStart"/>
      <w:r w:rsidR="00000000" w:rsidRPr="007324E0">
        <w:rPr>
          <w:rFonts w:cs="Arial"/>
          <w:szCs w:val="24"/>
        </w:rPr>
        <w:t>Нэгдсэн</w:t>
      </w:r>
      <w:proofErr w:type="spellEnd"/>
      <w:r w:rsidR="00000000" w:rsidRPr="007324E0">
        <w:rPr>
          <w:rFonts w:cs="Arial"/>
          <w:szCs w:val="24"/>
        </w:rPr>
        <w:t xml:space="preserve"> </w:t>
      </w:r>
      <w:proofErr w:type="spellStart"/>
      <w:r w:rsidR="00000000" w:rsidRPr="007324E0">
        <w:rPr>
          <w:rFonts w:cs="Arial"/>
          <w:szCs w:val="24"/>
        </w:rPr>
        <w:t>цахим</w:t>
      </w:r>
      <w:proofErr w:type="spellEnd"/>
      <w:r w:rsidR="00000000" w:rsidRPr="007324E0">
        <w:rPr>
          <w:rFonts w:cs="Arial"/>
          <w:szCs w:val="24"/>
        </w:rPr>
        <w:t xml:space="preserve"> </w:t>
      </w:r>
      <w:proofErr w:type="spellStart"/>
      <w:r w:rsidR="00000000" w:rsidRPr="007324E0">
        <w:rPr>
          <w:rFonts w:cs="Arial"/>
          <w:szCs w:val="24"/>
        </w:rPr>
        <w:t>бүртгэл</w:t>
      </w:r>
      <w:proofErr w:type="spellEnd"/>
      <w:r w:rsidR="00000000" w:rsidRPr="007324E0">
        <w:rPr>
          <w:rFonts w:cs="Arial"/>
          <w:szCs w:val="24"/>
        </w:rPr>
        <w:t xml:space="preserve">, </w:t>
      </w:r>
      <w:proofErr w:type="spellStart"/>
      <w:r w:rsidR="00000000" w:rsidRPr="007324E0">
        <w:rPr>
          <w:rFonts w:cs="Arial"/>
          <w:szCs w:val="24"/>
        </w:rPr>
        <w:t>ногоон</w:t>
      </w:r>
      <w:proofErr w:type="spellEnd"/>
      <w:r w:rsidR="00000000" w:rsidRPr="007324E0">
        <w:rPr>
          <w:rFonts w:cs="Arial"/>
          <w:szCs w:val="24"/>
        </w:rPr>
        <w:t xml:space="preserve"> </w:t>
      </w:r>
      <w:proofErr w:type="spellStart"/>
      <w:r w:rsidR="00000000" w:rsidRPr="007324E0">
        <w:rPr>
          <w:rFonts w:cs="Arial"/>
          <w:szCs w:val="24"/>
        </w:rPr>
        <w:t>хөрөнгийн</w:t>
      </w:r>
      <w:proofErr w:type="spellEnd"/>
      <w:r w:rsidR="00000000" w:rsidRPr="007324E0">
        <w:rPr>
          <w:rFonts w:cs="Arial"/>
          <w:szCs w:val="24"/>
        </w:rPr>
        <w:t xml:space="preserve"> </w:t>
      </w:r>
      <w:proofErr w:type="spellStart"/>
      <w:r w:rsidR="00000000" w:rsidRPr="007324E0">
        <w:rPr>
          <w:rFonts w:cs="Arial"/>
          <w:szCs w:val="24"/>
        </w:rPr>
        <w:t>паспорт</w:t>
      </w:r>
      <w:proofErr w:type="spellEnd"/>
      <w:r w:rsidR="00000000" w:rsidRPr="007324E0">
        <w:rPr>
          <w:rFonts w:cs="Arial"/>
          <w:szCs w:val="24"/>
        </w:rPr>
        <w:t xml:space="preserve">, </w:t>
      </w:r>
      <w:proofErr w:type="spellStart"/>
      <w:r w:rsidR="00000000" w:rsidRPr="007324E0">
        <w:rPr>
          <w:rFonts w:cs="Arial"/>
          <w:szCs w:val="24"/>
        </w:rPr>
        <w:t>цахим</w:t>
      </w:r>
      <w:proofErr w:type="spellEnd"/>
      <w:r w:rsidR="00000000" w:rsidRPr="007324E0">
        <w:rPr>
          <w:rFonts w:cs="Arial"/>
          <w:szCs w:val="24"/>
        </w:rPr>
        <w:t xml:space="preserve"> </w:t>
      </w:r>
      <w:proofErr w:type="spellStart"/>
      <w:r w:rsidR="00000000" w:rsidRPr="007324E0">
        <w:rPr>
          <w:rFonts w:cs="Arial"/>
          <w:szCs w:val="24"/>
        </w:rPr>
        <w:t>таних</w:t>
      </w:r>
      <w:proofErr w:type="spellEnd"/>
      <w:r w:rsidR="00000000" w:rsidRPr="007324E0">
        <w:rPr>
          <w:rFonts w:cs="Arial"/>
          <w:szCs w:val="24"/>
        </w:rPr>
        <w:t xml:space="preserve"> </w:t>
      </w:r>
      <w:proofErr w:type="spellStart"/>
      <w:r w:rsidR="00000000" w:rsidRPr="007324E0">
        <w:rPr>
          <w:rFonts w:cs="Arial"/>
          <w:szCs w:val="24"/>
        </w:rPr>
        <w:t>дугаар</w:t>
      </w:r>
      <w:proofErr w:type="spellEnd"/>
      <w:r w:rsidR="00000000" w:rsidRPr="007324E0">
        <w:rPr>
          <w:rFonts w:cs="Arial"/>
          <w:szCs w:val="24"/>
        </w:rPr>
        <w:t xml:space="preserve">, </w:t>
      </w:r>
      <w:proofErr w:type="spellStart"/>
      <w:r w:rsidR="00000000" w:rsidRPr="007324E0">
        <w:rPr>
          <w:rFonts w:cs="Arial"/>
          <w:szCs w:val="24"/>
        </w:rPr>
        <w:t>хөрөнгийн</w:t>
      </w:r>
      <w:proofErr w:type="spellEnd"/>
      <w:r w:rsidR="00000000" w:rsidRPr="007324E0">
        <w:rPr>
          <w:rFonts w:cs="Arial"/>
          <w:szCs w:val="24"/>
        </w:rPr>
        <w:t xml:space="preserve"> </w:t>
      </w:r>
      <w:proofErr w:type="spellStart"/>
      <w:r w:rsidR="00000000" w:rsidRPr="007324E0">
        <w:rPr>
          <w:rFonts w:cs="Arial"/>
          <w:szCs w:val="24"/>
        </w:rPr>
        <w:t>болон</w:t>
      </w:r>
      <w:proofErr w:type="spellEnd"/>
      <w:r w:rsidR="00000000" w:rsidRPr="007324E0">
        <w:rPr>
          <w:rFonts w:cs="Arial"/>
          <w:szCs w:val="24"/>
        </w:rPr>
        <w:t xml:space="preserve"> </w:t>
      </w:r>
      <w:proofErr w:type="spellStart"/>
      <w:r w:rsidR="00000000" w:rsidRPr="007324E0">
        <w:rPr>
          <w:rFonts w:cs="Arial"/>
          <w:szCs w:val="24"/>
        </w:rPr>
        <w:t>хохирлын</w:t>
      </w:r>
      <w:proofErr w:type="spellEnd"/>
      <w:r w:rsidR="00000000" w:rsidRPr="007324E0">
        <w:rPr>
          <w:rFonts w:cs="Arial"/>
          <w:szCs w:val="24"/>
        </w:rPr>
        <w:t xml:space="preserve"> </w:t>
      </w:r>
      <w:proofErr w:type="spellStart"/>
      <w:r w:rsidR="00000000" w:rsidRPr="007324E0">
        <w:rPr>
          <w:rFonts w:cs="Arial"/>
          <w:szCs w:val="24"/>
        </w:rPr>
        <w:t>үнэлгээ</w:t>
      </w:r>
      <w:proofErr w:type="spellEnd"/>
      <w:r w:rsidR="00000000" w:rsidRPr="007324E0">
        <w:rPr>
          <w:rFonts w:cs="Arial"/>
          <w:szCs w:val="24"/>
        </w:rPr>
        <w:t xml:space="preserve">, </w:t>
      </w:r>
      <w:proofErr w:type="spellStart"/>
      <w:r w:rsidR="00000000" w:rsidRPr="007324E0">
        <w:rPr>
          <w:rFonts w:cs="Arial"/>
          <w:szCs w:val="24"/>
        </w:rPr>
        <w:t>мэдээллийн</w:t>
      </w:r>
      <w:proofErr w:type="spellEnd"/>
      <w:r w:rsidR="00000000" w:rsidRPr="007324E0">
        <w:rPr>
          <w:rFonts w:cs="Arial"/>
          <w:szCs w:val="24"/>
        </w:rPr>
        <w:t xml:space="preserve"> </w:t>
      </w:r>
      <w:proofErr w:type="spellStart"/>
      <w:r w:rsidR="00000000" w:rsidRPr="007324E0">
        <w:rPr>
          <w:rFonts w:cs="Arial"/>
          <w:szCs w:val="24"/>
        </w:rPr>
        <w:t>хамгаалалт</w:t>
      </w:r>
      <w:proofErr w:type="spellEnd"/>
      <w:r w:rsidR="00000000" w:rsidRPr="007324E0">
        <w:rPr>
          <w:rFonts w:cs="Arial"/>
          <w:szCs w:val="24"/>
        </w:rPr>
        <w:t xml:space="preserve">, </w:t>
      </w:r>
      <w:proofErr w:type="spellStart"/>
      <w:r w:rsidR="00000000" w:rsidRPr="007324E0">
        <w:rPr>
          <w:rFonts w:cs="Arial"/>
          <w:szCs w:val="24"/>
        </w:rPr>
        <w:t>жилийн</w:t>
      </w:r>
      <w:proofErr w:type="spellEnd"/>
      <w:r w:rsidR="00000000" w:rsidRPr="007324E0">
        <w:rPr>
          <w:rFonts w:cs="Arial"/>
          <w:szCs w:val="24"/>
        </w:rPr>
        <w:t xml:space="preserve"> </w:t>
      </w:r>
      <w:proofErr w:type="spellStart"/>
      <w:r w:rsidR="00000000" w:rsidRPr="007324E0">
        <w:rPr>
          <w:rFonts w:cs="Arial"/>
          <w:szCs w:val="24"/>
        </w:rPr>
        <w:t>тайлан</w:t>
      </w:r>
      <w:proofErr w:type="spellEnd"/>
      <w:r w:rsidR="00000000" w:rsidRPr="007324E0">
        <w:rPr>
          <w:rFonts w:cs="Arial"/>
          <w:szCs w:val="24"/>
        </w:rPr>
        <w:t xml:space="preserve">, </w:t>
      </w:r>
      <w:proofErr w:type="spellStart"/>
      <w:r w:rsidR="00000000" w:rsidRPr="007324E0">
        <w:rPr>
          <w:rFonts w:cs="Arial"/>
          <w:szCs w:val="24"/>
        </w:rPr>
        <w:t>нээлттэй</w:t>
      </w:r>
      <w:proofErr w:type="spellEnd"/>
      <w:r w:rsidR="00000000" w:rsidRPr="007324E0">
        <w:rPr>
          <w:rFonts w:cs="Arial"/>
          <w:szCs w:val="24"/>
        </w:rPr>
        <w:t xml:space="preserve"> </w:t>
      </w:r>
      <w:proofErr w:type="spellStart"/>
      <w:r w:rsidR="00000000" w:rsidRPr="007324E0">
        <w:rPr>
          <w:rFonts w:cs="Arial"/>
          <w:szCs w:val="24"/>
        </w:rPr>
        <w:t>өгөгдлийн</w:t>
      </w:r>
      <w:proofErr w:type="spellEnd"/>
      <w:r w:rsidR="00000000" w:rsidRPr="007324E0">
        <w:rPr>
          <w:rFonts w:cs="Arial"/>
          <w:szCs w:val="24"/>
        </w:rPr>
        <w:t xml:space="preserve"> </w:t>
      </w:r>
      <w:proofErr w:type="spellStart"/>
      <w:r w:rsidR="00000000" w:rsidRPr="007324E0">
        <w:rPr>
          <w:rFonts w:cs="Arial"/>
          <w:szCs w:val="24"/>
        </w:rPr>
        <w:t>хүрээ</w:t>
      </w:r>
      <w:proofErr w:type="spellEnd"/>
      <w:r w:rsidR="00000000" w:rsidRPr="007324E0">
        <w:rPr>
          <w:rFonts w:cs="Arial"/>
          <w:szCs w:val="24"/>
        </w:rPr>
        <w:t xml:space="preserve">, </w:t>
      </w:r>
      <w:proofErr w:type="spellStart"/>
      <w:r w:rsidR="00000000" w:rsidRPr="007324E0">
        <w:rPr>
          <w:rFonts w:cs="Arial"/>
          <w:szCs w:val="24"/>
        </w:rPr>
        <w:t>мэдээллийн</w:t>
      </w:r>
      <w:proofErr w:type="spellEnd"/>
      <w:r w:rsidR="00000000" w:rsidRPr="007324E0">
        <w:rPr>
          <w:rFonts w:cs="Arial"/>
          <w:szCs w:val="24"/>
        </w:rPr>
        <w:t xml:space="preserve"> </w:t>
      </w:r>
      <w:proofErr w:type="spellStart"/>
      <w:r w:rsidR="00000000" w:rsidRPr="007324E0">
        <w:rPr>
          <w:rFonts w:cs="Arial"/>
          <w:szCs w:val="24"/>
        </w:rPr>
        <w:t>давхардлыг</w:t>
      </w:r>
      <w:proofErr w:type="spellEnd"/>
      <w:r w:rsidR="00000000" w:rsidRPr="007324E0">
        <w:rPr>
          <w:rFonts w:cs="Arial"/>
          <w:szCs w:val="24"/>
        </w:rPr>
        <w:t xml:space="preserve"> </w:t>
      </w:r>
      <w:proofErr w:type="spellStart"/>
      <w:r w:rsidR="00000000" w:rsidRPr="007324E0">
        <w:rPr>
          <w:rFonts w:cs="Arial"/>
          <w:szCs w:val="24"/>
        </w:rPr>
        <w:t>арилгах</w:t>
      </w:r>
      <w:proofErr w:type="spellEnd"/>
      <w:r w:rsidR="00000000" w:rsidRPr="007324E0">
        <w:rPr>
          <w:rFonts w:cs="Arial"/>
          <w:szCs w:val="24"/>
        </w:rPr>
        <w:t xml:space="preserve"> </w:t>
      </w:r>
      <w:proofErr w:type="spellStart"/>
      <w:r w:rsidR="00000000" w:rsidRPr="007324E0">
        <w:rPr>
          <w:rFonts w:cs="Arial"/>
          <w:szCs w:val="24"/>
        </w:rPr>
        <w:t>харилцан</w:t>
      </w:r>
      <w:proofErr w:type="spellEnd"/>
      <w:r w:rsidR="00000000" w:rsidRPr="007324E0">
        <w:rPr>
          <w:rFonts w:cs="Arial"/>
          <w:szCs w:val="24"/>
        </w:rPr>
        <w:t xml:space="preserve"> </w:t>
      </w:r>
      <w:proofErr w:type="spellStart"/>
      <w:r w:rsidR="00000000" w:rsidRPr="007324E0">
        <w:rPr>
          <w:rFonts w:cs="Arial"/>
          <w:szCs w:val="24"/>
        </w:rPr>
        <w:t>ажиллагааг</w:t>
      </w:r>
      <w:proofErr w:type="spellEnd"/>
      <w:r w:rsidR="00000000" w:rsidRPr="007324E0">
        <w:rPr>
          <w:rFonts w:cs="Arial"/>
          <w:szCs w:val="24"/>
        </w:rPr>
        <w:t xml:space="preserve"> </w:t>
      </w:r>
      <w:proofErr w:type="spellStart"/>
      <w:r w:rsidR="00000000" w:rsidRPr="007324E0">
        <w:rPr>
          <w:rFonts w:cs="Arial"/>
          <w:szCs w:val="24"/>
        </w:rPr>
        <w:t>тогтооно</w:t>
      </w:r>
      <w:proofErr w:type="spellEnd"/>
      <w:r w:rsidR="00000000" w:rsidRPr="007324E0">
        <w:rPr>
          <w:rFonts w:cs="Arial"/>
          <w:szCs w:val="24"/>
        </w:rPr>
        <w:t>.</w:t>
      </w:r>
    </w:p>
    <w:p w14:paraId="795BE3FE" w14:textId="77777777" w:rsidR="00991FB3" w:rsidRDefault="007324E0" w:rsidP="00991FB3">
      <w:pPr>
        <w:rPr>
          <w:rFonts w:cs="Arial"/>
          <w:szCs w:val="24"/>
        </w:rPr>
      </w:pPr>
      <w:r>
        <w:rPr>
          <w:rFonts w:cs="Arial"/>
          <w:szCs w:val="24"/>
        </w:rPr>
        <w:t xml:space="preserve">- </w:t>
      </w:r>
      <w:proofErr w:type="spellStart"/>
      <w:r w:rsidR="00000000" w:rsidRPr="007324E0">
        <w:rPr>
          <w:rFonts w:cs="Arial"/>
          <w:szCs w:val="24"/>
        </w:rPr>
        <w:t>Санхүүжилтийг</w:t>
      </w:r>
      <w:proofErr w:type="spellEnd"/>
      <w:r w:rsidR="00000000" w:rsidRPr="007324E0">
        <w:rPr>
          <w:rFonts w:cs="Arial"/>
          <w:szCs w:val="24"/>
        </w:rPr>
        <w:t xml:space="preserve"> </w:t>
      </w:r>
      <w:proofErr w:type="spellStart"/>
      <w:r w:rsidR="00000000" w:rsidRPr="007324E0">
        <w:rPr>
          <w:rFonts w:cs="Arial"/>
          <w:szCs w:val="24"/>
        </w:rPr>
        <w:t>тарилт</w:t>
      </w:r>
      <w:proofErr w:type="spellEnd"/>
      <w:r w:rsidR="00000000" w:rsidRPr="007324E0">
        <w:rPr>
          <w:rFonts w:cs="Arial"/>
          <w:szCs w:val="24"/>
        </w:rPr>
        <w:t xml:space="preserve"> </w:t>
      </w:r>
      <w:proofErr w:type="spellStart"/>
      <w:r w:rsidR="00000000" w:rsidRPr="007324E0">
        <w:rPr>
          <w:rFonts w:cs="Arial"/>
          <w:szCs w:val="24"/>
        </w:rPr>
        <w:t>төдийгүй</w:t>
      </w:r>
      <w:proofErr w:type="spellEnd"/>
      <w:r w:rsidR="00000000" w:rsidRPr="007324E0">
        <w:rPr>
          <w:rFonts w:cs="Arial"/>
          <w:szCs w:val="24"/>
        </w:rPr>
        <w:t xml:space="preserve"> </w:t>
      </w:r>
      <w:proofErr w:type="spellStart"/>
      <w:r w:rsidR="00000000" w:rsidRPr="007324E0">
        <w:rPr>
          <w:rFonts w:cs="Arial"/>
          <w:szCs w:val="24"/>
        </w:rPr>
        <w:t>газар</w:t>
      </w:r>
      <w:proofErr w:type="spellEnd"/>
      <w:r w:rsidR="00000000" w:rsidRPr="007324E0">
        <w:rPr>
          <w:rFonts w:cs="Arial"/>
          <w:szCs w:val="24"/>
        </w:rPr>
        <w:t xml:space="preserve">, </w:t>
      </w:r>
      <w:proofErr w:type="spellStart"/>
      <w:r w:rsidR="00000000" w:rsidRPr="007324E0">
        <w:rPr>
          <w:rFonts w:cs="Arial"/>
          <w:szCs w:val="24"/>
        </w:rPr>
        <w:t>хөрс</w:t>
      </w:r>
      <w:proofErr w:type="spellEnd"/>
      <w:r w:rsidR="00000000" w:rsidRPr="007324E0">
        <w:rPr>
          <w:rFonts w:cs="Arial"/>
          <w:szCs w:val="24"/>
        </w:rPr>
        <w:t xml:space="preserve"> </w:t>
      </w:r>
      <w:proofErr w:type="spellStart"/>
      <w:r w:rsidR="00000000" w:rsidRPr="007324E0">
        <w:rPr>
          <w:rFonts w:cs="Arial"/>
          <w:szCs w:val="24"/>
        </w:rPr>
        <w:t>бэлтгэл</w:t>
      </w:r>
      <w:proofErr w:type="spellEnd"/>
      <w:r w:rsidR="00000000" w:rsidRPr="007324E0">
        <w:rPr>
          <w:rFonts w:cs="Arial"/>
          <w:szCs w:val="24"/>
        </w:rPr>
        <w:t xml:space="preserve">, </w:t>
      </w:r>
      <w:proofErr w:type="spellStart"/>
      <w:r w:rsidR="00000000" w:rsidRPr="007324E0">
        <w:rPr>
          <w:rFonts w:cs="Arial"/>
          <w:szCs w:val="24"/>
        </w:rPr>
        <w:t>усалгаа</w:t>
      </w:r>
      <w:proofErr w:type="spellEnd"/>
      <w:r w:rsidR="00000000" w:rsidRPr="007324E0">
        <w:rPr>
          <w:rFonts w:cs="Arial"/>
          <w:szCs w:val="24"/>
        </w:rPr>
        <w:t xml:space="preserve">, </w:t>
      </w:r>
      <w:proofErr w:type="spellStart"/>
      <w:r w:rsidR="00000000" w:rsidRPr="007324E0">
        <w:rPr>
          <w:rFonts w:cs="Arial"/>
          <w:szCs w:val="24"/>
        </w:rPr>
        <w:t>гурван</w:t>
      </w:r>
      <w:proofErr w:type="spellEnd"/>
      <w:r w:rsidR="00000000" w:rsidRPr="007324E0">
        <w:rPr>
          <w:rFonts w:cs="Arial"/>
          <w:szCs w:val="24"/>
        </w:rPr>
        <w:t xml:space="preserve"> </w:t>
      </w:r>
      <w:proofErr w:type="spellStart"/>
      <w:r w:rsidR="00000000" w:rsidRPr="007324E0">
        <w:rPr>
          <w:rFonts w:cs="Arial"/>
          <w:szCs w:val="24"/>
        </w:rPr>
        <w:t>жилийн</w:t>
      </w:r>
      <w:proofErr w:type="spellEnd"/>
      <w:r w:rsidR="00000000" w:rsidRPr="007324E0">
        <w:rPr>
          <w:rFonts w:cs="Arial"/>
          <w:szCs w:val="24"/>
        </w:rPr>
        <w:t xml:space="preserve"> </w:t>
      </w:r>
      <w:proofErr w:type="spellStart"/>
      <w:r w:rsidR="00000000" w:rsidRPr="007324E0">
        <w:rPr>
          <w:rFonts w:cs="Arial"/>
          <w:szCs w:val="24"/>
        </w:rPr>
        <w:t>арчилгаа</w:t>
      </w:r>
      <w:proofErr w:type="spellEnd"/>
      <w:r w:rsidR="00000000" w:rsidRPr="007324E0">
        <w:rPr>
          <w:rFonts w:cs="Arial"/>
          <w:szCs w:val="24"/>
        </w:rPr>
        <w:t xml:space="preserve">, </w:t>
      </w:r>
      <w:proofErr w:type="spellStart"/>
      <w:r w:rsidR="00000000" w:rsidRPr="007324E0">
        <w:rPr>
          <w:rFonts w:cs="Arial"/>
          <w:szCs w:val="24"/>
        </w:rPr>
        <w:t>бүртгэл</w:t>
      </w:r>
      <w:proofErr w:type="spellEnd"/>
      <w:r w:rsidR="00000000" w:rsidRPr="007324E0">
        <w:rPr>
          <w:rFonts w:cs="Arial"/>
          <w:szCs w:val="24"/>
        </w:rPr>
        <w:t xml:space="preserve">, </w:t>
      </w:r>
      <w:proofErr w:type="spellStart"/>
      <w:r w:rsidR="00000000" w:rsidRPr="007324E0">
        <w:rPr>
          <w:rFonts w:cs="Arial"/>
          <w:szCs w:val="24"/>
        </w:rPr>
        <w:t>үнэлгээ</w:t>
      </w:r>
      <w:proofErr w:type="spellEnd"/>
      <w:r w:rsidR="00000000" w:rsidRPr="007324E0">
        <w:rPr>
          <w:rFonts w:cs="Arial"/>
          <w:szCs w:val="24"/>
        </w:rPr>
        <w:t xml:space="preserve">, </w:t>
      </w:r>
      <w:proofErr w:type="spellStart"/>
      <w:r w:rsidR="00000000" w:rsidRPr="007324E0">
        <w:rPr>
          <w:rFonts w:cs="Arial"/>
          <w:szCs w:val="24"/>
        </w:rPr>
        <w:t>хяналтын</w:t>
      </w:r>
      <w:proofErr w:type="spellEnd"/>
      <w:r w:rsidR="00000000" w:rsidRPr="007324E0">
        <w:rPr>
          <w:rFonts w:cs="Arial"/>
          <w:szCs w:val="24"/>
        </w:rPr>
        <w:t xml:space="preserve"> </w:t>
      </w:r>
      <w:proofErr w:type="spellStart"/>
      <w:r w:rsidR="00000000" w:rsidRPr="007324E0">
        <w:rPr>
          <w:rFonts w:cs="Arial"/>
          <w:szCs w:val="24"/>
        </w:rPr>
        <w:t>бүрэн</w:t>
      </w:r>
      <w:proofErr w:type="spellEnd"/>
      <w:r w:rsidR="00000000" w:rsidRPr="007324E0">
        <w:rPr>
          <w:rFonts w:cs="Arial"/>
          <w:szCs w:val="24"/>
        </w:rPr>
        <w:t xml:space="preserve"> </w:t>
      </w:r>
      <w:proofErr w:type="spellStart"/>
      <w:r w:rsidR="00000000" w:rsidRPr="007324E0">
        <w:rPr>
          <w:rFonts w:cs="Arial"/>
          <w:szCs w:val="24"/>
        </w:rPr>
        <w:t>мөчлөгөөр</w:t>
      </w:r>
      <w:proofErr w:type="spellEnd"/>
      <w:r w:rsidR="00000000" w:rsidRPr="007324E0">
        <w:rPr>
          <w:rFonts w:cs="Arial"/>
          <w:szCs w:val="24"/>
        </w:rPr>
        <w:t xml:space="preserve"> </w:t>
      </w:r>
      <w:proofErr w:type="spellStart"/>
      <w:r w:rsidR="00000000" w:rsidRPr="007324E0">
        <w:rPr>
          <w:rFonts w:cs="Arial"/>
          <w:szCs w:val="24"/>
        </w:rPr>
        <w:t>төлөвлөж</w:t>
      </w:r>
      <w:proofErr w:type="spellEnd"/>
      <w:r w:rsidR="00000000" w:rsidRPr="007324E0">
        <w:rPr>
          <w:rFonts w:cs="Arial"/>
          <w:szCs w:val="24"/>
        </w:rPr>
        <w:t xml:space="preserve">, </w:t>
      </w:r>
      <w:proofErr w:type="spellStart"/>
      <w:r w:rsidR="00000000" w:rsidRPr="007324E0">
        <w:rPr>
          <w:rFonts w:cs="Arial"/>
          <w:szCs w:val="24"/>
        </w:rPr>
        <w:t>төсвийн</w:t>
      </w:r>
      <w:proofErr w:type="spellEnd"/>
      <w:r w:rsidR="00000000" w:rsidRPr="007324E0">
        <w:rPr>
          <w:rFonts w:cs="Arial"/>
          <w:szCs w:val="24"/>
        </w:rPr>
        <w:t xml:space="preserve"> </w:t>
      </w:r>
      <w:proofErr w:type="spellStart"/>
      <w:r w:rsidR="00000000" w:rsidRPr="007324E0">
        <w:rPr>
          <w:rFonts w:cs="Arial"/>
          <w:szCs w:val="24"/>
        </w:rPr>
        <w:t>үр</w:t>
      </w:r>
      <w:proofErr w:type="spellEnd"/>
      <w:r w:rsidR="00000000" w:rsidRPr="007324E0">
        <w:rPr>
          <w:rFonts w:cs="Arial"/>
          <w:szCs w:val="24"/>
        </w:rPr>
        <w:t xml:space="preserve"> </w:t>
      </w:r>
      <w:proofErr w:type="spellStart"/>
      <w:r w:rsidR="00000000" w:rsidRPr="007324E0">
        <w:rPr>
          <w:rFonts w:cs="Arial"/>
          <w:szCs w:val="24"/>
        </w:rPr>
        <w:t>дүн</w:t>
      </w:r>
      <w:proofErr w:type="spellEnd"/>
      <w:r w:rsidR="00000000" w:rsidRPr="007324E0">
        <w:rPr>
          <w:rFonts w:cs="Arial"/>
          <w:szCs w:val="24"/>
        </w:rPr>
        <w:t xml:space="preserve"> </w:t>
      </w:r>
      <w:proofErr w:type="spellStart"/>
      <w:r w:rsidR="00000000" w:rsidRPr="007324E0">
        <w:rPr>
          <w:rFonts w:cs="Arial"/>
          <w:szCs w:val="24"/>
        </w:rPr>
        <w:t>болон</w:t>
      </w:r>
      <w:proofErr w:type="spellEnd"/>
      <w:r w:rsidR="00000000" w:rsidRPr="007324E0">
        <w:rPr>
          <w:rFonts w:cs="Arial"/>
          <w:szCs w:val="24"/>
        </w:rPr>
        <w:t xml:space="preserve"> </w:t>
      </w:r>
      <w:proofErr w:type="spellStart"/>
      <w:r w:rsidR="00000000" w:rsidRPr="007324E0">
        <w:rPr>
          <w:rFonts w:cs="Arial"/>
          <w:szCs w:val="24"/>
        </w:rPr>
        <w:t>худалдан</w:t>
      </w:r>
      <w:proofErr w:type="spellEnd"/>
      <w:r w:rsidR="00000000" w:rsidRPr="007324E0">
        <w:rPr>
          <w:rFonts w:cs="Arial"/>
          <w:szCs w:val="24"/>
        </w:rPr>
        <w:t xml:space="preserve"> </w:t>
      </w:r>
      <w:proofErr w:type="spellStart"/>
      <w:r w:rsidR="00000000" w:rsidRPr="007324E0">
        <w:rPr>
          <w:rFonts w:cs="Arial"/>
          <w:szCs w:val="24"/>
        </w:rPr>
        <w:t>авах</w:t>
      </w:r>
      <w:proofErr w:type="spellEnd"/>
      <w:r w:rsidR="00000000" w:rsidRPr="007324E0">
        <w:rPr>
          <w:rFonts w:cs="Arial"/>
          <w:szCs w:val="24"/>
        </w:rPr>
        <w:t xml:space="preserve"> </w:t>
      </w:r>
      <w:proofErr w:type="spellStart"/>
      <w:r w:rsidR="00000000" w:rsidRPr="007324E0">
        <w:rPr>
          <w:rFonts w:cs="Arial"/>
          <w:szCs w:val="24"/>
        </w:rPr>
        <w:t>ажиллагааны</w:t>
      </w:r>
      <w:proofErr w:type="spellEnd"/>
      <w:r w:rsidR="00000000" w:rsidRPr="007324E0">
        <w:rPr>
          <w:rFonts w:cs="Arial"/>
          <w:szCs w:val="24"/>
        </w:rPr>
        <w:t xml:space="preserve"> </w:t>
      </w:r>
      <w:proofErr w:type="spellStart"/>
      <w:r w:rsidR="00000000" w:rsidRPr="007324E0">
        <w:rPr>
          <w:rFonts w:cs="Arial"/>
          <w:szCs w:val="24"/>
        </w:rPr>
        <w:t>төлбөрийг</w:t>
      </w:r>
      <w:proofErr w:type="spellEnd"/>
      <w:r w:rsidR="00000000" w:rsidRPr="007324E0">
        <w:rPr>
          <w:rFonts w:cs="Arial"/>
          <w:szCs w:val="24"/>
        </w:rPr>
        <w:t xml:space="preserve"> </w:t>
      </w:r>
      <w:proofErr w:type="spellStart"/>
      <w:r w:rsidR="00000000" w:rsidRPr="007324E0">
        <w:rPr>
          <w:rFonts w:cs="Arial"/>
          <w:szCs w:val="24"/>
        </w:rPr>
        <w:t>ургамлын</w:t>
      </w:r>
      <w:proofErr w:type="spellEnd"/>
      <w:r w:rsidR="00000000" w:rsidRPr="007324E0">
        <w:rPr>
          <w:rFonts w:cs="Arial"/>
          <w:szCs w:val="24"/>
        </w:rPr>
        <w:t xml:space="preserve"> </w:t>
      </w:r>
      <w:proofErr w:type="spellStart"/>
      <w:r w:rsidR="00000000" w:rsidRPr="007324E0">
        <w:rPr>
          <w:rFonts w:cs="Arial"/>
          <w:szCs w:val="24"/>
        </w:rPr>
        <w:t>амьдралт</w:t>
      </w:r>
      <w:proofErr w:type="spellEnd"/>
      <w:r w:rsidR="00000000" w:rsidRPr="007324E0">
        <w:rPr>
          <w:rFonts w:cs="Arial"/>
          <w:szCs w:val="24"/>
        </w:rPr>
        <w:t xml:space="preserve">, </w:t>
      </w:r>
      <w:proofErr w:type="spellStart"/>
      <w:r w:rsidR="00000000" w:rsidRPr="007324E0">
        <w:rPr>
          <w:rFonts w:cs="Arial"/>
          <w:szCs w:val="24"/>
        </w:rPr>
        <w:t>ургасанд</w:t>
      </w:r>
      <w:proofErr w:type="spellEnd"/>
      <w:r w:rsidR="00000000" w:rsidRPr="007324E0">
        <w:rPr>
          <w:rFonts w:cs="Arial"/>
          <w:szCs w:val="24"/>
        </w:rPr>
        <w:t xml:space="preserve"> </w:t>
      </w:r>
      <w:proofErr w:type="spellStart"/>
      <w:r w:rsidR="00000000" w:rsidRPr="007324E0">
        <w:rPr>
          <w:rFonts w:cs="Arial"/>
          <w:szCs w:val="24"/>
        </w:rPr>
        <w:t>тооцсон</w:t>
      </w:r>
      <w:proofErr w:type="spellEnd"/>
      <w:r w:rsidR="00000000" w:rsidRPr="007324E0">
        <w:rPr>
          <w:rFonts w:cs="Arial"/>
          <w:szCs w:val="24"/>
        </w:rPr>
        <w:t xml:space="preserve">, </w:t>
      </w:r>
      <w:proofErr w:type="spellStart"/>
      <w:r w:rsidR="00000000" w:rsidRPr="007324E0">
        <w:rPr>
          <w:rFonts w:cs="Arial"/>
          <w:szCs w:val="24"/>
        </w:rPr>
        <w:t>тогтворжсон</w:t>
      </w:r>
      <w:proofErr w:type="spellEnd"/>
      <w:r w:rsidR="00000000" w:rsidRPr="007324E0">
        <w:rPr>
          <w:rFonts w:cs="Arial"/>
          <w:szCs w:val="24"/>
        </w:rPr>
        <w:t xml:space="preserve"> </w:t>
      </w:r>
      <w:proofErr w:type="spellStart"/>
      <w:r w:rsidR="00000000" w:rsidRPr="007324E0">
        <w:rPr>
          <w:rFonts w:cs="Arial"/>
          <w:szCs w:val="24"/>
        </w:rPr>
        <w:t>үр</w:t>
      </w:r>
      <w:proofErr w:type="spellEnd"/>
      <w:r w:rsidR="00000000" w:rsidRPr="007324E0">
        <w:rPr>
          <w:rFonts w:cs="Arial"/>
          <w:szCs w:val="24"/>
        </w:rPr>
        <w:t xml:space="preserve"> </w:t>
      </w:r>
      <w:proofErr w:type="spellStart"/>
      <w:r w:rsidR="00000000" w:rsidRPr="007324E0">
        <w:rPr>
          <w:rFonts w:cs="Arial"/>
          <w:szCs w:val="24"/>
        </w:rPr>
        <w:t>дүнтэй</w:t>
      </w:r>
      <w:proofErr w:type="spellEnd"/>
      <w:r w:rsidR="00000000" w:rsidRPr="007324E0">
        <w:rPr>
          <w:rFonts w:cs="Arial"/>
          <w:szCs w:val="24"/>
        </w:rPr>
        <w:t xml:space="preserve"> </w:t>
      </w:r>
      <w:proofErr w:type="spellStart"/>
      <w:r w:rsidR="00000000" w:rsidRPr="007324E0">
        <w:rPr>
          <w:rFonts w:cs="Arial"/>
          <w:szCs w:val="24"/>
        </w:rPr>
        <w:t>уялдуулна</w:t>
      </w:r>
      <w:proofErr w:type="spellEnd"/>
      <w:r w:rsidR="00000000" w:rsidRPr="007324E0">
        <w:rPr>
          <w:rFonts w:cs="Arial"/>
          <w:szCs w:val="24"/>
        </w:rPr>
        <w:t xml:space="preserve">. </w:t>
      </w:r>
      <w:proofErr w:type="spellStart"/>
      <w:r w:rsidR="00000000" w:rsidRPr="007324E0">
        <w:rPr>
          <w:rFonts w:cs="Arial"/>
          <w:szCs w:val="24"/>
        </w:rPr>
        <w:t>Иргэн</w:t>
      </w:r>
      <w:proofErr w:type="spellEnd"/>
      <w:r w:rsidR="00000000" w:rsidRPr="007324E0">
        <w:rPr>
          <w:rFonts w:cs="Arial"/>
          <w:szCs w:val="24"/>
        </w:rPr>
        <w:t xml:space="preserve">, </w:t>
      </w:r>
      <w:proofErr w:type="spellStart"/>
      <w:r w:rsidR="00000000" w:rsidRPr="007324E0">
        <w:rPr>
          <w:rFonts w:cs="Arial"/>
          <w:szCs w:val="24"/>
        </w:rPr>
        <w:t>байгууллагын</w:t>
      </w:r>
      <w:proofErr w:type="spellEnd"/>
      <w:r w:rsidR="00000000" w:rsidRPr="007324E0">
        <w:rPr>
          <w:rFonts w:cs="Arial"/>
          <w:szCs w:val="24"/>
        </w:rPr>
        <w:t xml:space="preserve"> </w:t>
      </w:r>
      <w:proofErr w:type="spellStart"/>
      <w:r w:rsidR="00000000" w:rsidRPr="007324E0">
        <w:rPr>
          <w:rFonts w:cs="Arial"/>
          <w:szCs w:val="24"/>
        </w:rPr>
        <w:t>бодит</w:t>
      </w:r>
      <w:proofErr w:type="spellEnd"/>
      <w:r w:rsidR="00000000" w:rsidRPr="007324E0">
        <w:rPr>
          <w:rFonts w:cs="Arial"/>
          <w:szCs w:val="24"/>
        </w:rPr>
        <w:t xml:space="preserve"> </w:t>
      </w:r>
      <w:proofErr w:type="spellStart"/>
      <w:r w:rsidR="00000000" w:rsidRPr="007324E0">
        <w:rPr>
          <w:rFonts w:cs="Arial"/>
          <w:szCs w:val="24"/>
        </w:rPr>
        <w:t>үр</w:t>
      </w:r>
      <w:proofErr w:type="spellEnd"/>
      <w:r w:rsidR="00000000" w:rsidRPr="007324E0">
        <w:rPr>
          <w:rFonts w:cs="Arial"/>
          <w:szCs w:val="24"/>
        </w:rPr>
        <w:t xml:space="preserve"> </w:t>
      </w:r>
      <w:proofErr w:type="spellStart"/>
      <w:r w:rsidR="00000000" w:rsidRPr="007324E0">
        <w:rPr>
          <w:rFonts w:cs="Arial"/>
          <w:szCs w:val="24"/>
        </w:rPr>
        <w:t>дүнг</w:t>
      </w:r>
      <w:proofErr w:type="spellEnd"/>
      <w:r w:rsidR="00000000" w:rsidRPr="007324E0">
        <w:rPr>
          <w:rFonts w:cs="Arial"/>
          <w:szCs w:val="24"/>
        </w:rPr>
        <w:t xml:space="preserve"> </w:t>
      </w:r>
      <w:proofErr w:type="spellStart"/>
      <w:r w:rsidR="00000000" w:rsidRPr="007324E0">
        <w:rPr>
          <w:rFonts w:cs="Arial"/>
          <w:szCs w:val="24"/>
        </w:rPr>
        <w:t>дэмжих</w:t>
      </w:r>
      <w:proofErr w:type="spellEnd"/>
      <w:r w:rsidR="00000000" w:rsidRPr="007324E0">
        <w:rPr>
          <w:rFonts w:cs="Arial"/>
          <w:szCs w:val="24"/>
        </w:rPr>
        <w:t xml:space="preserve">, </w:t>
      </w:r>
      <w:proofErr w:type="spellStart"/>
      <w:r w:rsidR="00000000" w:rsidRPr="007324E0">
        <w:rPr>
          <w:rFonts w:cs="Arial"/>
          <w:szCs w:val="24"/>
        </w:rPr>
        <w:t>хотын</w:t>
      </w:r>
      <w:proofErr w:type="spellEnd"/>
      <w:r w:rsidR="00000000" w:rsidRPr="007324E0">
        <w:rPr>
          <w:rFonts w:cs="Arial"/>
          <w:szCs w:val="24"/>
        </w:rPr>
        <w:t xml:space="preserve"> </w:t>
      </w:r>
      <w:proofErr w:type="spellStart"/>
      <w:r w:rsidR="00000000" w:rsidRPr="007324E0">
        <w:rPr>
          <w:rFonts w:cs="Arial"/>
          <w:szCs w:val="24"/>
        </w:rPr>
        <w:t>мод</w:t>
      </w:r>
      <w:proofErr w:type="spellEnd"/>
      <w:r w:rsidR="00000000" w:rsidRPr="007324E0">
        <w:rPr>
          <w:rFonts w:cs="Arial"/>
          <w:szCs w:val="24"/>
        </w:rPr>
        <w:t xml:space="preserve">, </w:t>
      </w:r>
      <w:proofErr w:type="spellStart"/>
      <w:r w:rsidR="00000000" w:rsidRPr="007324E0">
        <w:rPr>
          <w:rFonts w:cs="Arial"/>
          <w:szCs w:val="24"/>
        </w:rPr>
        <w:t>ойн</w:t>
      </w:r>
      <w:proofErr w:type="spellEnd"/>
      <w:r w:rsidR="00000000" w:rsidRPr="007324E0">
        <w:rPr>
          <w:rFonts w:cs="Arial"/>
          <w:szCs w:val="24"/>
        </w:rPr>
        <w:t xml:space="preserve"> </w:t>
      </w:r>
      <w:proofErr w:type="spellStart"/>
      <w:r w:rsidR="00000000" w:rsidRPr="007324E0">
        <w:rPr>
          <w:rFonts w:cs="Arial"/>
          <w:szCs w:val="24"/>
        </w:rPr>
        <w:t>амжилтыг</w:t>
      </w:r>
      <w:proofErr w:type="spellEnd"/>
      <w:r w:rsidR="00000000" w:rsidRPr="007324E0">
        <w:rPr>
          <w:rFonts w:cs="Arial"/>
          <w:szCs w:val="24"/>
        </w:rPr>
        <w:t xml:space="preserve"> </w:t>
      </w:r>
      <w:proofErr w:type="spellStart"/>
      <w:r w:rsidR="00000000" w:rsidRPr="007324E0">
        <w:rPr>
          <w:rFonts w:cs="Arial"/>
          <w:szCs w:val="24"/>
        </w:rPr>
        <w:t>жил</w:t>
      </w:r>
      <w:proofErr w:type="spellEnd"/>
      <w:r w:rsidR="00000000" w:rsidRPr="007324E0">
        <w:rPr>
          <w:rFonts w:cs="Arial"/>
          <w:szCs w:val="24"/>
        </w:rPr>
        <w:t xml:space="preserve"> </w:t>
      </w:r>
      <w:proofErr w:type="spellStart"/>
      <w:r w:rsidR="00000000" w:rsidRPr="007324E0">
        <w:rPr>
          <w:rFonts w:cs="Arial"/>
          <w:szCs w:val="24"/>
        </w:rPr>
        <w:t>бүр</w:t>
      </w:r>
      <w:proofErr w:type="spellEnd"/>
      <w:r w:rsidR="00000000" w:rsidRPr="007324E0">
        <w:rPr>
          <w:rFonts w:cs="Arial"/>
          <w:szCs w:val="24"/>
        </w:rPr>
        <w:t xml:space="preserve"> </w:t>
      </w:r>
      <w:proofErr w:type="spellStart"/>
      <w:r w:rsidR="00000000" w:rsidRPr="007324E0">
        <w:rPr>
          <w:rFonts w:cs="Arial"/>
          <w:szCs w:val="24"/>
        </w:rPr>
        <w:t>нийтээр</w:t>
      </w:r>
      <w:proofErr w:type="spellEnd"/>
      <w:r w:rsidR="00000000" w:rsidRPr="007324E0">
        <w:rPr>
          <w:rFonts w:cs="Arial"/>
          <w:szCs w:val="24"/>
        </w:rPr>
        <w:t xml:space="preserve"> </w:t>
      </w:r>
      <w:proofErr w:type="spellStart"/>
      <w:r w:rsidR="00000000" w:rsidRPr="007324E0">
        <w:rPr>
          <w:rFonts w:cs="Arial"/>
          <w:szCs w:val="24"/>
        </w:rPr>
        <w:t>тэмдэглэх</w:t>
      </w:r>
      <w:proofErr w:type="spellEnd"/>
      <w:r w:rsidR="00000000" w:rsidRPr="007324E0">
        <w:rPr>
          <w:rFonts w:cs="Arial"/>
          <w:szCs w:val="24"/>
        </w:rPr>
        <w:t xml:space="preserve"> </w:t>
      </w:r>
      <w:proofErr w:type="spellStart"/>
      <w:r w:rsidR="00000000" w:rsidRPr="007324E0">
        <w:rPr>
          <w:rFonts w:cs="Arial"/>
          <w:szCs w:val="24"/>
        </w:rPr>
        <w:t>боломжийг</w:t>
      </w:r>
      <w:proofErr w:type="spellEnd"/>
      <w:r w:rsidR="00000000" w:rsidRPr="007324E0">
        <w:rPr>
          <w:rFonts w:cs="Arial"/>
          <w:szCs w:val="24"/>
        </w:rPr>
        <w:t xml:space="preserve"> </w:t>
      </w:r>
      <w:proofErr w:type="spellStart"/>
      <w:r w:rsidR="00000000" w:rsidRPr="007324E0">
        <w:rPr>
          <w:rFonts w:cs="Arial"/>
          <w:szCs w:val="24"/>
        </w:rPr>
        <w:t>бүрдүүлнэ</w:t>
      </w:r>
      <w:proofErr w:type="spellEnd"/>
      <w:r w:rsidR="00000000" w:rsidRPr="007324E0">
        <w:rPr>
          <w:rFonts w:cs="Arial"/>
          <w:szCs w:val="24"/>
        </w:rPr>
        <w:t>.</w:t>
      </w:r>
    </w:p>
    <w:p w14:paraId="180D0C65" w14:textId="0A69CBDE" w:rsidR="00544E5A" w:rsidRPr="00991FB3" w:rsidRDefault="00991FB3" w:rsidP="00991FB3">
      <w:pPr>
        <w:rPr>
          <w:rFonts w:cs="Arial"/>
          <w:szCs w:val="24"/>
        </w:rPr>
      </w:pPr>
      <w:r>
        <w:rPr>
          <w:rFonts w:cs="Arial"/>
          <w:szCs w:val="24"/>
        </w:rPr>
        <w:t xml:space="preserve">- </w:t>
      </w:r>
      <w:proofErr w:type="spellStart"/>
      <w:r w:rsidR="0046786E" w:rsidRPr="00991FB3">
        <w:rPr>
          <w:rFonts w:cs="Arial"/>
          <w:szCs w:val="24"/>
        </w:rPr>
        <w:t>Төрийн</w:t>
      </w:r>
      <w:proofErr w:type="spellEnd"/>
      <w:r w:rsidR="0046786E" w:rsidRPr="00991FB3">
        <w:rPr>
          <w:rFonts w:cs="Arial"/>
          <w:szCs w:val="24"/>
        </w:rPr>
        <w:t xml:space="preserve"> </w:t>
      </w:r>
      <w:proofErr w:type="spellStart"/>
      <w:r w:rsidR="0046786E" w:rsidRPr="00991FB3">
        <w:rPr>
          <w:rFonts w:cs="Arial"/>
          <w:szCs w:val="24"/>
        </w:rPr>
        <w:t>болон</w:t>
      </w:r>
      <w:proofErr w:type="spellEnd"/>
      <w:r w:rsidR="0046786E" w:rsidRPr="00991FB3">
        <w:rPr>
          <w:rFonts w:cs="Arial"/>
          <w:szCs w:val="24"/>
        </w:rPr>
        <w:t xml:space="preserve"> </w:t>
      </w:r>
      <w:proofErr w:type="spellStart"/>
      <w:r w:rsidR="0046786E" w:rsidRPr="00991FB3">
        <w:rPr>
          <w:rFonts w:cs="Arial"/>
          <w:szCs w:val="24"/>
        </w:rPr>
        <w:t>олон</w:t>
      </w:r>
      <w:proofErr w:type="spellEnd"/>
      <w:r w:rsidR="0046786E" w:rsidRPr="00991FB3">
        <w:rPr>
          <w:rFonts w:cs="Arial"/>
          <w:szCs w:val="24"/>
        </w:rPr>
        <w:t xml:space="preserve"> </w:t>
      </w:r>
      <w:proofErr w:type="spellStart"/>
      <w:r w:rsidR="0046786E" w:rsidRPr="00991FB3">
        <w:rPr>
          <w:rFonts w:cs="Arial"/>
          <w:szCs w:val="24"/>
        </w:rPr>
        <w:t>нийтийн</w:t>
      </w:r>
      <w:proofErr w:type="spellEnd"/>
      <w:r w:rsidR="0046786E" w:rsidRPr="00991FB3">
        <w:rPr>
          <w:rFonts w:cs="Arial"/>
          <w:szCs w:val="24"/>
        </w:rPr>
        <w:t xml:space="preserve"> </w:t>
      </w:r>
      <w:proofErr w:type="spellStart"/>
      <w:r w:rsidR="0046786E" w:rsidRPr="00991FB3">
        <w:rPr>
          <w:rFonts w:cs="Arial"/>
          <w:szCs w:val="24"/>
        </w:rPr>
        <w:t>хяналт</w:t>
      </w:r>
      <w:proofErr w:type="spellEnd"/>
      <w:r w:rsidR="0046786E" w:rsidRPr="00991FB3">
        <w:rPr>
          <w:rFonts w:cs="Arial"/>
          <w:szCs w:val="24"/>
        </w:rPr>
        <w:t xml:space="preserve">, </w:t>
      </w:r>
      <w:proofErr w:type="spellStart"/>
      <w:r w:rsidR="0046786E" w:rsidRPr="00991FB3">
        <w:rPr>
          <w:rFonts w:cs="Arial"/>
          <w:szCs w:val="24"/>
        </w:rPr>
        <w:t>гомдол</w:t>
      </w:r>
      <w:proofErr w:type="spellEnd"/>
      <w:r w:rsidR="0046786E" w:rsidRPr="00991FB3">
        <w:rPr>
          <w:rFonts w:cs="Arial"/>
          <w:szCs w:val="24"/>
        </w:rPr>
        <w:t xml:space="preserve"> </w:t>
      </w:r>
      <w:proofErr w:type="spellStart"/>
      <w:r w:rsidR="0046786E" w:rsidRPr="00991FB3">
        <w:rPr>
          <w:rFonts w:cs="Arial"/>
          <w:szCs w:val="24"/>
        </w:rPr>
        <w:t>мэдээлэл</w:t>
      </w:r>
      <w:proofErr w:type="spellEnd"/>
      <w:r w:rsidR="0046786E" w:rsidRPr="00991FB3">
        <w:rPr>
          <w:rFonts w:cs="Arial"/>
          <w:szCs w:val="24"/>
        </w:rPr>
        <w:t xml:space="preserve">, </w:t>
      </w:r>
      <w:proofErr w:type="spellStart"/>
      <w:r w:rsidR="0046786E" w:rsidRPr="00991FB3">
        <w:rPr>
          <w:rFonts w:cs="Arial"/>
          <w:szCs w:val="24"/>
        </w:rPr>
        <w:t>нийтийн</w:t>
      </w:r>
      <w:proofErr w:type="spellEnd"/>
      <w:r w:rsidR="0046786E" w:rsidRPr="00991FB3">
        <w:rPr>
          <w:rFonts w:cs="Arial"/>
          <w:szCs w:val="24"/>
        </w:rPr>
        <w:t xml:space="preserve"> </w:t>
      </w:r>
      <w:proofErr w:type="spellStart"/>
      <w:r w:rsidR="0046786E" w:rsidRPr="00991FB3">
        <w:rPr>
          <w:rFonts w:cs="Arial"/>
          <w:szCs w:val="24"/>
        </w:rPr>
        <w:t>ашиг</w:t>
      </w:r>
      <w:proofErr w:type="spellEnd"/>
      <w:r w:rsidR="0046786E" w:rsidRPr="00991FB3">
        <w:rPr>
          <w:rFonts w:cs="Arial"/>
          <w:szCs w:val="24"/>
        </w:rPr>
        <w:t xml:space="preserve"> </w:t>
      </w:r>
      <w:proofErr w:type="spellStart"/>
      <w:r w:rsidR="0046786E" w:rsidRPr="00991FB3">
        <w:rPr>
          <w:rFonts w:cs="Arial"/>
          <w:szCs w:val="24"/>
        </w:rPr>
        <w:t>сонирхлыг</w:t>
      </w:r>
      <w:proofErr w:type="spellEnd"/>
      <w:r w:rsidR="0046786E" w:rsidRPr="00991FB3">
        <w:rPr>
          <w:rFonts w:cs="Arial"/>
          <w:szCs w:val="24"/>
        </w:rPr>
        <w:t xml:space="preserve"> </w:t>
      </w:r>
      <w:proofErr w:type="spellStart"/>
      <w:r w:rsidR="0046786E" w:rsidRPr="00991FB3">
        <w:rPr>
          <w:rFonts w:cs="Arial"/>
          <w:szCs w:val="24"/>
        </w:rPr>
        <w:t>хамгаалах</w:t>
      </w:r>
      <w:proofErr w:type="spellEnd"/>
      <w:r w:rsidR="0046786E" w:rsidRPr="00991FB3">
        <w:rPr>
          <w:rFonts w:cs="Arial"/>
          <w:szCs w:val="24"/>
        </w:rPr>
        <w:t xml:space="preserve"> </w:t>
      </w:r>
      <w:proofErr w:type="spellStart"/>
      <w:r w:rsidR="0046786E" w:rsidRPr="00991FB3">
        <w:rPr>
          <w:rFonts w:cs="Arial"/>
          <w:szCs w:val="24"/>
        </w:rPr>
        <w:t>нэхэмжлэл</w:t>
      </w:r>
      <w:proofErr w:type="spellEnd"/>
      <w:r w:rsidR="0046786E" w:rsidRPr="00991FB3">
        <w:rPr>
          <w:rFonts w:cs="Arial"/>
          <w:szCs w:val="24"/>
        </w:rPr>
        <w:t xml:space="preserve">, </w:t>
      </w:r>
      <w:proofErr w:type="spellStart"/>
      <w:r w:rsidR="0046786E" w:rsidRPr="00991FB3">
        <w:rPr>
          <w:rFonts w:cs="Arial"/>
          <w:szCs w:val="24"/>
        </w:rPr>
        <w:t>хориглох</w:t>
      </w:r>
      <w:proofErr w:type="spellEnd"/>
      <w:r w:rsidR="0046786E" w:rsidRPr="00991FB3">
        <w:rPr>
          <w:rFonts w:cs="Arial"/>
          <w:szCs w:val="24"/>
        </w:rPr>
        <w:t xml:space="preserve"> </w:t>
      </w:r>
      <w:proofErr w:type="spellStart"/>
      <w:r w:rsidR="0046786E" w:rsidRPr="00991FB3">
        <w:rPr>
          <w:rFonts w:cs="Arial"/>
          <w:szCs w:val="24"/>
        </w:rPr>
        <w:t>үйл</w:t>
      </w:r>
      <w:proofErr w:type="spellEnd"/>
      <w:r w:rsidR="0046786E" w:rsidRPr="00991FB3">
        <w:rPr>
          <w:rFonts w:cs="Arial"/>
          <w:szCs w:val="24"/>
        </w:rPr>
        <w:t xml:space="preserve"> </w:t>
      </w:r>
      <w:proofErr w:type="spellStart"/>
      <w:r w:rsidR="0046786E" w:rsidRPr="00991FB3">
        <w:rPr>
          <w:rFonts w:cs="Arial"/>
          <w:szCs w:val="24"/>
        </w:rPr>
        <w:t>ажиллагаа</w:t>
      </w:r>
      <w:proofErr w:type="spellEnd"/>
      <w:r w:rsidR="0046786E" w:rsidRPr="00991FB3">
        <w:rPr>
          <w:rFonts w:cs="Arial"/>
          <w:szCs w:val="24"/>
        </w:rPr>
        <w:t xml:space="preserve">, </w:t>
      </w:r>
      <w:proofErr w:type="spellStart"/>
      <w:r w:rsidR="0046786E" w:rsidRPr="00991FB3">
        <w:rPr>
          <w:rFonts w:cs="Arial"/>
          <w:szCs w:val="24"/>
        </w:rPr>
        <w:t>хохирол</w:t>
      </w:r>
      <w:proofErr w:type="spellEnd"/>
      <w:r w:rsidR="0046786E" w:rsidRPr="00991FB3">
        <w:rPr>
          <w:rFonts w:cs="Arial"/>
          <w:szCs w:val="24"/>
        </w:rPr>
        <w:t xml:space="preserve"> </w:t>
      </w:r>
      <w:proofErr w:type="spellStart"/>
      <w:r w:rsidR="0046786E" w:rsidRPr="00991FB3">
        <w:rPr>
          <w:rFonts w:cs="Arial"/>
          <w:szCs w:val="24"/>
        </w:rPr>
        <w:t>нөхөн</w:t>
      </w:r>
      <w:proofErr w:type="spellEnd"/>
      <w:r w:rsidR="0046786E" w:rsidRPr="00991FB3">
        <w:rPr>
          <w:rFonts w:cs="Arial"/>
          <w:szCs w:val="24"/>
        </w:rPr>
        <w:t xml:space="preserve"> </w:t>
      </w:r>
      <w:proofErr w:type="spellStart"/>
      <w:r w:rsidR="0046786E" w:rsidRPr="00991FB3">
        <w:rPr>
          <w:rFonts w:cs="Arial"/>
          <w:szCs w:val="24"/>
        </w:rPr>
        <w:t>төлүүлэх</w:t>
      </w:r>
      <w:proofErr w:type="spellEnd"/>
      <w:r w:rsidR="0046786E" w:rsidRPr="00991FB3">
        <w:rPr>
          <w:rFonts w:cs="Arial"/>
          <w:szCs w:val="24"/>
        </w:rPr>
        <w:t xml:space="preserve">, </w:t>
      </w:r>
      <w:proofErr w:type="spellStart"/>
      <w:r w:rsidR="0046786E" w:rsidRPr="00991FB3">
        <w:rPr>
          <w:rFonts w:cs="Arial"/>
          <w:szCs w:val="24"/>
        </w:rPr>
        <w:t>гомдол</w:t>
      </w:r>
      <w:proofErr w:type="spellEnd"/>
      <w:r w:rsidR="0046786E" w:rsidRPr="00991FB3">
        <w:rPr>
          <w:rFonts w:cs="Arial"/>
          <w:szCs w:val="24"/>
        </w:rPr>
        <w:t xml:space="preserve">, </w:t>
      </w:r>
      <w:proofErr w:type="spellStart"/>
      <w:r w:rsidR="0046786E" w:rsidRPr="00991FB3">
        <w:rPr>
          <w:rFonts w:cs="Arial"/>
          <w:szCs w:val="24"/>
        </w:rPr>
        <w:t>маргаан</w:t>
      </w:r>
      <w:proofErr w:type="spellEnd"/>
      <w:r w:rsidR="0046786E" w:rsidRPr="00991FB3">
        <w:rPr>
          <w:rFonts w:cs="Arial"/>
          <w:szCs w:val="24"/>
        </w:rPr>
        <w:t xml:space="preserve"> </w:t>
      </w:r>
      <w:proofErr w:type="spellStart"/>
      <w:r w:rsidR="0046786E" w:rsidRPr="00991FB3">
        <w:rPr>
          <w:rFonts w:cs="Arial"/>
          <w:szCs w:val="24"/>
        </w:rPr>
        <w:t>шийдвэрлэх</w:t>
      </w:r>
      <w:proofErr w:type="spellEnd"/>
      <w:r w:rsidR="0046786E" w:rsidRPr="00991FB3">
        <w:rPr>
          <w:rFonts w:cs="Arial"/>
          <w:szCs w:val="24"/>
        </w:rPr>
        <w:t xml:space="preserve">, </w:t>
      </w:r>
      <w:proofErr w:type="spellStart"/>
      <w:r w:rsidR="0046786E" w:rsidRPr="00991FB3">
        <w:rPr>
          <w:rFonts w:cs="Arial"/>
          <w:szCs w:val="24"/>
        </w:rPr>
        <w:t>нийслэл</w:t>
      </w:r>
      <w:proofErr w:type="spellEnd"/>
      <w:r w:rsidR="004E3B94" w:rsidRPr="00991FB3">
        <w:rPr>
          <w:rFonts w:cs="Arial"/>
          <w:szCs w:val="24"/>
        </w:rPr>
        <w:t xml:space="preserve"> </w:t>
      </w:r>
      <w:proofErr w:type="spellStart"/>
      <w:r w:rsidR="004E3B94" w:rsidRPr="00991FB3">
        <w:rPr>
          <w:rFonts w:cs="Arial"/>
          <w:szCs w:val="24"/>
        </w:rPr>
        <w:t>Улаанбаатар</w:t>
      </w:r>
      <w:proofErr w:type="spellEnd"/>
      <w:r w:rsidR="004E3B94" w:rsidRPr="00991FB3">
        <w:rPr>
          <w:rFonts w:cs="Arial"/>
          <w:szCs w:val="24"/>
        </w:rPr>
        <w:t xml:space="preserve"> </w:t>
      </w:r>
      <w:proofErr w:type="spellStart"/>
      <w:r w:rsidR="004E3B94" w:rsidRPr="00991FB3">
        <w:rPr>
          <w:rFonts w:cs="Arial"/>
          <w:szCs w:val="24"/>
        </w:rPr>
        <w:t>хотоос</w:t>
      </w:r>
      <w:proofErr w:type="spellEnd"/>
      <w:r w:rsidR="004E3B94" w:rsidRPr="00991FB3">
        <w:rPr>
          <w:rFonts w:cs="Arial"/>
          <w:szCs w:val="24"/>
        </w:rPr>
        <w:t xml:space="preserve"> </w:t>
      </w:r>
      <w:proofErr w:type="spellStart"/>
      <w:r w:rsidR="0046786E" w:rsidRPr="00991FB3">
        <w:rPr>
          <w:rFonts w:cs="Arial"/>
          <w:szCs w:val="24"/>
        </w:rPr>
        <w:t>эхлэн</w:t>
      </w:r>
      <w:proofErr w:type="spellEnd"/>
      <w:r w:rsidR="0046786E" w:rsidRPr="00991FB3">
        <w:rPr>
          <w:rFonts w:cs="Arial"/>
          <w:szCs w:val="24"/>
        </w:rPr>
        <w:t xml:space="preserve"> </w:t>
      </w:r>
      <w:proofErr w:type="spellStart"/>
      <w:r w:rsidR="0046786E" w:rsidRPr="00991FB3">
        <w:rPr>
          <w:rFonts w:cs="Arial"/>
          <w:szCs w:val="24"/>
        </w:rPr>
        <w:t>нутаг</w:t>
      </w:r>
      <w:proofErr w:type="spellEnd"/>
      <w:r w:rsidR="0046786E" w:rsidRPr="00991FB3">
        <w:rPr>
          <w:rFonts w:cs="Arial"/>
          <w:szCs w:val="24"/>
        </w:rPr>
        <w:t xml:space="preserve"> </w:t>
      </w:r>
      <w:proofErr w:type="spellStart"/>
      <w:r w:rsidR="0046786E" w:rsidRPr="00991FB3">
        <w:rPr>
          <w:rFonts w:cs="Arial"/>
          <w:szCs w:val="24"/>
        </w:rPr>
        <w:t>дэвсгэрийн</w:t>
      </w:r>
      <w:proofErr w:type="spellEnd"/>
      <w:r w:rsidR="0046786E" w:rsidRPr="00991FB3">
        <w:rPr>
          <w:rFonts w:cs="Arial"/>
          <w:szCs w:val="24"/>
        </w:rPr>
        <w:t xml:space="preserve"> </w:t>
      </w:r>
      <w:proofErr w:type="spellStart"/>
      <w:r w:rsidR="0046786E" w:rsidRPr="00991FB3">
        <w:rPr>
          <w:rFonts w:cs="Arial"/>
          <w:szCs w:val="24"/>
        </w:rPr>
        <w:t>чадавхад</w:t>
      </w:r>
      <w:proofErr w:type="spellEnd"/>
      <w:r w:rsidR="0046786E" w:rsidRPr="00991FB3">
        <w:rPr>
          <w:rFonts w:cs="Arial"/>
          <w:szCs w:val="24"/>
        </w:rPr>
        <w:t xml:space="preserve"> </w:t>
      </w:r>
      <w:proofErr w:type="spellStart"/>
      <w:r w:rsidR="0046786E" w:rsidRPr="00991FB3">
        <w:rPr>
          <w:rFonts w:cs="Arial"/>
          <w:szCs w:val="24"/>
        </w:rPr>
        <w:t>нийцүүлэн</w:t>
      </w:r>
      <w:proofErr w:type="spellEnd"/>
      <w:r w:rsidR="0046786E" w:rsidRPr="00991FB3">
        <w:rPr>
          <w:rFonts w:cs="Arial"/>
          <w:szCs w:val="24"/>
        </w:rPr>
        <w:t xml:space="preserve"> </w:t>
      </w:r>
      <w:proofErr w:type="spellStart"/>
      <w:r w:rsidR="0046786E" w:rsidRPr="00991FB3">
        <w:rPr>
          <w:rFonts w:cs="Arial"/>
          <w:szCs w:val="24"/>
        </w:rPr>
        <w:t>үе</w:t>
      </w:r>
      <w:proofErr w:type="spellEnd"/>
      <w:r w:rsidR="0046786E" w:rsidRPr="00991FB3">
        <w:rPr>
          <w:rFonts w:cs="Arial"/>
          <w:szCs w:val="24"/>
        </w:rPr>
        <w:t xml:space="preserve"> </w:t>
      </w:r>
      <w:proofErr w:type="spellStart"/>
      <w:r w:rsidR="0046786E" w:rsidRPr="00991FB3">
        <w:rPr>
          <w:rFonts w:cs="Arial"/>
          <w:szCs w:val="24"/>
        </w:rPr>
        <w:t>шаттай</w:t>
      </w:r>
      <w:proofErr w:type="spellEnd"/>
      <w:r w:rsidR="0046786E" w:rsidRPr="00991FB3">
        <w:rPr>
          <w:rFonts w:cs="Arial"/>
          <w:szCs w:val="24"/>
        </w:rPr>
        <w:t xml:space="preserve"> </w:t>
      </w:r>
      <w:proofErr w:type="spellStart"/>
      <w:r w:rsidR="0046786E" w:rsidRPr="00991FB3">
        <w:rPr>
          <w:rFonts w:cs="Arial"/>
          <w:szCs w:val="24"/>
        </w:rPr>
        <w:t>дагаж</w:t>
      </w:r>
      <w:proofErr w:type="spellEnd"/>
      <w:r w:rsidR="0046786E" w:rsidRPr="00991FB3">
        <w:rPr>
          <w:rFonts w:cs="Arial"/>
          <w:szCs w:val="24"/>
        </w:rPr>
        <w:t xml:space="preserve"> </w:t>
      </w:r>
      <w:proofErr w:type="spellStart"/>
      <w:r w:rsidR="0046786E" w:rsidRPr="00991FB3">
        <w:rPr>
          <w:rFonts w:cs="Arial"/>
          <w:szCs w:val="24"/>
        </w:rPr>
        <w:t>мөрдөх</w:t>
      </w:r>
      <w:proofErr w:type="spellEnd"/>
      <w:r w:rsidR="0046786E" w:rsidRPr="00991FB3">
        <w:rPr>
          <w:rFonts w:cs="Arial"/>
          <w:szCs w:val="24"/>
        </w:rPr>
        <w:t xml:space="preserve"> </w:t>
      </w:r>
      <w:proofErr w:type="spellStart"/>
      <w:r w:rsidR="0046786E" w:rsidRPr="00991FB3">
        <w:rPr>
          <w:rFonts w:cs="Arial"/>
          <w:szCs w:val="24"/>
        </w:rPr>
        <w:t>зохицуулалтыг</w:t>
      </w:r>
      <w:proofErr w:type="spellEnd"/>
      <w:r w:rsidR="0046786E" w:rsidRPr="00991FB3">
        <w:rPr>
          <w:rFonts w:cs="Arial"/>
          <w:szCs w:val="24"/>
        </w:rPr>
        <w:t xml:space="preserve"> </w:t>
      </w:r>
      <w:proofErr w:type="spellStart"/>
      <w:r w:rsidR="0046786E" w:rsidRPr="00991FB3">
        <w:rPr>
          <w:rFonts w:cs="Arial"/>
          <w:szCs w:val="24"/>
        </w:rPr>
        <w:t>тусгана</w:t>
      </w:r>
      <w:proofErr w:type="spellEnd"/>
      <w:r w:rsidR="0046786E" w:rsidRPr="00991FB3">
        <w:rPr>
          <w:rFonts w:cs="Arial"/>
          <w:szCs w:val="24"/>
        </w:rPr>
        <w:t>.</w:t>
      </w:r>
    </w:p>
    <w:p w14:paraId="37236A31" w14:textId="77777777" w:rsidR="00257FEE" w:rsidRDefault="00000000" w:rsidP="00426E23">
      <w:pPr>
        <w:pStyle w:val="Heading1"/>
        <w:ind w:firstLine="454"/>
        <w:rPr>
          <w:rFonts w:ascii="Arial" w:hAnsi="Arial" w:cs="Arial"/>
          <w:sz w:val="24"/>
          <w:szCs w:val="24"/>
        </w:rPr>
      </w:pPr>
      <w:proofErr w:type="spellStart"/>
      <w:r w:rsidRPr="007B2BD4">
        <w:rPr>
          <w:rFonts w:ascii="Arial" w:hAnsi="Arial" w:cs="Arial"/>
          <w:sz w:val="24"/>
          <w:szCs w:val="24"/>
        </w:rPr>
        <w:t>Гурав</w:t>
      </w:r>
      <w:proofErr w:type="spellEnd"/>
      <w:r w:rsidRPr="007B2BD4">
        <w:rPr>
          <w:rFonts w:ascii="Arial" w:hAnsi="Arial" w:cs="Arial"/>
          <w:sz w:val="24"/>
          <w:szCs w:val="24"/>
        </w:rPr>
        <w:t xml:space="preserve">. </w:t>
      </w:r>
      <w:proofErr w:type="spellStart"/>
      <w:r w:rsidRPr="007B2BD4">
        <w:rPr>
          <w:rFonts w:ascii="Arial" w:hAnsi="Arial" w:cs="Arial"/>
          <w:sz w:val="24"/>
          <w:szCs w:val="24"/>
        </w:rPr>
        <w:t>Хуулийн</w:t>
      </w:r>
      <w:proofErr w:type="spellEnd"/>
      <w:r w:rsidRPr="007B2BD4">
        <w:rPr>
          <w:rFonts w:ascii="Arial" w:hAnsi="Arial" w:cs="Arial"/>
          <w:sz w:val="24"/>
          <w:szCs w:val="24"/>
        </w:rPr>
        <w:t xml:space="preserve"> </w:t>
      </w:r>
      <w:proofErr w:type="spellStart"/>
      <w:r w:rsidRPr="007B2BD4">
        <w:rPr>
          <w:rFonts w:ascii="Arial" w:hAnsi="Arial" w:cs="Arial"/>
          <w:sz w:val="24"/>
          <w:szCs w:val="24"/>
        </w:rPr>
        <w:t>төсөл</w:t>
      </w:r>
      <w:proofErr w:type="spellEnd"/>
      <w:r w:rsidRPr="007B2BD4">
        <w:rPr>
          <w:rFonts w:ascii="Arial" w:hAnsi="Arial" w:cs="Arial"/>
          <w:sz w:val="24"/>
          <w:szCs w:val="24"/>
        </w:rPr>
        <w:t xml:space="preserve"> </w:t>
      </w:r>
      <w:proofErr w:type="spellStart"/>
      <w:r w:rsidRPr="007B2BD4">
        <w:rPr>
          <w:rFonts w:ascii="Arial" w:hAnsi="Arial" w:cs="Arial"/>
          <w:sz w:val="24"/>
          <w:szCs w:val="24"/>
        </w:rPr>
        <w:t>батлагдсаны</w:t>
      </w:r>
      <w:proofErr w:type="spellEnd"/>
      <w:r w:rsidRPr="007B2BD4">
        <w:rPr>
          <w:rFonts w:ascii="Arial" w:hAnsi="Arial" w:cs="Arial"/>
          <w:sz w:val="24"/>
          <w:szCs w:val="24"/>
        </w:rPr>
        <w:t xml:space="preserve"> </w:t>
      </w:r>
      <w:proofErr w:type="spellStart"/>
      <w:r w:rsidRPr="007B2BD4">
        <w:rPr>
          <w:rFonts w:ascii="Arial" w:hAnsi="Arial" w:cs="Arial"/>
          <w:sz w:val="24"/>
          <w:szCs w:val="24"/>
        </w:rPr>
        <w:t>дараа</w:t>
      </w:r>
      <w:proofErr w:type="spellEnd"/>
      <w:r w:rsidRPr="007B2BD4">
        <w:rPr>
          <w:rFonts w:ascii="Arial" w:hAnsi="Arial" w:cs="Arial"/>
          <w:sz w:val="24"/>
          <w:szCs w:val="24"/>
        </w:rPr>
        <w:t xml:space="preserve"> </w:t>
      </w:r>
      <w:proofErr w:type="spellStart"/>
      <w:r w:rsidRPr="007B2BD4">
        <w:rPr>
          <w:rFonts w:ascii="Arial" w:hAnsi="Arial" w:cs="Arial"/>
          <w:sz w:val="24"/>
          <w:szCs w:val="24"/>
        </w:rPr>
        <w:t>үүсэх</w:t>
      </w:r>
      <w:proofErr w:type="spellEnd"/>
      <w:r w:rsidRPr="007B2BD4">
        <w:rPr>
          <w:rFonts w:ascii="Arial" w:hAnsi="Arial" w:cs="Arial"/>
          <w:sz w:val="24"/>
          <w:szCs w:val="24"/>
        </w:rPr>
        <w:t xml:space="preserve"> </w:t>
      </w:r>
      <w:proofErr w:type="spellStart"/>
      <w:r w:rsidRPr="007B2BD4">
        <w:rPr>
          <w:rFonts w:ascii="Arial" w:hAnsi="Arial" w:cs="Arial"/>
          <w:sz w:val="24"/>
          <w:szCs w:val="24"/>
        </w:rPr>
        <w:t>нийгэм</w:t>
      </w:r>
      <w:proofErr w:type="spellEnd"/>
      <w:r w:rsidRPr="007B2BD4">
        <w:rPr>
          <w:rFonts w:ascii="Arial" w:hAnsi="Arial" w:cs="Arial"/>
          <w:sz w:val="24"/>
          <w:szCs w:val="24"/>
        </w:rPr>
        <w:t xml:space="preserve">, </w:t>
      </w:r>
      <w:proofErr w:type="spellStart"/>
      <w:r w:rsidRPr="007B2BD4">
        <w:rPr>
          <w:rFonts w:ascii="Arial" w:hAnsi="Arial" w:cs="Arial"/>
          <w:sz w:val="24"/>
          <w:szCs w:val="24"/>
        </w:rPr>
        <w:t>эдийн</w:t>
      </w:r>
      <w:proofErr w:type="spellEnd"/>
      <w:r w:rsidRPr="007B2BD4">
        <w:rPr>
          <w:rFonts w:ascii="Arial" w:hAnsi="Arial" w:cs="Arial"/>
          <w:sz w:val="24"/>
          <w:szCs w:val="24"/>
        </w:rPr>
        <w:t xml:space="preserve"> </w:t>
      </w:r>
      <w:proofErr w:type="spellStart"/>
      <w:r w:rsidRPr="007B2BD4">
        <w:rPr>
          <w:rFonts w:ascii="Arial" w:hAnsi="Arial" w:cs="Arial"/>
          <w:sz w:val="24"/>
          <w:szCs w:val="24"/>
        </w:rPr>
        <w:t>засаг</w:t>
      </w:r>
      <w:proofErr w:type="spellEnd"/>
      <w:r w:rsidRPr="007B2BD4">
        <w:rPr>
          <w:rFonts w:ascii="Arial" w:hAnsi="Arial" w:cs="Arial"/>
          <w:sz w:val="24"/>
          <w:szCs w:val="24"/>
        </w:rPr>
        <w:t xml:space="preserve">, </w:t>
      </w:r>
      <w:proofErr w:type="spellStart"/>
      <w:r w:rsidRPr="007B2BD4">
        <w:rPr>
          <w:rFonts w:ascii="Arial" w:hAnsi="Arial" w:cs="Arial"/>
          <w:sz w:val="24"/>
          <w:szCs w:val="24"/>
        </w:rPr>
        <w:t>хууль</w:t>
      </w:r>
      <w:proofErr w:type="spellEnd"/>
      <w:r w:rsidRPr="007B2BD4">
        <w:rPr>
          <w:rFonts w:ascii="Arial" w:hAnsi="Arial" w:cs="Arial"/>
          <w:sz w:val="24"/>
          <w:szCs w:val="24"/>
        </w:rPr>
        <w:t xml:space="preserve"> </w:t>
      </w:r>
      <w:proofErr w:type="spellStart"/>
      <w:r w:rsidRPr="007B2BD4">
        <w:rPr>
          <w:rFonts w:ascii="Arial" w:hAnsi="Arial" w:cs="Arial"/>
          <w:sz w:val="24"/>
          <w:szCs w:val="24"/>
        </w:rPr>
        <w:t>зүйн</w:t>
      </w:r>
      <w:proofErr w:type="spellEnd"/>
      <w:r w:rsidRPr="007B2BD4">
        <w:rPr>
          <w:rFonts w:ascii="Arial" w:hAnsi="Arial" w:cs="Arial"/>
          <w:sz w:val="24"/>
          <w:szCs w:val="24"/>
        </w:rPr>
        <w:t xml:space="preserve"> </w:t>
      </w:r>
      <w:proofErr w:type="spellStart"/>
      <w:r w:rsidRPr="007B2BD4">
        <w:rPr>
          <w:rFonts w:ascii="Arial" w:hAnsi="Arial" w:cs="Arial"/>
          <w:sz w:val="24"/>
          <w:szCs w:val="24"/>
        </w:rPr>
        <w:t>үр</w:t>
      </w:r>
      <w:proofErr w:type="spellEnd"/>
      <w:r w:rsidRPr="007B2BD4">
        <w:rPr>
          <w:rFonts w:ascii="Arial" w:hAnsi="Arial" w:cs="Arial"/>
          <w:sz w:val="24"/>
          <w:szCs w:val="24"/>
        </w:rPr>
        <w:t xml:space="preserve"> </w:t>
      </w:r>
      <w:proofErr w:type="spellStart"/>
      <w:r w:rsidRPr="007B2BD4">
        <w:rPr>
          <w:rFonts w:ascii="Arial" w:hAnsi="Arial" w:cs="Arial"/>
          <w:sz w:val="24"/>
          <w:szCs w:val="24"/>
        </w:rPr>
        <w:t>дагавар</w:t>
      </w:r>
      <w:proofErr w:type="spellEnd"/>
      <w:r w:rsidRPr="007B2BD4">
        <w:rPr>
          <w:rFonts w:ascii="Arial" w:hAnsi="Arial" w:cs="Arial"/>
          <w:sz w:val="24"/>
          <w:szCs w:val="24"/>
        </w:rPr>
        <w:t xml:space="preserve">, </w:t>
      </w:r>
      <w:proofErr w:type="spellStart"/>
      <w:r w:rsidRPr="007B2BD4">
        <w:rPr>
          <w:rFonts w:ascii="Arial" w:hAnsi="Arial" w:cs="Arial"/>
          <w:sz w:val="24"/>
          <w:szCs w:val="24"/>
        </w:rPr>
        <w:t>хүрэх</w:t>
      </w:r>
      <w:proofErr w:type="spellEnd"/>
      <w:r w:rsidRPr="007B2BD4">
        <w:rPr>
          <w:rFonts w:ascii="Arial" w:hAnsi="Arial" w:cs="Arial"/>
          <w:sz w:val="24"/>
          <w:szCs w:val="24"/>
        </w:rPr>
        <w:t xml:space="preserve"> </w:t>
      </w:r>
      <w:proofErr w:type="spellStart"/>
      <w:r w:rsidRPr="007B2BD4">
        <w:rPr>
          <w:rFonts w:ascii="Arial" w:hAnsi="Arial" w:cs="Arial"/>
          <w:sz w:val="24"/>
          <w:szCs w:val="24"/>
        </w:rPr>
        <w:t>үр</w:t>
      </w:r>
      <w:proofErr w:type="spellEnd"/>
      <w:r w:rsidRPr="007B2BD4">
        <w:rPr>
          <w:rFonts w:ascii="Arial" w:hAnsi="Arial" w:cs="Arial"/>
          <w:sz w:val="24"/>
          <w:szCs w:val="24"/>
        </w:rPr>
        <w:t xml:space="preserve"> </w:t>
      </w:r>
      <w:proofErr w:type="spellStart"/>
      <w:r w:rsidRPr="007B2BD4">
        <w:rPr>
          <w:rFonts w:ascii="Arial" w:hAnsi="Arial" w:cs="Arial"/>
          <w:sz w:val="24"/>
          <w:szCs w:val="24"/>
        </w:rPr>
        <w:t>дүн</w:t>
      </w:r>
      <w:proofErr w:type="spellEnd"/>
      <w:r w:rsidRPr="007B2BD4">
        <w:rPr>
          <w:rFonts w:ascii="Arial" w:hAnsi="Arial" w:cs="Arial"/>
          <w:sz w:val="24"/>
          <w:szCs w:val="24"/>
        </w:rPr>
        <w:t xml:space="preserve">, </w:t>
      </w:r>
      <w:proofErr w:type="spellStart"/>
      <w:r w:rsidRPr="007B2BD4">
        <w:rPr>
          <w:rFonts w:ascii="Arial" w:hAnsi="Arial" w:cs="Arial"/>
          <w:sz w:val="24"/>
          <w:szCs w:val="24"/>
        </w:rPr>
        <w:t>хэрэгжүүлэх</w:t>
      </w:r>
      <w:proofErr w:type="spellEnd"/>
      <w:r w:rsidRPr="007B2BD4">
        <w:rPr>
          <w:rFonts w:ascii="Arial" w:hAnsi="Arial" w:cs="Arial"/>
          <w:sz w:val="24"/>
          <w:szCs w:val="24"/>
        </w:rPr>
        <w:t xml:space="preserve"> </w:t>
      </w:r>
      <w:proofErr w:type="spellStart"/>
      <w:r w:rsidRPr="007B2BD4">
        <w:rPr>
          <w:rFonts w:ascii="Arial" w:hAnsi="Arial" w:cs="Arial"/>
          <w:sz w:val="24"/>
          <w:szCs w:val="24"/>
        </w:rPr>
        <w:t>арга</w:t>
      </w:r>
      <w:proofErr w:type="spellEnd"/>
      <w:r w:rsidRPr="007B2BD4">
        <w:rPr>
          <w:rFonts w:ascii="Arial" w:hAnsi="Arial" w:cs="Arial"/>
          <w:sz w:val="24"/>
          <w:szCs w:val="24"/>
        </w:rPr>
        <w:t xml:space="preserve"> </w:t>
      </w:r>
      <w:proofErr w:type="spellStart"/>
      <w:r w:rsidRPr="007B2BD4">
        <w:rPr>
          <w:rFonts w:ascii="Arial" w:hAnsi="Arial" w:cs="Arial"/>
          <w:sz w:val="24"/>
          <w:szCs w:val="24"/>
        </w:rPr>
        <w:t>хэмжээ</w:t>
      </w:r>
      <w:proofErr w:type="spellEnd"/>
    </w:p>
    <w:p w14:paraId="2F55D60E" w14:textId="77777777" w:rsidR="00544E5A" w:rsidRPr="007B2BD4" w:rsidRDefault="00000000">
      <w:pPr>
        <w:rPr>
          <w:rFonts w:cs="Arial"/>
          <w:szCs w:val="24"/>
        </w:rPr>
      </w:pPr>
      <w:proofErr w:type="spellStart"/>
      <w:r w:rsidRPr="007B2BD4">
        <w:rPr>
          <w:rFonts w:cs="Arial"/>
          <w:szCs w:val="24"/>
        </w:rPr>
        <w:t>Хуулийн</w:t>
      </w:r>
      <w:proofErr w:type="spellEnd"/>
      <w:r w:rsidRPr="007B2BD4">
        <w:rPr>
          <w:rFonts w:cs="Arial"/>
          <w:szCs w:val="24"/>
        </w:rPr>
        <w:t xml:space="preserve"> </w:t>
      </w:r>
      <w:proofErr w:type="spellStart"/>
      <w:r w:rsidRPr="007B2BD4">
        <w:rPr>
          <w:rFonts w:cs="Arial"/>
          <w:szCs w:val="24"/>
        </w:rPr>
        <w:t>төсөл</w:t>
      </w:r>
      <w:proofErr w:type="spellEnd"/>
      <w:r w:rsidRPr="007B2BD4">
        <w:rPr>
          <w:rFonts w:cs="Arial"/>
          <w:szCs w:val="24"/>
        </w:rPr>
        <w:t xml:space="preserve"> </w:t>
      </w:r>
      <w:proofErr w:type="spellStart"/>
      <w:r w:rsidRPr="007B2BD4">
        <w:rPr>
          <w:rFonts w:cs="Arial"/>
          <w:szCs w:val="24"/>
        </w:rPr>
        <w:t>батлагдсанаар</w:t>
      </w:r>
      <w:proofErr w:type="spellEnd"/>
      <w:r w:rsidRPr="007B2BD4">
        <w:rPr>
          <w:rFonts w:cs="Arial"/>
          <w:szCs w:val="24"/>
        </w:rPr>
        <w:t xml:space="preserve"> </w:t>
      </w:r>
      <w:proofErr w:type="spellStart"/>
      <w:r w:rsidRPr="007B2BD4">
        <w:rPr>
          <w:rFonts w:cs="Arial"/>
          <w:szCs w:val="24"/>
        </w:rPr>
        <w:t>иргэний</w:t>
      </w:r>
      <w:proofErr w:type="spellEnd"/>
      <w:r w:rsidRPr="007B2BD4">
        <w:rPr>
          <w:rFonts w:cs="Arial"/>
          <w:szCs w:val="24"/>
        </w:rPr>
        <w:t xml:space="preserve"> </w:t>
      </w:r>
      <w:proofErr w:type="spellStart"/>
      <w:r w:rsidRPr="007B2BD4">
        <w:rPr>
          <w:rFonts w:cs="Arial"/>
          <w:szCs w:val="24"/>
        </w:rPr>
        <w:t>эрүүл</w:t>
      </w:r>
      <w:proofErr w:type="spellEnd"/>
      <w:r w:rsidRPr="007B2BD4">
        <w:rPr>
          <w:rFonts w:cs="Arial"/>
          <w:szCs w:val="24"/>
        </w:rPr>
        <w:t xml:space="preserve">, </w:t>
      </w:r>
      <w:proofErr w:type="spellStart"/>
      <w:r w:rsidRPr="007B2BD4">
        <w:rPr>
          <w:rFonts w:cs="Arial"/>
          <w:szCs w:val="24"/>
        </w:rPr>
        <w:t>аюулгүй</w:t>
      </w:r>
      <w:proofErr w:type="spellEnd"/>
      <w:r w:rsidRPr="007B2BD4">
        <w:rPr>
          <w:rFonts w:cs="Arial"/>
          <w:szCs w:val="24"/>
        </w:rPr>
        <w:t xml:space="preserve"> </w:t>
      </w:r>
      <w:proofErr w:type="spellStart"/>
      <w:r w:rsidRPr="007B2BD4">
        <w:rPr>
          <w:rFonts w:cs="Arial"/>
          <w:szCs w:val="24"/>
        </w:rPr>
        <w:t>орчинд</w:t>
      </w:r>
      <w:proofErr w:type="spellEnd"/>
      <w:r w:rsidRPr="007B2BD4">
        <w:rPr>
          <w:rFonts w:cs="Arial"/>
          <w:szCs w:val="24"/>
        </w:rPr>
        <w:t xml:space="preserve"> </w:t>
      </w:r>
      <w:proofErr w:type="spellStart"/>
      <w:r w:rsidRPr="007B2BD4">
        <w:rPr>
          <w:rFonts w:cs="Arial"/>
          <w:szCs w:val="24"/>
        </w:rPr>
        <w:t>амьдрах</w:t>
      </w:r>
      <w:proofErr w:type="spellEnd"/>
      <w:r w:rsidRPr="007B2BD4">
        <w:rPr>
          <w:rFonts w:cs="Arial"/>
          <w:szCs w:val="24"/>
        </w:rPr>
        <w:t xml:space="preserve"> </w:t>
      </w:r>
      <w:proofErr w:type="spellStart"/>
      <w:r w:rsidRPr="007B2BD4">
        <w:rPr>
          <w:rFonts w:cs="Arial"/>
          <w:szCs w:val="24"/>
        </w:rPr>
        <w:t>эрхийн</w:t>
      </w:r>
      <w:proofErr w:type="spellEnd"/>
      <w:r w:rsidRPr="007B2BD4">
        <w:rPr>
          <w:rFonts w:cs="Arial"/>
          <w:szCs w:val="24"/>
        </w:rPr>
        <w:t xml:space="preserve"> </w:t>
      </w:r>
      <w:proofErr w:type="spellStart"/>
      <w:r w:rsidRPr="007B2BD4">
        <w:rPr>
          <w:rFonts w:cs="Arial"/>
          <w:szCs w:val="24"/>
        </w:rPr>
        <w:t>баталгаа</w:t>
      </w:r>
      <w:proofErr w:type="spellEnd"/>
      <w:r w:rsidRPr="007B2BD4">
        <w:rPr>
          <w:rFonts w:cs="Arial"/>
          <w:szCs w:val="24"/>
        </w:rPr>
        <w:t xml:space="preserve"> </w:t>
      </w:r>
      <w:proofErr w:type="spellStart"/>
      <w:r w:rsidRPr="007B2BD4">
        <w:rPr>
          <w:rFonts w:cs="Arial"/>
          <w:szCs w:val="24"/>
        </w:rPr>
        <w:t>бэхжиж</w:t>
      </w:r>
      <w:proofErr w:type="spellEnd"/>
      <w:r w:rsidRPr="007B2BD4">
        <w:rPr>
          <w:rFonts w:cs="Arial"/>
          <w:szCs w:val="24"/>
        </w:rPr>
        <w:t xml:space="preserve">, </w:t>
      </w:r>
      <w:proofErr w:type="spellStart"/>
      <w:r w:rsidRPr="007B2BD4">
        <w:rPr>
          <w:rFonts w:cs="Arial"/>
          <w:szCs w:val="24"/>
        </w:rPr>
        <w:t>нийтийн</w:t>
      </w:r>
      <w:proofErr w:type="spellEnd"/>
      <w:r w:rsidRPr="007B2BD4">
        <w:rPr>
          <w:rFonts w:cs="Arial"/>
          <w:szCs w:val="24"/>
        </w:rPr>
        <w:t xml:space="preserve"> </w:t>
      </w:r>
      <w:proofErr w:type="spellStart"/>
      <w:r w:rsidRPr="007B2BD4">
        <w:rPr>
          <w:rFonts w:cs="Arial"/>
          <w:szCs w:val="24"/>
        </w:rPr>
        <w:t>эзэмшлийн</w:t>
      </w:r>
      <w:proofErr w:type="spellEnd"/>
      <w:r w:rsidRPr="007B2BD4">
        <w:rPr>
          <w:rFonts w:cs="Arial"/>
          <w:szCs w:val="24"/>
        </w:rPr>
        <w:t xml:space="preserve"> </w:t>
      </w:r>
      <w:proofErr w:type="spellStart"/>
      <w:r w:rsidRPr="007B2BD4">
        <w:rPr>
          <w:rFonts w:cs="Arial"/>
          <w:szCs w:val="24"/>
        </w:rPr>
        <w:t>чанартай</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байгууламжийн</w:t>
      </w:r>
      <w:proofErr w:type="spellEnd"/>
      <w:r w:rsidRPr="007B2BD4">
        <w:rPr>
          <w:rFonts w:cs="Arial"/>
          <w:szCs w:val="24"/>
        </w:rPr>
        <w:t xml:space="preserve"> </w:t>
      </w:r>
      <w:proofErr w:type="spellStart"/>
      <w:r w:rsidRPr="007B2BD4">
        <w:rPr>
          <w:rFonts w:cs="Arial"/>
          <w:szCs w:val="24"/>
        </w:rPr>
        <w:t>хүртээмж</w:t>
      </w:r>
      <w:proofErr w:type="spellEnd"/>
      <w:r w:rsidRPr="007B2BD4">
        <w:rPr>
          <w:rFonts w:cs="Arial"/>
          <w:szCs w:val="24"/>
        </w:rPr>
        <w:t xml:space="preserve">, </w:t>
      </w:r>
      <w:proofErr w:type="spellStart"/>
      <w:r w:rsidRPr="007B2BD4">
        <w:rPr>
          <w:rFonts w:cs="Arial"/>
          <w:szCs w:val="24"/>
        </w:rPr>
        <w:t>хотын</w:t>
      </w:r>
      <w:proofErr w:type="spellEnd"/>
      <w:r w:rsidRPr="007B2BD4">
        <w:rPr>
          <w:rFonts w:cs="Arial"/>
          <w:szCs w:val="24"/>
        </w:rPr>
        <w:t xml:space="preserve"> </w:t>
      </w:r>
      <w:proofErr w:type="spellStart"/>
      <w:r w:rsidRPr="007B2BD4">
        <w:rPr>
          <w:rFonts w:cs="Arial"/>
          <w:szCs w:val="24"/>
        </w:rPr>
        <w:t>мод</w:t>
      </w:r>
      <w:proofErr w:type="spellEnd"/>
      <w:r w:rsidRPr="007B2BD4">
        <w:rPr>
          <w:rFonts w:cs="Arial"/>
          <w:szCs w:val="24"/>
        </w:rPr>
        <w:t xml:space="preserve">, </w:t>
      </w:r>
      <w:proofErr w:type="spellStart"/>
      <w:r w:rsidRPr="007B2BD4">
        <w:rPr>
          <w:rFonts w:cs="Arial"/>
          <w:szCs w:val="24"/>
        </w:rPr>
        <w:t>бут</w:t>
      </w:r>
      <w:proofErr w:type="spellEnd"/>
      <w:r w:rsidRPr="007B2BD4">
        <w:rPr>
          <w:rFonts w:cs="Arial"/>
          <w:szCs w:val="24"/>
        </w:rPr>
        <w:t xml:space="preserve">, </w:t>
      </w:r>
      <w:proofErr w:type="spellStart"/>
      <w:r w:rsidRPr="007B2BD4">
        <w:rPr>
          <w:rFonts w:cs="Arial"/>
          <w:szCs w:val="24"/>
        </w:rPr>
        <w:t>сөөгийн</w:t>
      </w:r>
      <w:proofErr w:type="spellEnd"/>
      <w:r w:rsidRPr="007B2BD4">
        <w:rPr>
          <w:rFonts w:cs="Arial"/>
          <w:szCs w:val="24"/>
        </w:rPr>
        <w:t xml:space="preserve"> </w:t>
      </w:r>
      <w:proofErr w:type="spellStart"/>
      <w:r w:rsidRPr="007B2BD4">
        <w:rPr>
          <w:rFonts w:cs="Arial"/>
          <w:szCs w:val="24"/>
        </w:rPr>
        <w:t>хамгаалалт</w:t>
      </w:r>
      <w:proofErr w:type="spellEnd"/>
      <w:r w:rsidRPr="007B2BD4">
        <w:rPr>
          <w:rFonts w:cs="Arial"/>
          <w:szCs w:val="24"/>
        </w:rPr>
        <w:t xml:space="preserve">, </w:t>
      </w:r>
      <w:proofErr w:type="spellStart"/>
      <w:r w:rsidRPr="007B2BD4">
        <w:rPr>
          <w:rFonts w:cs="Arial"/>
          <w:szCs w:val="24"/>
        </w:rPr>
        <w:t>арчилгааны</w:t>
      </w:r>
      <w:proofErr w:type="spellEnd"/>
      <w:r w:rsidRPr="007B2BD4">
        <w:rPr>
          <w:rFonts w:cs="Arial"/>
          <w:szCs w:val="24"/>
        </w:rPr>
        <w:t xml:space="preserve"> </w:t>
      </w:r>
      <w:proofErr w:type="spellStart"/>
      <w:r w:rsidRPr="007B2BD4">
        <w:rPr>
          <w:rFonts w:cs="Arial"/>
          <w:szCs w:val="24"/>
        </w:rPr>
        <w:t>хариуцлага</w:t>
      </w:r>
      <w:proofErr w:type="spellEnd"/>
      <w:r w:rsidRPr="007B2BD4">
        <w:rPr>
          <w:rFonts w:cs="Arial"/>
          <w:szCs w:val="24"/>
        </w:rPr>
        <w:t xml:space="preserve"> </w:t>
      </w:r>
      <w:proofErr w:type="spellStart"/>
      <w:r w:rsidRPr="007B2BD4">
        <w:rPr>
          <w:rFonts w:cs="Arial"/>
          <w:szCs w:val="24"/>
        </w:rPr>
        <w:t>нэмэгдэнэ</w:t>
      </w:r>
      <w:proofErr w:type="spellEnd"/>
      <w:r w:rsidRPr="007B2BD4">
        <w:rPr>
          <w:rFonts w:cs="Arial"/>
          <w:szCs w:val="24"/>
        </w:rPr>
        <w:t xml:space="preserve">. </w:t>
      </w:r>
      <w:proofErr w:type="spellStart"/>
      <w:r w:rsidRPr="007B2BD4">
        <w:rPr>
          <w:rFonts w:cs="Arial"/>
          <w:szCs w:val="24"/>
        </w:rPr>
        <w:t>Гэр</w:t>
      </w:r>
      <w:proofErr w:type="spellEnd"/>
      <w:r w:rsidRPr="007B2BD4">
        <w:rPr>
          <w:rFonts w:cs="Arial"/>
          <w:szCs w:val="24"/>
        </w:rPr>
        <w:t xml:space="preserve"> </w:t>
      </w:r>
      <w:proofErr w:type="spellStart"/>
      <w:r w:rsidRPr="007B2BD4">
        <w:rPr>
          <w:rFonts w:cs="Arial"/>
          <w:szCs w:val="24"/>
        </w:rPr>
        <w:t>хороолол</w:t>
      </w:r>
      <w:proofErr w:type="spellEnd"/>
      <w:r w:rsidRPr="007B2BD4">
        <w:rPr>
          <w:rFonts w:cs="Arial"/>
          <w:szCs w:val="24"/>
        </w:rPr>
        <w:t xml:space="preserve">, </w:t>
      </w:r>
      <w:proofErr w:type="spellStart"/>
      <w:r w:rsidRPr="007B2BD4">
        <w:rPr>
          <w:rFonts w:cs="Arial"/>
          <w:szCs w:val="24"/>
        </w:rPr>
        <w:t>сургууль</w:t>
      </w:r>
      <w:proofErr w:type="spellEnd"/>
      <w:r w:rsidRPr="007B2BD4">
        <w:rPr>
          <w:rFonts w:cs="Arial"/>
          <w:szCs w:val="24"/>
        </w:rPr>
        <w:t xml:space="preserve">, </w:t>
      </w:r>
      <w:proofErr w:type="spellStart"/>
      <w:r w:rsidRPr="007B2BD4">
        <w:rPr>
          <w:rFonts w:cs="Arial"/>
          <w:szCs w:val="24"/>
        </w:rPr>
        <w:t>цэцэрлэг</w:t>
      </w:r>
      <w:proofErr w:type="spellEnd"/>
      <w:r w:rsidRPr="007B2BD4">
        <w:rPr>
          <w:rFonts w:cs="Arial"/>
          <w:szCs w:val="24"/>
        </w:rPr>
        <w:t xml:space="preserve">, </w:t>
      </w:r>
      <w:proofErr w:type="spellStart"/>
      <w:r w:rsidRPr="007B2BD4">
        <w:rPr>
          <w:rFonts w:cs="Arial"/>
          <w:szCs w:val="24"/>
        </w:rPr>
        <w:t>эмнэлэг</w:t>
      </w:r>
      <w:proofErr w:type="spellEnd"/>
      <w:r w:rsidRPr="007B2BD4">
        <w:rPr>
          <w:rFonts w:cs="Arial"/>
          <w:szCs w:val="24"/>
        </w:rPr>
        <w:t xml:space="preserve">, </w:t>
      </w:r>
      <w:proofErr w:type="spellStart"/>
      <w:r w:rsidRPr="007B2BD4">
        <w:rPr>
          <w:rFonts w:cs="Arial"/>
          <w:szCs w:val="24"/>
        </w:rPr>
        <w:t>орон</w:t>
      </w:r>
      <w:proofErr w:type="spellEnd"/>
      <w:r w:rsidRPr="007B2BD4">
        <w:rPr>
          <w:rFonts w:cs="Arial"/>
          <w:szCs w:val="24"/>
        </w:rPr>
        <w:t xml:space="preserve"> </w:t>
      </w:r>
      <w:proofErr w:type="spellStart"/>
      <w:r w:rsidRPr="007B2BD4">
        <w:rPr>
          <w:rFonts w:cs="Arial"/>
          <w:szCs w:val="24"/>
        </w:rPr>
        <w:t>сууцны</w:t>
      </w:r>
      <w:proofErr w:type="spellEnd"/>
      <w:r w:rsidRPr="007B2BD4">
        <w:rPr>
          <w:rFonts w:cs="Arial"/>
          <w:szCs w:val="24"/>
        </w:rPr>
        <w:t xml:space="preserve"> </w:t>
      </w:r>
      <w:proofErr w:type="spellStart"/>
      <w:r w:rsidRPr="007B2BD4">
        <w:rPr>
          <w:rFonts w:cs="Arial"/>
          <w:szCs w:val="24"/>
        </w:rPr>
        <w:t>орчинд</w:t>
      </w:r>
      <w:proofErr w:type="spellEnd"/>
      <w:r w:rsidRPr="007B2BD4">
        <w:rPr>
          <w:rFonts w:cs="Arial"/>
          <w:szCs w:val="24"/>
        </w:rPr>
        <w:t xml:space="preserve"> </w:t>
      </w:r>
      <w:proofErr w:type="spellStart"/>
      <w:r w:rsidRPr="007B2BD4">
        <w:rPr>
          <w:rFonts w:cs="Arial"/>
          <w:szCs w:val="24"/>
        </w:rPr>
        <w:t>хэрэгжүүлэх</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санаачилгыг</w:t>
      </w:r>
      <w:proofErr w:type="spellEnd"/>
      <w:r w:rsidRPr="007B2BD4">
        <w:rPr>
          <w:rFonts w:cs="Arial"/>
          <w:szCs w:val="24"/>
        </w:rPr>
        <w:t xml:space="preserve"> </w:t>
      </w:r>
      <w:proofErr w:type="spellStart"/>
      <w:r w:rsidRPr="007B2BD4">
        <w:rPr>
          <w:rFonts w:cs="Arial"/>
          <w:szCs w:val="24"/>
        </w:rPr>
        <w:t>газрын</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инженерийн</w:t>
      </w:r>
      <w:proofErr w:type="spellEnd"/>
      <w:r w:rsidRPr="007B2BD4">
        <w:rPr>
          <w:rFonts w:cs="Arial"/>
          <w:szCs w:val="24"/>
        </w:rPr>
        <w:t xml:space="preserve"> </w:t>
      </w:r>
      <w:proofErr w:type="spellStart"/>
      <w:r w:rsidRPr="007B2BD4">
        <w:rPr>
          <w:rFonts w:cs="Arial"/>
          <w:szCs w:val="24"/>
        </w:rPr>
        <w:t>аюулгүй</w:t>
      </w:r>
      <w:proofErr w:type="spellEnd"/>
      <w:r w:rsidRPr="007B2BD4">
        <w:rPr>
          <w:rFonts w:cs="Arial"/>
          <w:szCs w:val="24"/>
        </w:rPr>
        <w:t xml:space="preserve"> </w:t>
      </w:r>
      <w:proofErr w:type="spellStart"/>
      <w:r w:rsidRPr="007B2BD4">
        <w:rPr>
          <w:rFonts w:cs="Arial"/>
          <w:szCs w:val="24"/>
        </w:rPr>
        <w:t>байдалтай</w:t>
      </w:r>
      <w:proofErr w:type="spellEnd"/>
      <w:r w:rsidRPr="007B2BD4">
        <w:rPr>
          <w:rFonts w:cs="Arial"/>
          <w:szCs w:val="24"/>
        </w:rPr>
        <w:t xml:space="preserve"> </w:t>
      </w:r>
      <w:proofErr w:type="spellStart"/>
      <w:r w:rsidRPr="007B2BD4">
        <w:rPr>
          <w:rFonts w:cs="Arial"/>
          <w:szCs w:val="24"/>
        </w:rPr>
        <w:t>уялдуулан</w:t>
      </w:r>
      <w:proofErr w:type="spellEnd"/>
      <w:r w:rsidRPr="007B2BD4">
        <w:rPr>
          <w:rFonts w:cs="Arial"/>
          <w:szCs w:val="24"/>
        </w:rPr>
        <w:t xml:space="preserve"> </w:t>
      </w:r>
      <w:proofErr w:type="spellStart"/>
      <w:r w:rsidRPr="007B2BD4">
        <w:rPr>
          <w:rFonts w:cs="Arial"/>
          <w:szCs w:val="24"/>
        </w:rPr>
        <w:t>дэмжих</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зүйн</w:t>
      </w:r>
      <w:proofErr w:type="spellEnd"/>
      <w:r w:rsidRPr="007B2BD4">
        <w:rPr>
          <w:rFonts w:cs="Arial"/>
          <w:szCs w:val="24"/>
        </w:rPr>
        <w:t xml:space="preserve"> </w:t>
      </w:r>
      <w:proofErr w:type="spellStart"/>
      <w:r w:rsidRPr="007B2BD4">
        <w:rPr>
          <w:rFonts w:cs="Arial"/>
          <w:szCs w:val="24"/>
        </w:rPr>
        <w:t>нөхцөл</w:t>
      </w:r>
      <w:proofErr w:type="spellEnd"/>
      <w:r w:rsidRPr="007B2BD4">
        <w:rPr>
          <w:rFonts w:cs="Arial"/>
          <w:szCs w:val="24"/>
        </w:rPr>
        <w:t xml:space="preserve"> </w:t>
      </w:r>
      <w:proofErr w:type="spellStart"/>
      <w:r w:rsidRPr="007B2BD4">
        <w:rPr>
          <w:rFonts w:cs="Arial"/>
          <w:szCs w:val="24"/>
        </w:rPr>
        <w:t>бүрдэнэ</w:t>
      </w:r>
      <w:proofErr w:type="spellEnd"/>
      <w:r w:rsidRPr="007B2BD4">
        <w:rPr>
          <w:rFonts w:cs="Arial"/>
          <w:szCs w:val="24"/>
        </w:rPr>
        <w:t>.</w:t>
      </w:r>
    </w:p>
    <w:p w14:paraId="13193AA3" w14:textId="77777777" w:rsidR="00257FEE" w:rsidRDefault="00000000" w:rsidP="00257FEE">
      <w:pPr>
        <w:rPr>
          <w:rFonts w:cs="Arial"/>
          <w:szCs w:val="24"/>
        </w:rPr>
      </w:pPr>
      <w:proofErr w:type="spellStart"/>
      <w:r w:rsidRPr="007B2BD4">
        <w:rPr>
          <w:rFonts w:cs="Arial"/>
          <w:szCs w:val="24"/>
        </w:rPr>
        <w:t>Нэгдсэн</w:t>
      </w:r>
      <w:proofErr w:type="spellEnd"/>
      <w:r w:rsidRPr="007B2BD4">
        <w:rPr>
          <w:rFonts w:cs="Arial"/>
          <w:szCs w:val="24"/>
        </w:rPr>
        <w:t xml:space="preserve">, </w:t>
      </w:r>
      <w:proofErr w:type="spellStart"/>
      <w:r w:rsidRPr="007B2BD4">
        <w:rPr>
          <w:rFonts w:cs="Arial"/>
          <w:szCs w:val="24"/>
        </w:rPr>
        <w:t>нээлттэй</w:t>
      </w:r>
      <w:proofErr w:type="spellEnd"/>
      <w:r w:rsidRPr="007B2BD4">
        <w:rPr>
          <w:rFonts w:cs="Arial"/>
          <w:szCs w:val="24"/>
        </w:rPr>
        <w:t xml:space="preserve"> </w:t>
      </w:r>
      <w:proofErr w:type="spellStart"/>
      <w:r w:rsidRPr="007B2BD4">
        <w:rPr>
          <w:rFonts w:cs="Arial"/>
          <w:szCs w:val="24"/>
        </w:rPr>
        <w:t>мэдээлэл</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гомдол</w:t>
      </w:r>
      <w:proofErr w:type="spellEnd"/>
      <w:r w:rsidRPr="007B2BD4">
        <w:rPr>
          <w:rFonts w:cs="Arial"/>
          <w:szCs w:val="24"/>
        </w:rPr>
        <w:t xml:space="preserve"> </w:t>
      </w:r>
      <w:proofErr w:type="spellStart"/>
      <w:r w:rsidRPr="007B2BD4">
        <w:rPr>
          <w:rFonts w:cs="Arial"/>
          <w:szCs w:val="24"/>
        </w:rPr>
        <w:t>мэдээллийн</w:t>
      </w:r>
      <w:proofErr w:type="spellEnd"/>
      <w:r w:rsidRPr="007B2BD4">
        <w:rPr>
          <w:rFonts w:cs="Arial"/>
          <w:szCs w:val="24"/>
        </w:rPr>
        <w:t xml:space="preserve"> </w:t>
      </w:r>
      <w:proofErr w:type="spellStart"/>
      <w:r w:rsidRPr="007B2BD4">
        <w:rPr>
          <w:rFonts w:cs="Arial"/>
          <w:szCs w:val="24"/>
        </w:rPr>
        <w:t>шуурхай</w:t>
      </w:r>
      <w:proofErr w:type="spellEnd"/>
      <w:r w:rsidRPr="007B2BD4">
        <w:rPr>
          <w:rFonts w:cs="Arial"/>
          <w:szCs w:val="24"/>
        </w:rPr>
        <w:t xml:space="preserve"> </w:t>
      </w:r>
      <w:proofErr w:type="spellStart"/>
      <w:r w:rsidRPr="007B2BD4">
        <w:rPr>
          <w:rFonts w:cs="Arial"/>
          <w:szCs w:val="24"/>
        </w:rPr>
        <w:t>ажиллагаа</w:t>
      </w:r>
      <w:proofErr w:type="spellEnd"/>
      <w:r w:rsidRPr="007B2BD4">
        <w:rPr>
          <w:rFonts w:cs="Arial"/>
          <w:szCs w:val="24"/>
        </w:rPr>
        <w:t xml:space="preserve"> </w:t>
      </w:r>
      <w:proofErr w:type="spellStart"/>
      <w:r w:rsidRPr="007B2BD4">
        <w:rPr>
          <w:rFonts w:cs="Arial"/>
          <w:szCs w:val="24"/>
        </w:rPr>
        <w:t>бий</w:t>
      </w:r>
      <w:proofErr w:type="spellEnd"/>
      <w:r w:rsidRPr="007B2BD4">
        <w:rPr>
          <w:rFonts w:cs="Arial"/>
          <w:szCs w:val="24"/>
        </w:rPr>
        <w:t xml:space="preserve"> </w:t>
      </w:r>
      <w:proofErr w:type="spellStart"/>
      <w:r w:rsidRPr="007B2BD4">
        <w:rPr>
          <w:rFonts w:cs="Arial"/>
          <w:szCs w:val="24"/>
        </w:rPr>
        <w:t>болсноор</w:t>
      </w:r>
      <w:proofErr w:type="spellEnd"/>
      <w:r w:rsidRPr="007B2BD4">
        <w:rPr>
          <w:rFonts w:cs="Arial"/>
          <w:szCs w:val="24"/>
        </w:rPr>
        <w:t xml:space="preserve"> </w:t>
      </w:r>
      <w:proofErr w:type="spellStart"/>
      <w:r w:rsidRPr="007B2BD4">
        <w:rPr>
          <w:rFonts w:cs="Arial"/>
          <w:szCs w:val="24"/>
        </w:rPr>
        <w:t>иргэн</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хөрөнгийн</w:t>
      </w:r>
      <w:proofErr w:type="spellEnd"/>
      <w:r w:rsidRPr="007B2BD4">
        <w:rPr>
          <w:rFonts w:cs="Arial"/>
          <w:szCs w:val="24"/>
        </w:rPr>
        <w:t xml:space="preserve"> </w:t>
      </w:r>
      <w:proofErr w:type="spellStart"/>
      <w:r w:rsidRPr="007B2BD4">
        <w:rPr>
          <w:rFonts w:cs="Arial"/>
          <w:szCs w:val="24"/>
        </w:rPr>
        <w:t>төсөв</w:t>
      </w:r>
      <w:proofErr w:type="spellEnd"/>
      <w:r w:rsidRPr="007B2BD4">
        <w:rPr>
          <w:rFonts w:cs="Arial"/>
          <w:szCs w:val="24"/>
        </w:rPr>
        <w:t xml:space="preserve">, </w:t>
      </w:r>
      <w:proofErr w:type="spellStart"/>
      <w:r w:rsidRPr="007B2BD4">
        <w:rPr>
          <w:rFonts w:cs="Arial"/>
          <w:szCs w:val="24"/>
        </w:rPr>
        <w:t>гэрээ</w:t>
      </w:r>
      <w:proofErr w:type="spellEnd"/>
      <w:r w:rsidRPr="007B2BD4">
        <w:rPr>
          <w:rFonts w:cs="Arial"/>
          <w:szCs w:val="24"/>
        </w:rPr>
        <w:t xml:space="preserve">, </w:t>
      </w:r>
      <w:proofErr w:type="spellStart"/>
      <w:r w:rsidRPr="007B2BD4">
        <w:rPr>
          <w:rFonts w:cs="Arial"/>
          <w:szCs w:val="24"/>
        </w:rPr>
        <w:t>хариуцан</w:t>
      </w:r>
      <w:proofErr w:type="spellEnd"/>
      <w:r w:rsidRPr="007B2BD4">
        <w:rPr>
          <w:rFonts w:cs="Arial"/>
          <w:szCs w:val="24"/>
        </w:rPr>
        <w:t xml:space="preserve"> </w:t>
      </w:r>
      <w:proofErr w:type="spellStart"/>
      <w:r w:rsidRPr="007B2BD4">
        <w:rPr>
          <w:rFonts w:cs="Arial"/>
          <w:szCs w:val="24"/>
        </w:rPr>
        <w:t>хамгаалагч</w:t>
      </w:r>
      <w:proofErr w:type="spellEnd"/>
      <w:r w:rsidRPr="007B2BD4">
        <w:rPr>
          <w:rFonts w:cs="Arial"/>
          <w:szCs w:val="24"/>
        </w:rPr>
        <w:t xml:space="preserve">, </w:t>
      </w:r>
      <w:proofErr w:type="spellStart"/>
      <w:r w:rsidRPr="007B2BD4">
        <w:rPr>
          <w:rFonts w:cs="Arial"/>
          <w:szCs w:val="24"/>
        </w:rPr>
        <w:t>ургамлын</w:t>
      </w:r>
      <w:proofErr w:type="spellEnd"/>
      <w:r w:rsidRPr="007B2BD4">
        <w:rPr>
          <w:rFonts w:cs="Arial"/>
          <w:szCs w:val="24"/>
        </w:rPr>
        <w:t xml:space="preserve"> </w:t>
      </w:r>
      <w:proofErr w:type="spellStart"/>
      <w:r w:rsidRPr="007B2BD4">
        <w:rPr>
          <w:rFonts w:cs="Arial"/>
          <w:szCs w:val="24"/>
        </w:rPr>
        <w:t>амьдралтын</w:t>
      </w:r>
      <w:proofErr w:type="spellEnd"/>
      <w:r w:rsidRPr="007B2BD4">
        <w:rPr>
          <w:rFonts w:cs="Arial"/>
          <w:szCs w:val="24"/>
        </w:rPr>
        <w:t xml:space="preserve"> </w:t>
      </w:r>
      <w:proofErr w:type="spellStart"/>
      <w:r w:rsidRPr="007B2BD4">
        <w:rPr>
          <w:rFonts w:cs="Arial"/>
          <w:szCs w:val="24"/>
        </w:rPr>
        <w:t>үр</w:t>
      </w:r>
      <w:proofErr w:type="spellEnd"/>
      <w:r w:rsidRPr="007B2BD4">
        <w:rPr>
          <w:rFonts w:cs="Arial"/>
          <w:szCs w:val="24"/>
        </w:rPr>
        <w:t xml:space="preserve"> </w:t>
      </w:r>
      <w:proofErr w:type="spellStart"/>
      <w:r w:rsidRPr="007B2BD4">
        <w:rPr>
          <w:rFonts w:cs="Arial"/>
          <w:szCs w:val="24"/>
        </w:rPr>
        <w:t>дүнг</w:t>
      </w:r>
      <w:proofErr w:type="spellEnd"/>
      <w:r w:rsidRPr="007B2BD4">
        <w:rPr>
          <w:rFonts w:cs="Arial"/>
          <w:szCs w:val="24"/>
        </w:rPr>
        <w:t xml:space="preserve"> </w:t>
      </w:r>
      <w:proofErr w:type="spellStart"/>
      <w:r w:rsidRPr="007B2BD4">
        <w:rPr>
          <w:rFonts w:cs="Arial"/>
          <w:szCs w:val="24"/>
        </w:rPr>
        <w:t>хянах</w:t>
      </w:r>
      <w:proofErr w:type="spellEnd"/>
      <w:r w:rsidRPr="007B2BD4">
        <w:rPr>
          <w:rFonts w:cs="Arial"/>
          <w:szCs w:val="24"/>
        </w:rPr>
        <w:t xml:space="preserve"> </w:t>
      </w:r>
      <w:proofErr w:type="spellStart"/>
      <w:r w:rsidRPr="007B2BD4">
        <w:rPr>
          <w:rFonts w:cs="Arial"/>
          <w:szCs w:val="24"/>
        </w:rPr>
        <w:t>боломж</w:t>
      </w:r>
      <w:proofErr w:type="spellEnd"/>
      <w:r w:rsidRPr="007B2BD4">
        <w:rPr>
          <w:rFonts w:cs="Arial"/>
          <w:szCs w:val="24"/>
        </w:rPr>
        <w:t xml:space="preserve"> </w:t>
      </w:r>
      <w:proofErr w:type="spellStart"/>
      <w:r w:rsidRPr="007B2BD4">
        <w:rPr>
          <w:rFonts w:cs="Arial"/>
          <w:szCs w:val="24"/>
        </w:rPr>
        <w:t>нэмэгдэнэ</w:t>
      </w:r>
      <w:proofErr w:type="spellEnd"/>
      <w:r w:rsidRPr="007B2BD4">
        <w:rPr>
          <w:rFonts w:cs="Arial"/>
          <w:szCs w:val="24"/>
        </w:rPr>
        <w:t xml:space="preserve">. </w:t>
      </w:r>
      <w:proofErr w:type="spellStart"/>
      <w:r w:rsidRPr="007B2BD4">
        <w:rPr>
          <w:rFonts w:cs="Arial"/>
          <w:szCs w:val="24"/>
        </w:rPr>
        <w:t>Хувийн</w:t>
      </w:r>
      <w:proofErr w:type="spellEnd"/>
      <w:r w:rsidRPr="007B2BD4">
        <w:rPr>
          <w:rFonts w:cs="Arial"/>
          <w:szCs w:val="24"/>
        </w:rPr>
        <w:t xml:space="preserve"> </w:t>
      </w:r>
      <w:proofErr w:type="spellStart"/>
      <w:r w:rsidRPr="007B2BD4">
        <w:rPr>
          <w:rFonts w:cs="Arial"/>
          <w:szCs w:val="24"/>
        </w:rPr>
        <w:t>газарт</w:t>
      </w:r>
      <w:proofErr w:type="spellEnd"/>
      <w:r w:rsidRPr="007B2BD4">
        <w:rPr>
          <w:rFonts w:cs="Arial"/>
          <w:szCs w:val="24"/>
        </w:rPr>
        <w:t xml:space="preserve"> </w:t>
      </w:r>
      <w:proofErr w:type="spellStart"/>
      <w:r w:rsidRPr="007B2BD4">
        <w:rPr>
          <w:rFonts w:cs="Arial"/>
          <w:szCs w:val="24"/>
        </w:rPr>
        <w:t>бий</w:t>
      </w:r>
      <w:proofErr w:type="spellEnd"/>
      <w:r w:rsidRPr="007B2BD4">
        <w:rPr>
          <w:rFonts w:cs="Arial"/>
          <w:szCs w:val="24"/>
        </w:rPr>
        <w:t xml:space="preserve"> </w:t>
      </w:r>
      <w:proofErr w:type="spellStart"/>
      <w:r w:rsidRPr="007B2BD4">
        <w:rPr>
          <w:rFonts w:cs="Arial"/>
          <w:szCs w:val="24"/>
        </w:rPr>
        <w:t>болгосон</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хөрөнгийг</w:t>
      </w:r>
      <w:proofErr w:type="spellEnd"/>
      <w:r w:rsidRPr="007B2BD4">
        <w:rPr>
          <w:rFonts w:cs="Arial"/>
          <w:szCs w:val="24"/>
        </w:rPr>
        <w:t xml:space="preserve"> </w:t>
      </w:r>
      <w:proofErr w:type="spellStart"/>
      <w:r w:rsidRPr="007B2BD4">
        <w:rPr>
          <w:rFonts w:cs="Arial"/>
          <w:szCs w:val="24"/>
        </w:rPr>
        <w:t>сайн</w:t>
      </w:r>
      <w:proofErr w:type="spellEnd"/>
      <w:r w:rsidRPr="007B2BD4">
        <w:rPr>
          <w:rFonts w:cs="Arial"/>
          <w:szCs w:val="24"/>
        </w:rPr>
        <w:t xml:space="preserve"> </w:t>
      </w:r>
      <w:proofErr w:type="spellStart"/>
      <w:r w:rsidRPr="007B2BD4">
        <w:rPr>
          <w:rFonts w:cs="Arial"/>
          <w:szCs w:val="24"/>
        </w:rPr>
        <w:t>дурын</w:t>
      </w:r>
      <w:proofErr w:type="spellEnd"/>
      <w:r w:rsidRPr="007B2BD4">
        <w:rPr>
          <w:rFonts w:cs="Arial"/>
          <w:szCs w:val="24"/>
        </w:rPr>
        <w:t xml:space="preserve"> </w:t>
      </w:r>
      <w:proofErr w:type="spellStart"/>
      <w:r w:rsidRPr="007B2BD4">
        <w:rPr>
          <w:rFonts w:cs="Arial"/>
          <w:szCs w:val="24"/>
        </w:rPr>
        <w:t>үндсэн</w:t>
      </w:r>
      <w:proofErr w:type="spellEnd"/>
      <w:r w:rsidRPr="007B2BD4">
        <w:rPr>
          <w:rFonts w:cs="Arial"/>
          <w:szCs w:val="24"/>
        </w:rPr>
        <w:t xml:space="preserve"> </w:t>
      </w:r>
      <w:proofErr w:type="spellStart"/>
      <w:r w:rsidRPr="007B2BD4">
        <w:rPr>
          <w:rFonts w:cs="Arial"/>
          <w:szCs w:val="24"/>
        </w:rPr>
        <w:t>дээр</w:t>
      </w:r>
      <w:proofErr w:type="spellEnd"/>
      <w:r w:rsidRPr="007B2BD4">
        <w:rPr>
          <w:rFonts w:cs="Arial"/>
          <w:szCs w:val="24"/>
        </w:rPr>
        <w:t xml:space="preserve"> </w:t>
      </w:r>
      <w:proofErr w:type="spellStart"/>
      <w:r w:rsidRPr="007B2BD4">
        <w:rPr>
          <w:rFonts w:cs="Arial"/>
          <w:szCs w:val="24"/>
        </w:rPr>
        <w:t>бүртгэхээр</w:t>
      </w:r>
      <w:proofErr w:type="spellEnd"/>
      <w:r w:rsidRPr="007B2BD4">
        <w:rPr>
          <w:rFonts w:cs="Arial"/>
          <w:szCs w:val="24"/>
        </w:rPr>
        <w:t xml:space="preserve"> </w:t>
      </w:r>
      <w:proofErr w:type="spellStart"/>
      <w:r w:rsidRPr="007B2BD4">
        <w:rPr>
          <w:rFonts w:cs="Arial"/>
          <w:szCs w:val="24"/>
        </w:rPr>
        <w:t>тусгасан</w:t>
      </w:r>
      <w:proofErr w:type="spellEnd"/>
      <w:r w:rsidRPr="007B2BD4">
        <w:rPr>
          <w:rFonts w:cs="Arial"/>
          <w:szCs w:val="24"/>
        </w:rPr>
        <w:t xml:space="preserve"> </w:t>
      </w:r>
      <w:proofErr w:type="spellStart"/>
      <w:r w:rsidRPr="007B2BD4">
        <w:rPr>
          <w:rFonts w:cs="Arial"/>
          <w:szCs w:val="24"/>
        </w:rPr>
        <w:t>нь</w:t>
      </w:r>
      <w:proofErr w:type="spellEnd"/>
      <w:r w:rsidRPr="007B2BD4">
        <w:rPr>
          <w:rFonts w:cs="Arial"/>
          <w:szCs w:val="24"/>
        </w:rPr>
        <w:t xml:space="preserve"> </w:t>
      </w:r>
      <w:proofErr w:type="spellStart"/>
      <w:r w:rsidRPr="007B2BD4">
        <w:rPr>
          <w:rFonts w:cs="Arial"/>
          <w:szCs w:val="24"/>
        </w:rPr>
        <w:t>өмчийн</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хувийн</w:t>
      </w:r>
      <w:proofErr w:type="spellEnd"/>
      <w:r w:rsidRPr="007B2BD4">
        <w:rPr>
          <w:rFonts w:cs="Arial"/>
          <w:szCs w:val="24"/>
        </w:rPr>
        <w:t xml:space="preserve"> </w:t>
      </w:r>
      <w:proofErr w:type="spellStart"/>
      <w:r w:rsidRPr="007B2BD4">
        <w:rPr>
          <w:rFonts w:cs="Arial"/>
          <w:szCs w:val="24"/>
        </w:rPr>
        <w:t>мэдээллийн</w:t>
      </w:r>
      <w:proofErr w:type="spellEnd"/>
      <w:r w:rsidRPr="007B2BD4">
        <w:rPr>
          <w:rFonts w:cs="Arial"/>
          <w:szCs w:val="24"/>
        </w:rPr>
        <w:t xml:space="preserve"> </w:t>
      </w:r>
      <w:proofErr w:type="spellStart"/>
      <w:r w:rsidRPr="007B2BD4">
        <w:rPr>
          <w:rFonts w:cs="Arial"/>
          <w:szCs w:val="24"/>
        </w:rPr>
        <w:t>хамгаалалтыг</w:t>
      </w:r>
      <w:proofErr w:type="spellEnd"/>
      <w:r w:rsidRPr="007B2BD4">
        <w:rPr>
          <w:rFonts w:cs="Arial"/>
          <w:szCs w:val="24"/>
        </w:rPr>
        <w:t xml:space="preserve"> </w:t>
      </w:r>
      <w:proofErr w:type="spellStart"/>
      <w:r w:rsidRPr="007B2BD4">
        <w:rPr>
          <w:rFonts w:cs="Arial"/>
          <w:szCs w:val="24"/>
        </w:rPr>
        <w:t>нийтийн</w:t>
      </w:r>
      <w:proofErr w:type="spellEnd"/>
      <w:r w:rsidRPr="007B2BD4">
        <w:rPr>
          <w:rFonts w:cs="Arial"/>
          <w:szCs w:val="24"/>
        </w:rPr>
        <w:t xml:space="preserve"> </w:t>
      </w:r>
      <w:proofErr w:type="spellStart"/>
      <w:r w:rsidRPr="007B2BD4">
        <w:rPr>
          <w:rFonts w:cs="Arial"/>
          <w:szCs w:val="24"/>
        </w:rPr>
        <w:t>ашиг</w:t>
      </w:r>
      <w:proofErr w:type="spellEnd"/>
      <w:r w:rsidRPr="007B2BD4">
        <w:rPr>
          <w:rFonts w:cs="Arial"/>
          <w:szCs w:val="24"/>
        </w:rPr>
        <w:t xml:space="preserve"> </w:t>
      </w:r>
      <w:proofErr w:type="spellStart"/>
      <w:r w:rsidRPr="007B2BD4">
        <w:rPr>
          <w:rFonts w:cs="Arial"/>
          <w:szCs w:val="24"/>
        </w:rPr>
        <w:t>сонирхолтой</w:t>
      </w:r>
      <w:proofErr w:type="spellEnd"/>
      <w:r w:rsidRPr="007B2BD4">
        <w:rPr>
          <w:rFonts w:cs="Arial"/>
          <w:szCs w:val="24"/>
        </w:rPr>
        <w:t xml:space="preserve"> </w:t>
      </w:r>
      <w:proofErr w:type="spellStart"/>
      <w:r w:rsidRPr="007B2BD4">
        <w:rPr>
          <w:rFonts w:cs="Arial"/>
          <w:szCs w:val="24"/>
        </w:rPr>
        <w:t>тэнцвэржүүлнэ</w:t>
      </w:r>
      <w:proofErr w:type="spellEnd"/>
      <w:r w:rsidRPr="007B2BD4">
        <w:rPr>
          <w:rFonts w:cs="Arial"/>
          <w:szCs w:val="24"/>
        </w:rPr>
        <w:t>.</w:t>
      </w:r>
    </w:p>
    <w:p w14:paraId="4BE6DB04" w14:textId="77777777" w:rsidR="00544E5A" w:rsidRPr="007B2BD4" w:rsidRDefault="00000000">
      <w:pPr>
        <w:rPr>
          <w:rFonts w:cs="Arial"/>
          <w:szCs w:val="24"/>
        </w:rPr>
      </w:pPr>
      <w:proofErr w:type="spellStart"/>
      <w:r w:rsidRPr="007B2BD4">
        <w:rPr>
          <w:rFonts w:cs="Arial"/>
          <w:szCs w:val="24"/>
        </w:rPr>
        <w:t>Хуулийг</w:t>
      </w:r>
      <w:proofErr w:type="spellEnd"/>
      <w:r w:rsidRPr="007B2BD4">
        <w:rPr>
          <w:rFonts w:cs="Arial"/>
          <w:szCs w:val="24"/>
        </w:rPr>
        <w:t xml:space="preserve"> </w:t>
      </w:r>
      <w:proofErr w:type="spellStart"/>
      <w:r w:rsidRPr="007B2BD4">
        <w:rPr>
          <w:rFonts w:cs="Arial"/>
          <w:szCs w:val="24"/>
        </w:rPr>
        <w:t>хэрэгжүүлэх</w:t>
      </w:r>
      <w:proofErr w:type="spellEnd"/>
      <w:r w:rsidRPr="007B2BD4">
        <w:rPr>
          <w:rFonts w:cs="Arial"/>
          <w:szCs w:val="24"/>
        </w:rPr>
        <w:t xml:space="preserve"> </w:t>
      </w:r>
      <w:proofErr w:type="spellStart"/>
      <w:r w:rsidRPr="007B2BD4">
        <w:rPr>
          <w:rFonts w:cs="Arial"/>
          <w:szCs w:val="24"/>
        </w:rPr>
        <w:t>эхний</w:t>
      </w:r>
      <w:proofErr w:type="spellEnd"/>
      <w:r w:rsidRPr="007B2BD4">
        <w:rPr>
          <w:rFonts w:cs="Arial"/>
          <w:szCs w:val="24"/>
        </w:rPr>
        <w:t xml:space="preserve"> </w:t>
      </w:r>
      <w:proofErr w:type="spellStart"/>
      <w:r w:rsidRPr="007B2BD4">
        <w:rPr>
          <w:rFonts w:cs="Arial"/>
          <w:szCs w:val="24"/>
        </w:rPr>
        <w:t>үед</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хөрөнгийн</w:t>
      </w:r>
      <w:proofErr w:type="spellEnd"/>
      <w:r w:rsidRPr="007B2BD4">
        <w:rPr>
          <w:rFonts w:cs="Arial"/>
          <w:szCs w:val="24"/>
        </w:rPr>
        <w:t xml:space="preserve"> </w:t>
      </w:r>
      <w:proofErr w:type="spellStart"/>
      <w:r w:rsidRPr="007B2BD4">
        <w:rPr>
          <w:rFonts w:cs="Arial"/>
          <w:szCs w:val="24"/>
        </w:rPr>
        <w:t>тооллого</w:t>
      </w:r>
      <w:proofErr w:type="spellEnd"/>
      <w:r w:rsidRPr="007B2BD4">
        <w:rPr>
          <w:rFonts w:cs="Arial"/>
          <w:szCs w:val="24"/>
        </w:rPr>
        <w:t xml:space="preserve">, </w:t>
      </w:r>
      <w:proofErr w:type="spellStart"/>
      <w:r w:rsidRPr="007B2BD4">
        <w:rPr>
          <w:rFonts w:cs="Arial"/>
          <w:szCs w:val="24"/>
        </w:rPr>
        <w:t>мэдээллийн</w:t>
      </w:r>
      <w:proofErr w:type="spellEnd"/>
      <w:r w:rsidRPr="007B2BD4">
        <w:rPr>
          <w:rFonts w:cs="Arial"/>
          <w:szCs w:val="24"/>
        </w:rPr>
        <w:t xml:space="preserve"> </w:t>
      </w:r>
      <w:proofErr w:type="spellStart"/>
      <w:r w:rsidRPr="007B2BD4">
        <w:rPr>
          <w:rFonts w:cs="Arial"/>
          <w:szCs w:val="24"/>
        </w:rPr>
        <w:t>систем</w:t>
      </w:r>
      <w:proofErr w:type="spellEnd"/>
      <w:r w:rsidRPr="007B2BD4">
        <w:rPr>
          <w:rFonts w:cs="Arial"/>
          <w:szCs w:val="24"/>
        </w:rPr>
        <w:t xml:space="preserve">, </w:t>
      </w:r>
      <w:proofErr w:type="spellStart"/>
      <w:r w:rsidRPr="007B2BD4">
        <w:rPr>
          <w:rFonts w:cs="Arial"/>
          <w:szCs w:val="24"/>
        </w:rPr>
        <w:t>хөрс</w:t>
      </w:r>
      <w:proofErr w:type="spellEnd"/>
      <w:r w:rsidRPr="007B2BD4">
        <w:rPr>
          <w:rFonts w:cs="Arial"/>
          <w:szCs w:val="24"/>
        </w:rPr>
        <w:t xml:space="preserve">, </w:t>
      </w:r>
      <w:proofErr w:type="spellStart"/>
      <w:r w:rsidRPr="007B2BD4">
        <w:rPr>
          <w:rFonts w:cs="Arial"/>
          <w:szCs w:val="24"/>
        </w:rPr>
        <w:t>усны</w:t>
      </w:r>
      <w:proofErr w:type="spellEnd"/>
      <w:r w:rsidRPr="007B2BD4">
        <w:rPr>
          <w:rFonts w:cs="Arial"/>
          <w:szCs w:val="24"/>
        </w:rPr>
        <w:t xml:space="preserve"> </w:t>
      </w:r>
      <w:proofErr w:type="spellStart"/>
      <w:r w:rsidRPr="007B2BD4">
        <w:rPr>
          <w:rFonts w:cs="Arial"/>
          <w:szCs w:val="24"/>
        </w:rPr>
        <w:t>үнэлгээ</w:t>
      </w:r>
      <w:proofErr w:type="spellEnd"/>
      <w:r w:rsidRPr="007B2BD4">
        <w:rPr>
          <w:rFonts w:cs="Arial"/>
          <w:szCs w:val="24"/>
        </w:rPr>
        <w:t xml:space="preserve">, </w:t>
      </w:r>
      <w:proofErr w:type="spellStart"/>
      <w:r w:rsidRPr="007B2BD4">
        <w:rPr>
          <w:rFonts w:cs="Arial"/>
          <w:szCs w:val="24"/>
        </w:rPr>
        <w:t>усалгааны</w:t>
      </w:r>
      <w:proofErr w:type="spellEnd"/>
      <w:r w:rsidRPr="007B2BD4">
        <w:rPr>
          <w:rFonts w:cs="Arial"/>
          <w:szCs w:val="24"/>
        </w:rPr>
        <w:t xml:space="preserve"> </w:t>
      </w:r>
      <w:proofErr w:type="spellStart"/>
      <w:r w:rsidRPr="007B2BD4">
        <w:rPr>
          <w:rFonts w:cs="Arial"/>
          <w:szCs w:val="24"/>
        </w:rPr>
        <w:t>шийдэл</w:t>
      </w:r>
      <w:proofErr w:type="spellEnd"/>
      <w:r w:rsidRPr="007B2BD4">
        <w:rPr>
          <w:rFonts w:cs="Arial"/>
          <w:szCs w:val="24"/>
        </w:rPr>
        <w:t xml:space="preserve">, </w:t>
      </w:r>
      <w:proofErr w:type="spellStart"/>
      <w:r w:rsidRPr="007B2BD4">
        <w:rPr>
          <w:rFonts w:cs="Arial"/>
          <w:szCs w:val="24"/>
        </w:rPr>
        <w:t>мэргэжлийн</w:t>
      </w:r>
      <w:proofErr w:type="spellEnd"/>
      <w:r w:rsidRPr="007B2BD4">
        <w:rPr>
          <w:rFonts w:cs="Arial"/>
          <w:szCs w:val="24"/>
        </w:rPr>
        <w:t xml:space="preserve"> </w:t>
      </w:r>
      <w:proofErr w:type="spellStart"/>
      <w:r w:rsidRPr="007B2BD4">
        <w:rPr>
          <w:rFonts w:cs="Arial"/>
          <w:szCs w:val="24"/>
        </w:rPr>
        <w:t>хүний</w:t>
      </w:r>
      <w:proofErr w:type="spellEnd"/>
      <w:r w:rsidRPr="007B2BD4">
        <w:rPr>
          <w:rFonts w:cs="Arial"/>
          <w:szCs w:val="24"/>
        </w:rPr>
        <w:t xml:space="preserve"> </w:t>
      </w:r>
      <w:proofErr w:type="spellStart"/>
      <w:r w:rsidRPr="007B2BD4">
        <w:rPr>
          <w:rFonts w:cs="Arial"/>
          <w:szCs w:val="24"/>
        </w:rPr>
        <w:t>нөөц</w:t>
      </w:r>
      <w:proofErr w:type="spellEnd"/>
      <w:r w:rsidRPr="007B2BD4">
        <w:rPr>
          <w:rFonts w:cs="Arial"/>
          <w:szCs w:val="24"/>
        </w:rPr>
        <w:t xml:space="preserve">, </w:t>
      </w:r>
      <w:proofErr w:type="spellStart"/>
      <w:r w:rsidRPr="007B2BD4">
        <w:rPr>
          <w:rFonts w:cs="Arial"/>
          <w:szCs w:val="24"/>
        </w:rPr>
        <w:t>сургалт</w:t>
      </w:r>
      <w:proofErr w:type="spellEnd"/>
      <w:r w:rsidRPr="007B2BD4">
        <w:rPr>
          <w:rFonts w:cs="Arial"/>
          <w:szCs w:val="24"/>
        </w:rPr>
        <w:t xml:space="preserve">, </w:t>
      </w:r>
      <w:proofErr w:type="spellStart"/>
      <w:r w:rsidRPr="007B2BD4">
        <w:rPr>
          <w:rFonts w:cs="Arial"/>
          <w:szCs w:val="24"/>
        </w:rPr>
        <w:t>хяналт</w:t>
      </w:r>
      <w:proofErr w:type="spellEnd"/>
      <w:r w:rsidRPr="007B2BD4">
        <w:rPr>
          <w:rFonts w:cs="Arial"/>
          <w:szCs w:val="24"/>
        </w:rPr>
        <w:t xml:space="preserve">, </w:t>
      </w:r>
      <w:proofErr w:type="spellStart"/>
      <w:r w:rsidRPr="007B2BD4">
        <w:rPr>
          <w:rFonts w:cs="Arial"/>
          <w:szCs w:val="24"/>
        </w:rPr>
        <w:t>гурван</w:t>
      </w:r>
      <w:proofErr w:type="spellEnd"/>
      <w:r w:rsidRPr="007B2BD4">
        <w:rPr>
          <w:rFonts w:cs="Arial"/>
          <w:szCs w:val="24"/>
        </w:rPr>
        <w:t xml:space="preserve"> </w:t>
      </w:r>
      <w:proofErr w:type="spellStart"/>
      <w:r w:rsidRPr="007B2BD4">
        <w:rPr>
          <w:rFonts w:cs="Arial"/>
          <w:szCs w:val="24"/>
        </w:rPr>
        <w:t>жилийн</w:t>
      </w:r>
      <w:proofErr w:type="spellEnd"/>
      <w:r w:rsidRPr="007B2BD4">
        <w:rPr>
          <w:rFonts w:cs="Arial"/>
          <w:szCs w:val="24"/>
        </w:rPr>
        <w:t xml:space="preserve"> </w:t>
      </w:r>
      <w:proofErr w:type="spellStart"/>
      <w:r w:rsidRPr="007B2BD4">
        <w:rPr>
          <w:rFonts w:cs="Arial"/>
          <w:szCs w:val="24"/>
        </w:rPr>
        <w:t>арчилгаанд</w:t>
      </w:r>
      <w:proofErr w:type="spellEnd"/>
      <w:r w:rsidRPr="007B2BD4">
        <w:rPr>
          <w:rFonts w:cs="Arial"/>
          <w:szCs w:val="24"/>
        </w:rPr>
        <w:t xml:space="preserve"> </w:t>
      </w:r>
      <w:proofErr w:type="spellStart"/>
      <w:r w:rsidRPr="007B2BD4">
        <w:rPr>
          <w:rFonts w:cs="Arial"/>
          <w:szCs w:val="24"/>
        </w:rPr>
        <w:t>нэмэлт</w:t>
      </w:r>
      <w:proofErr w:type="spellEnd"/>
      <w:r w:rsidRPr="007B2BD4">
        <w:rPr>
          <w:rFonts w:cs="Arial"/>
          <w:szCs w:val="24"/>
        </w:rPr>
        <w:t xml:space="preserve"> </w:t>
      </w:r>
      <w:proofErr w:type="spellStart"/>
      <w:r w:rsidRPr="007B2BD4">
        <w:rPr>
          <w:rFonts w:cs="Arial"/>
          <w:szCs w:val="24"/>
        </w:rPr>
        <w:t>зардал</w:t>
      </w:r>
      <w:proofErr w:type="spellEnd"/>
      <w:r w:rsidRPr="007B2BD4">
        <w:rPr>
          <w:rFonts w:cs="Arial"/>
          <w:szCs w:val="24"/>
        </w:rPr>
        <w:t xml:space="preserve"> </w:t>
      </w:r>
      <w:proofErr w:type="spellStart"/>
      <w:r w:rsidRPr="007B2BD4">
        <w:rPr>
          <w:rFonts w:cs="Arial"/>
          <w:szCs w:val="24"/>
        </w:rPr>
        <w:t>шаардагдана</w:t>
      </w:r>
      <w:proofErr w:type="spellEnd"/>
      <w:r w:rsidRPr="007B2BD4">
        <w:rPr>
          <w:rFonts w:cs="Arial"/>
          <w:szCs w:val="24"/>
        </w:rPr>
        <w:t xml:space="preserve">. </w:t>
      </w:r>
      <w:proofErr w:type="spellStart"/>
      <w:r w:rsidRPr="007B2BD4">
        <w:rPr>
          <w:rFonts w:cs="Arial"/>
          <w:szCs w:val="24"/>
        </w:rPr>
        <w:t>Энэ</w:t>
      </w:r>
      <w:proofErr w:type="spellEnd"/>
      <w:r w:rsidRPr="007B2BD4">
        <w:rPr>
          <w:rFonts w:cs="Arial"/>
          <w:szCs w:val="24"/>
        </w:rPr>
        <w:t xml:space="preserve"> </w:t>
      </w:r>
      <w:proofErr w:type="spellStart"/>
      <w:r w:rsidRPr="007B2BD4">
        <w:rPr>
          <w:rFonts w:cs="Arial"/>
          <w:szCs w:val="24"/>
        </w:rPr>
        <w:t>зардлыг</w:t>
      </w:r>
      <w:proofErr w:type="spellEnd"/>
      <w:r w:rsidRPr="007B2BD4">
        <w:rPr>
          <w:rFonts w:cs="Arial"/>
          <w:szCs w:val="24"/>
        </w:rPr>
        <w:t xml:space="preserve"> </w:t>
      </w:r>
      <w:proofErr w:type="spellStart"/>
      <w:r w:rsidRPr="007B2BD4">
        <w:rPr>
          <w:rFonts w:cs="Arial"/>
          <w:szCs w:val="24"/>
        </w:rPr>
        <w:t>улсын</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орон</w:t>
      </w:r>
      <w:proofErr w:type="spellEnd"/>
      <w:r w:rsidRPr="007B2BD4">
        <w:rPr>
          <w:rFonts w:cs="Arial"/>
          <w:szCs w:val="24"/>
        </w:rPr>
        <w:t xml:space="preserve"> </w:t>
      </w:r>
      <w:proofErr w:type="spellStart"/>
      <w:r w:rsidRPr="007B2BD4">
        <w:rPr>
          <w:rFonts w:cs="Arial"/>
          <w:szCs w:val="24"/>
        </w:rPr>
        <w:t>нутгийн</w:t>
      </w:r>
      <w:proofErr w:type="spellEnd"/>
      <w:r w:rsidRPr="007B2BD4">
        <w:rPr>
          <w:rFonts w:cs="Arial"/>
          <w:szCs w:val="24"/>
        </w:rPr>
        <w:t xml:space="preserve"> </w:t>
      </w:r>
      <w:proofErr w:type="spellStart"/>
      <w:r w:rsidRPr="007B2BD4">
        <w:rPr>
          <w:rFonts w:cs="Arial"/>
          <w:szCs w:val="24"/>
        </w:rPr>
        <w:t>төсөв</w:t>
      </w:r>
      <w:proofErr w:type="spellEnd"/>
      <w:r w:rsidRPr="007B2BD4">
        <w:rPr>
          <w:rFonts w:cs="Arial"/>
          <w:szCs w:val="24"/>
        </w:rPr>
        <w:t xml:space="preserve">, </w:t>
      </w:r>
      <w:proofErr w:type="spellStart"/>
      <w:r w:rsidRPr="007B2BD4">
        <w:rPr>
          <w:rFonts w:cs="Arial"/>
          <w:szCs w:val="24"/>
        </w:rPr>
        <w:t>хуульд</w:t>
      </w:r>
      <w:proofErr w:type="spellEnd"/>
      <w:r w:rsidRPr="007B2BD4">
        <w:rPr>
          <w:rFonts w:cs="Arial"/>
          <w:szCs w:val="24"/>
        </w:rPr>
        <w:t xml:space="preserve"> </w:t>
      </w:r>
      <w:proofErr w:type="spellStart"/>
      <w:r w:rsidRPr="007B2BD4">
        <w:rPr>
          <w:rFonts w:cs="Arial"/>
          <w:szCs w:val="24"/>
        </w:rPr>
        <w:t>заасан</w:t>
      </w:r>
      <w:proofErr w:type="spellEnd"/>
      <w:r w:rsidRPr="007B2BD4">
        <w:rPr>
          <w:rFonts w:cs="Arial"/>
          <w:szCs w:val="24"/>
        </w:rPr>
        <w:t xml:space="preserve"> </w:t>
      </w:r>
      <w:proofErr w:type="spellStart"/>
      <w:r w:rsidRPr="007B2BD4">
        <w:rPr>
          <w:rFonts w:cs="Arial"/>
          <w:szCs w:val="24"/>
        </w:rPr>
        <w:t>зориулалтын</w:t>
      </w:r>
      <w:proofErr w:type="spellEnd"/>
      <w:r w:rsidRPr="007B2BD4">
        <w:rPr>
          <w:rFonts w:cs="Arial"/>
          <w:szCs w:val="24"/>
        </w:rPr>
        <w:t xml:space="preserve"> </w:t>
      </w:r>
      <w:proofErr w:type="spellStart"/>
      <w:r w:rsidRPr="007B2BD4">
        <w:rPr>
          <w:rFonts w:cs="Arial"/>
          <w:szCs w:val="24"/>
        </w:rPr>
        <w:t>орлого</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баталгаа</w:t>
      </w:r>
      <w:proofErr w:type="spellEnd"/>
      <w:r w:rsidRPr="007B2BD4">
        <w:rPr>
          <w:rFonts w:cs="Arial"/>
          <w:szCs w:val="24"/>
        </w:rPr>
        <w:t xml:space="preserve">, </w:t>
      </w:r>
      <w:proofErr w:type="spellStart"/>
      <w:r w:rsidRPr="007B2BD4">
        <w:rPr>
          <w:rFonts w:cs="Arial"/>
          <w:szCs w:val="24"/>
        </w:rPr>
        <w:t>нөхөн</w:t>
      </w:r>
      <w:proofErr w:type="spellEnd"/>
      <w:r w:rsidRPr="007B2BD4">
        <w:rPr>
          <w:rFonts w:cs="Arial"/>
          <w:szCs w:val="24"/>
        </w:rPr>
        <w:t xml:space="preserve"> </w:t>
      </w:r>
      <w:proofErr w:type="spellStart"/>
      <w:r w:rsidRPr="007B2BD4">
        <w:rPr>
          <w:rFonts w:cs="Arial"/>
          <w:szCs w:val="24"/>
        </w:rPr>
        <w:t>дүйцүүлэлтийн</w:t>
      </w:r>
      <w:proofErr w:type="spellEnd"/>
      <w:r w:rsidRPr="007B2BD4">
        <w:rPr>
          <w:rFonts w:cs="Arial"/>
          <w:szCs w:val="24"/>
        </w:rPr>
        <w:t xml:space="preserve"> </w:t>
      </w:r>
      <w:proofErr w:type="spellStart"/>
      <w:r w:rsidRPr="007B2BD4">
        <w:rPr>
          <w:rFonts w:cs="Arial"/>
          <w:szCs w:val="24"/>
        </w:rPr>
        <w:t>төлбөр</w:t>
      </w:r>
      <w:proofErr w:type="spellEnd"/>
      <w:r w:rsidRPr="007B2BD4">
        <w:rPr>
          <w:rFonts w:cs="Arial"/>
          <w:szCs w:val="24"/>
        </w:rPr>
        <w:t xml:space="preserve">, </w:t>
      </w:r>
      <w:proofErr w:type="spellStart"/>
      <w:r w:rsidRPr="007B2BD4">
        <w:rPr>
          <w:rFonts w:cs="Arial"/>
          <w:szCs w:val="24"/>
        </w:rPr>
        <w:t>олон</w:t>
      </w:r>
      <w:proofErr w:type="spellEnd"/>
      <w:r w:rsidRPr="007B2BD4">
        <w:rPr>
          <w:rFonts w:cs="Arial"/>
          <w:szCs w:val="24"/>
        </w:rPr>
        <w:t xml:space="preserve"> </w:t>
      </w:r>
      <w:proofErr w:type="spellStart"/>
      <w:r w:rsidRPr="007B2BD4">
        <w:rPr>
          <w:rFonts w:cs="Arial"/>
          <w:szCs w:val="24"/>
        </w:rPr>
        <w:t>улсын</w:t>
      </w:r>
      <w:proofErr w:type="spellEnd"/>
      <w:r w:rsidRPr="007B2BD4">
        <w:rPr>
          <w:rFonts w:cs="Arial"/>
          <w:szCs w:val="24"/>
        </w:rPr>
        <w:t xml:space="preserve"> </w:t>
      </w:r>
      <w:proofErr w:type="spellStart"/>
      <w:r w:rsidRPr="007B2BD4">
        <w:rPr>
          <w:rFonts w:cs="Arial"/>
          <w:szCs w:val="24"/>
        </w:rPr>
        <w:t>төсөл</w:t>
      </w:r>
      <w:proofErr w:type="spellEnd"/>
      <w:r w:rsidRPr="007B2BD4">
        <w:rPr>
          <w:rFonts w:cs="Arial"/>
          <w:szCs w:val="24"/>
        </w:rPr>
        <w:t xml:space="preserve">, </w:t>
      </w:r>
      <w:proofErr w:type="spellStart"/>
      <w:r w:rsidRPr="007B2BD4">
        <w:rPr>
          <w:rFonts w:cs="Arial"/>
          <w:szCs w:val="24"/>
        </w:rPr>
        <w:t>хөтөлбөр</w:t>
      </w:r>
      <w:proofErr w:type="spellEnd"/>
      <w:r w:rsidRPr="007B2BD4">
        <w:rPr>
          <w:rFonts w:cs="Arial"/>
          <w:szCs w:val="24"/>
        </w:rPr>
        <w:t xml:space="preserve">, </w:t>
      </w:r>
      <w:proofErr w:type="spellStart"/>
      <w:r w:rsidRPr="007B2BD4">
        <w:rPr>
          <w:rFonts w:cs="Arial"/>
          <w:szCs w:val="24"/>
        </w:rPr>
        <w:t>иргэн</w:t>
      </w:r>
      <w:proofErr w:type="spellEnd"/>
      <w:r w:rsidRPr="007B2BD4">
        <w:rPr>
          <w:rFonts w:cs="Arial"/>
          <w:szCs w:val="24"/>
        </w:rPr>
        <w:t xml:space="preserve">, </w:t>
      </w:r>
      <w:proofErr w:type="spellStart"/>
      <w:r w:rsidRPr="007B2BD4">
        <w:rPr>
          <w:rFonts w:cs="Arial"/>
          <w:szCs w:val="24"/>
        </w:rPr>
        <w:t>хуулийн</w:t>
      </w:r>
      <w:proofErr w:type="spellEnd"/>
      <w:r w:rsidRPr="007B2BD4">
        <w:rPr>
          <w:rFonts w:cs="Arial"/>
          <w:szCs w:val="24"/>
        </w:rPr>
        <w:t xml:space="preserve"> </w:t>
      </w:r>
      <w:proofErr w:type="spellStart"/>
      <w:r w:rsidRPr="007B2BD4">
        <w:rPr>
          <w:rFonts w:cs="Arial"/>
          <w:szCs w:val="24"/>
        </w:rPr>
        <w:t>этгээдийн</w:t>
      </w:r>
      <w:proofErr w:type="spellEnd"/>
      <w:r w:rsidRPr="007B2BD4">
        <w:rPr>
          <w:rFonts w:cs="Arial"/>
          <w:szCs w:val="24"/>
        </w:rPr>
        <w:t xml:space="preserve"> </w:t>
      </w:r>
      <w:proofErr w:type="spellStart"/>
      <w:r w:rsidRPr="007B2BD4">
        <w:rPr>
          <w:rFonts w:cs="Arial"/>
          <w:szCs w:val="24"/>
        </w:rPr>
        <w:t>хөрөнгө</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хуульд</w:t>
      </w:r>
      <w:proofErr w:type="spellEnd"/>
      <w:r w:rsidRPr="007B2BD4">
        <w:rPr>
          <w:rFonts w:cs="Arial"/>
          <w:szCs w:val="24"/>
        </w:rPr>
        <w:t xml:space="preserve"> </w:t>
      </w:r>
      <w:proofErr w:type="spellStart"/>
      <w:r w:rsidRPr="007B2BD4">
        <w:rPr>
          <w:rFonts w:cs="Arial"/>
          <w:szCs w:val="24"/>
        </w:rPr>
        <w:t>хориглоогүй</w:t>
      </w:r>
      <w:proofErr w:type="spellEnd"/>
      <w:r w:rsidRPr="007B2BD4">
        <w:rPr>
          <w:rFonts w:cs="Arial"/>
          <w:szCs w:val="24"/>
        </w:rPr>
        <w:t xml:space="preserve"> </w:t>
      </w:r>
      <w:proofErr w:type="spellStart"/>
      <w:r w:rsidRPr="007B2BD4">
        <w:rPr>
          <w:rFonts w:cs="Arial"/>
          <w:szCs w:val="24"/>
        </w:rPr>
        <w:t>бусад</w:t>
      </w:r>
      <w:proofErr w:type="spellEnd"/>
      <w:r w:rsidRPr="007B2BD4">
        <w:rPr>
          <w:rFonts w:cs="Arial"/>
          <w:szCs w:val="24"/>
        </w:rPr>
        <w:t xml:space="preserve"> </w:t>
      </w:r>
      <w:proofErr w:type="spellStart"/>
      <w:r w:rsidRPr="007B2BD4">
        <w:rPr>
          <w:rFonts w:cs="Arial"/>
          <w:szCs w:val="24"/>
        </w:rPr>
        <w:t>эх</w:t>
      </w:r>
      <w:proofErr w:type="spellEnd"/>
      <w:r w:rsidRPr="007B2BD4">
        <w:rPr>
          <w:rFonts w:cs="Arial"/>
          <w:szCs w:val="24"/>
        </w:rPr>
        <w:t xml:space="preserve"> </w:t>
      </w:r>
      <w:proofErr w:type="spellStart"/>
      <w:r w:rsidRPr="007B2BD4">
        <w:rPr>
          <w:rFonts w:cs="Arial"/>
          <w:szCs w:val="24"/>
        </w:rPr>
        <w:t>үүсвэрээр</w:t>
      </w:r>
      <w:proofErr w:type="spellEnd"/>
      <w:r w:rsidRPr="007B2BD4">
        <w:rPr>
          <w:rFonts w:cs="Arial"/>
          <w:szCs w:val="24"/>
        </w:rPr>
        <w:t xml:space="preserve"> </w:t>
      </w:r>
      <w:proofErr w:type="spellStart"/>
      <w:r w:rsidRPr="007B2BD4">
        <w:rPr>
          <w:rFonts w:cs="Arial"/>
          <w:szCs w:val="24"/>
        </w:rPr>
        <w:t>санхүүжүүлнэ</w:t>
      </w:r>
      <w:proofErr w:type="spellEnd"/>
      <w:r w:rsidRPr="007B2BD4">
        <w:rPr>
          <w:rFonts w:cs="Arial"/>
          <w:szCs w:val="24"/>
        </w:rPr>
        <w:t>.</w:t>
      </w:r>
    </w:p>
    <w:p w14:paraId="726D128D" w14:textId="1E881092" w:rsidR="00544E5A" w:rsidRPr="007B2BD4" w:rsidRDefault="00000000">
      <w:pPr>
        <w:rPr>
          <w:rFonts w:cs="Arial"/>
          <w:szCs w:val="24"/>
        </w:rPr>
      </w:pPr>
      <w:proofErr w:type="spellStart"/>
      <w:r w:rsidRPr="007B2BD4">
        <w:rPr>
          <w:rFonts w:cs="Arial"/>
          <w:szCs w:val="24"/>
        </w:rPr>
        <w:t>Нөгөө</w:t>
      </w:r>
      <w:proofErr w:type="spellEnd"/>
      <w:r w:rsidRPr="007B2BD4">
        <w:rPr>
          <w:rFonts w:cs="Arial"/>
          <w:szCs w:val="24"/>
        </w:rPr>
        <w:t xml:space="preserve"> </w:t>
      </w:r>
      <w:proofErr w:type="spellStart"/>
      <w:r w:rsidRPr="007B2BD4">
        <w:rPr>
          <w:rFonts w:cs="Arial"/>
          <w:szCs w:val="24"/>
        </w:rPr>
        <w:t>талаас</w:t>
      </w:r>
      <w:proofErr w:type="spellEnd"/>
      <w:r w:rsidRPr="007B2BD4">
        <w:rPr>
          <w:rFonts w:cs="Arial"/>
          <w:szCs w:val="24"/>
        </w:rPr>
        <w:t xml:space="preserve"> </w:t>
      </w:r>
      <w:proofErr w:type="spellStart"/>
      <w:r w:rsidRPr="007B2BD4">
        <w:rPr>
          <w:rFonts w:cs="Arial"/>
          <w:szCs w:val="24"/>
        </w:rPr>
        <w:t>тарилтыг</w:t>
      </w:r>
      <w:proofErr w:type="spellEnd"/>
      <w:r w:rsidRPr="007B2BD4">
        <w:rPr>
          <w:rFonts w:cs="Arial"/>
          <w:szCs w:val="24"/>
        </w:rPr>
        <w:t xml:space="preserve"> </w:t>
      </w:r>
      <w:proofErr w:type="spellStart"/>
      <w:r w:rsidRPr="007B2BD4">
        <w:rPr>
          <w:rFonts w:cs="Arial"/>
          <w:szCs w:val="24"/>
        </w:rPr>
        <w:t>газар</w:t>
      </w:r>
      <w:proofErr w:type="spellEnd"/>
      <w:r w:rsidRPr="007B2BD4">
        <w:rPr>
          <w:rFonts w:cs="Arial"/>
          <w:szCs w:val="24"/>
        </w:rPr>
        <w:t xml:space="preserve">, </w:t>
      </w:r>
      <w:proofErr w:type="spellStart"/>
      <w:r w:rsidRPr="007B2BD4">
        <w:rPr>
          <w:rFonts w:cs="Arial"/>
          <w:szCs w:val="24"/>
        </w:rPr>
        <w:t>хөрс</w:t>
      </w:r>
      <w:proofErr w:type="spellEnd"/>
      <w:r w:rsidRPr="007B2BD4">
        <w:rPr>
          <w:rFonts w:cs="Arial"/>
          <w:szCs w:val="24"/>
        </w:rPr>
        <w:t xml:space="preserve">, </w:t>
      </w:r>
      <w:proofErr w:type="spellStart"/>
      <w:r w:rsidRPr="007B2BD4">
        <w:rPr>
          <w:rFonts w:cs="Arial"/>
          <w:szCs w:val="24"/>
        </w:rPr>
        <w:t>усалгаа</w:t>
      </w:r>
      <w:proofErr w:type="spellEnd"/>
      <w:r w:rsidRPr="007B2BD4">
        <w:rPr>
          <w:rFonts w:cs="Arial"/>
          <w:szCs w:val="24"/>
        </w:rPr>
        <w:t xml:space="preserve">, </w:t>
      </w:r>
      <w:proofErr w:type="spellStart"/>
      <w:r w:rsidRPr="007B2BD4">
        <w:rPr>
          <w:rFonts w:cs="Arial"/>
          <w:szCs w:val="24"/>
        </w:rPr>
        <w:t>арчилгааны</w:t>
      </w:r>
      <w:proofErr w:type="spellEnd"/>
      <w:r w:rsidRPr="007B2BD4">
        <w:rPr>
          <w:rFonts w:cs="Arial"/>
          <w:szCs w:val="24"/>
        </w:rPr>
        <w:t xml:space="preserve"> </w:t>
      </w:r>
      <w:proofErr w:type="spellStart"/>
      <w:r w:rsidRPr="007B2BD4">
        <w:rPr>
          <w:rFonts w:cs="Arial"/>
          <w:szCs w:val="24"/>
        </w:rPr>
        <w:t>бодит</w:t>
      </w:r>
      <w:proofErr w:type="spellEnd"/>
      <w:r w:rsidRPr="007B2BD4">
        <w:rPr>
          <w:rFonts w:cs="Arial"/>
          <w:szCs w:val="24"/>
        </w:rPr>
        <w:t xml:space="preserve"> </w:t>
      </w:r>
      <w:proofErr w:type="spellStart"/>
      <w:r w:rsidRPr="007B2BD4">
        <w:rPr>
          <w:rFonts w:cs="Arial"/>
          <w:szCs w:val="24"/>
        </w:rPr>
        <w:t>чадавхтай</w:t>
      </w:r>
      <w:proofErr w:type="spellEnd"/>
      <w:r w:rsidRPr="007B2BD4">
        <w:rPr>
          <w:rFonts w:cs="Arial"/>
          <w:szCs w:val="24"/>
        </w:rPr>
        <w:t xml:space="preserve"> </w:t>
      </w:r>
      <w:proofErr w:type="spellStart"/>
      <w:r w:rsidRPr="007B2BD4">
        <w:rPr>
          <w:rFonts w:cs="Arial"/>
          <w:szCs w:val="24"/>
        </w:rPr>
        <w:t>уялдуулж</w:t>
      </w:r>
      <w:proofErr w:type="spellEnd"/>
      <w:r w:rsidRPr="007B2BD4">
        <w:rPr>
          <w:rFonts w:cs="Arial"/>
          <w:szCs w:val="24"/>
        </w:rPr>
        <w:t xml:space="preserve">, </w:t>
      </w:r>
      <w:proofErr w:type="spellStart"/>
      <w:r w:rsidRPr="007B2BD4">
        <w:rPr>
          <w:rFonts w:cs="Arial"/>
          <w:szCs w:val="24"/>
        </w:rPr>
        <w:t>гэрээний</w:t>
      </w:r>
      <w:proofErr w:type="spellEnd"/>
      <w:r w:rsidRPr="007B2BD4">
        <w:rPr>
          <w:rFonts w:cs="Arial"/>
          <w:szCs w:val="24"/>
        </w:rPr>
        <w:t xml:space="preserve"> </w:t>
      </w:r>
      <w:proofErr w:type="spellStart"/>
      <w:r w:rsidRPr="007B2BD4">
        <w:rPr>
          <w:rFonts w:cs="Arial"/>
          <w:szCs w:val="24"/>
        </w:rPr>
        <w:t>төлбөрийг</w:t>
      </w:r>
      <w:proofErr w:type="spellEnd"/>
      <w:r w:rsidRPr="007B2BD4">
        <w:rPr>
          <w:rFonts w:cs="Arial"/>
          <w:szCs w:val="24"/>
        </w:rPr>
        <w:t xml:space="preserve"> </w:t>
      </w:r>
      <w:proofErr w:type="spellStart"/>
      <w:r w:rsidRPr="007B2BD4">
        <w:rPr>
          <w:rFonts w:cs="Arial"/>
          <w:szCs w:val="24"/>
        </w:rPr>
        <w:t>хоёр</w:t>
      </w:r>
      <w:proofErr w:type="spellEnd"/>
      <w:r w:rsidRPr="007B2BD4">
        <w:rPr>
          <w:rFonts w:cs="Arial"/>
          <w:szCs w:val="24"/>
        </w:rPr>
        <w:t xml:space="preserve"> </w:t>
      </w:r>
      <w:proofErr w:type="spellStart"/>
      <w:r w:rsidRPr="007B2BD4">
        <w:rPr>
          <w:rFonts w:cs="Arial"/>
          <w:szCs w:val="24"/>
        </w:rPr>
        <w:t>ургалтын</w:t>
      </w:r>
      <w:proofErr w:type="spellEnd"/>
      <w:r w:rsidRPr="007B2BD4">
        <w:rPr>
          <w:rFonts w:cs="Arial"/>
          <w:szCs w:val="24"/>
        </w:rPr>
        <w:t xml:space="preserve"> </w:t>
      </w:r>
      <w:proofErr w:type="spellStart"/>
      <w:r w:rsidRPr="007B2BD4">
        <w:rPr>
          <w:rFonts w:cs="Arial"/>
          <w:szCs w:val="24"/>
        </w:rPr>
        <w:t>улирал</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гурван</w:t>
      </w:r>
      <w:proofErr w:type="spellEnd"/>
      <w:r w:rsidRPr="007B2BD4">
        <w:rPr>
          <w:rFonts w:cs="Arial"/>
          <w:szCs w:val="24"/>
        </w:rPr>
        <w:t xml:space="preserve"> </w:t>
      </w:r>
      <w:proofErr w:type="spellStart"/>
      <w:r w:rsidRPr="007B2BD4">
        <w:rPr>
          <w:rFonts w:cs="Arial"/>
          <w:szCs w:val="24"/>
        </w:rPr>
        <w:t>жилийн</w:t>
      </w:r>
      <w:proofErr w:type="spellEnd"/>
      <w:r w:rsidRPr="007B2BD4">
        <w:rPr>
          <w:rFonts w:cs="Arial"/>
          <w:szCs w:val="24"/>
        </w:rPr>
        <w:t xml:space="preserve"> </w:t>
      </w:r>
      <w:proofErr w:type="spellStart"/>
      <w:r w:rsidRPr="007B2BD4">
        <w:rPr>
          <w:rFonts w:cs="Arial"/>
          <w:szCs w:val="24"/>
        </w:rPr>
        <w:t>тогтворжилтын</w:t>
      </w:r>
      <w:proofErr w:type="spellEnd"/>
      <w:r w:rsidRPr="007B2BD4">
        <w:rPr>
          <w:rFonts w:cs="Arial"/>
          <w:szCs w:val="24"/>
        </w:rPr>
        <w:t xml:space="preserve"> </w:t>
      </w:r>
      <w:proofErr w:type="spellStart"/>
      <w:r w:rsidRPr="007B2BD4">
        <w:rPr>
          <w:rFonts w:cs="Arial"/>
          <w:szCs w:val="24"/>
        </w:rPr>
        <w:t>үр</w:t>
      </w:r>
      <w:proofErr w:type="spellEnd"/>
      <w:r w:rsidRPr="007B2BD4">
        <w:rPr>
          <w:rFonts w:cs="Arial"/>
          <w:szCs w:val="24"/>
        </w:rPr>
        <w:t xml:space="preserve"> </w:t>
      </w:r>
      <w:proofErr w:type="spellStart"/>
      <w:r w:rsidRPr="007B2BD4">
        <w:rPr>
          <w:rFonts w:cs="Arial"/>
          <w:szCs w:val="24"/>
        </w:rPr>
        <w:t>дүнгээр</w:t>
      </w:r>
      <w:proofErr w:type="spellEnd"/>
      <w:r w:rsidRPr="007B2BD4">
        <w:rPr>
          <w:rFonts w:cs="Arial"/>
          <w:szCs w:val="24"/>
        </w:rPr>
        <w:t xml:space="preserve"> </w:t>
      </w:r>
      <w:proofErr w:type="spellStart"/>
      <w:r w:rsidRPr="007B2BD4">
        <w:rPr>
          <w:rFonts w:cs="Arial"/>
          <w:szCs w:val="24"/>
        </w:rPr>
        <w:t>үе</w:t>
      </w:r>
      <w:proofErr w:type="spellEnd"/>
      <w:r w:rsidRPr="007B2BD4">
        <w:rPr>
          <w:rFonts w:cs="Arial"/>
          <w:szCs w:val="24"/>
        </w:rPr>
        <w:t xml:space="preserve"> </w:t>
      </w:r>
      <w:proofErr w:type="spellStart"/>
      <w:r w:rsidRPr="007B2BD4">
        <w:rPr>
          <w:rFonts w:cs="Arial"/>
          <w:szCs w:val="24"/>
        </w:rPr>
        <w:t>шаттай</w:t>
      </w:r>
      <w:proofErr w:type="spellEnd"/>
      <w:r w:rsidRPr="007B2BD4">
        <w:rPr>
          <w:rFonts w:cs="Arial"/>
          <w:szCs w:val="24"/>
        </w:rPr>
        <w:t xml:space="preserve"> </w:t>
      </w:r>
      <w:proofErr w:type="spellStart"/>
      <w:r w:rsidRPr="007B2BD4">
        <w:rPr>
          <w:rFonts w:cs="Arial"/>
          <w:szCs w:val="24"/>
        </w:rPr>
        <w:t>олгох</w:t>
      </w:r>
      <w:proofErr w:type="spellEnd"/>
      <w:r w:rsidRPr="007B2BD4">
        <w:rPr>
          <w:rFonts w:cs="Arial"/>
          <w:szCs w:val="24"/>
        </w:rPr>
        <w:t xml:space="preserve"> </w:t>
      </w:r>
      <w:proofErr w:type="spellStart"/>
      <w:r w:rsidRPr="007B2BD4">
        <w:rPr>
          <w:rFonts w:cs="Arial"/>
          <w:szCs w:val="24"/>
        </w:rPr>
        <w:t>нь</w:t>
      </w:r>
      <w:proofErr w:type="spellEnd"/>
      <w:r w:rsidRPr="007B2BD4">
        <w:rPr>
          <w:rFonts w:cs="Arial"/>
          <w:szCs w:val="24"/>
        </w:rPr>
        <w:t xml:space="preserve"> </w:t>
      </w:r>
      <w:proofErr w:type="spellStart"/>
      <w:r w:rsidRPr="007B2BD4">
        <w:rPr>
          <w:rFonts w:cs="Arial"/>
          <w:szCs w:val="24"/>
        </w:rPr>
        <w:t>амьдраагүй</w:t>
      </w:r>
      <w:proofErr w:type="spellEnd"/>
      <w:r w:rsidRPr="007B2BD4">
        <w:rPr>
          <w:rFonts w:cs="Arial"/>
          <w:szCs w:val="24"/>
        </w:rPr>
        <w:t xml:space="preserve"> </w:t>
      </w:r>
      <w:proofErr w:type="spellStart"/>
      <w:r w:rsidRPr="007B2BD4">
        <w:rPr>
          <w:rFonts w:cs="Arial"/>
          <w:szCs w:val="24"/>
        </w:rPr>
        <w:t>тарилтад</w:t>
      </w:r>
      <w:proofErr w:type="spellEnd"/>
      <w:r w:rsidRPr="007B2BD4">
        <w:rPr>
          <w:rFonts w:cs="Arial"/>
          <w:szCs w:val="24"/>
        </w:rPr>
        <w:t xml:space="preserve"> </w:t>
      </w:r>
      <w:proofErr w:type="spellStart"/>
      <w:r w:rsidRPr="007B2BD4">
        <w:rPr>
          <w:rFonts w:cs="Arial"/>
          <w:szCs w:val="24"/>
        </w:rPr>
        <w:t>давтан</w:t>
      </w:r>
      <w:proofErr w:type="spellEnd"/>
      <w:r w:rsidRPr="007B2BD4">
        <w:rPr>
          <w:rFonts w:cs="Arial"/>
          <w:szCs w:val="24"/>
        </w:rPr>
        <w:t xml:space="preserve"> </w:t>
      </w:r>
      <w:proofErr w:type="spellStart"/>
      <w:r w:rsidRPr="007B2BD4">
        <w:rPr>
          <w:rFonts w:cs="Arial"/>
          <w:szCs w:val="24"/>
        </w:rPr>
        <w:t>зардал</w:t>
      </w:r>
      <w:proofErr w:type="spellEnd"/>
      <w:r w:rsidRPr="007B2BD4">
        <w:rPr>
          <w:rFonts w:cs="Arial"/>
          <w:szCs w:val="24"/>
        </w:rPr>
        <w:t xml:space="preserve"> </w:t>
      </w:r>
      <w:proofErr w:type="spellStart"/>
      <w:r w:rsidRPr="007B2BD4">
        <w:rPr>
          <w:rFonts w:cs="Arial"/>
          <w:szCs w:val="24"/>
        </w:rPr>
        <w:t>гаргах</w:t>
      </w:r>
      <w:proofErr w:type="spellEnd"/>
      <w:r w:rsidRPr="007B2BD4">
        <w:rPr>
          <w:rFonts w:cs="Arial"/>
          <w:szCs w:val="24"/>
        </w:rPr>
        <w:t xml:space="preserve">, </w:t>
      </w:r>
      <w:proofErr w:type="spellStart"/>
      <w:r w:rsidRPr="007B2BD4">
        <w:rPr>
          <w:rFonts w:cs="Arial"/>
          <w:szCs w:val="24"/>
        </w:rPr>
        <w:t>давхар</w:t>
      </w:r>
      <w:proofErr w:type="spellEnd"/>
      <w:r w:rsidRPr="007B2BD4">
        <w:rPr>
          <w:rFonts w:cs="Arial"/>
          <w:szCs w:val="24"/>
        </w:rPr>
        <w:t xml:space="preserve"> </w:t>
      </w:r>
      <w:proofErr w:type="spellStart"/>
      <w:r w:rsidRPr="007B2BD4">
        <w:rPr>
          <w:rFonts w:cs="Arial"/>
          <w:szCs w:val="24"/>
        </w:rPr>
        <w:t>бүртгэх</w:t>
      </w:r>
      <w:proofErr w:type="spellEnd"/>
      <w:r w:rsidRPr="007B2BD4">
        <w:rPr>
          <w:rFonts w:cs="Arial"/>
          <w:szCs w:val="24"/>
        </w:rPr>
        <w:t xml:space="preserve">, </w:t>
      </w:r>
      <w:proofErr w:type="spellStart"/>
      <w:r w:rsidRPr="007B2BD4">
        <w:rPr>
          <w:rFonts w:cs="Arial"/>
          <w:szCs w:val="24"/>
        </w:rPr>
        <w:t>зориулалтгүй</w:t>
      </w:r>
      <w:proofErr w:type="spellEnd"/>
      <w:r w:rsidRPr="007B2BD4">
        <w:rPr>
          <w:rFonts w:cs="Arial"/>
          <w:szCs w:val="24"/>
        </w:rPr>
        <w:t xml:space="preserve"> </w:t>
      </w:r>
      <w:proofErr w:type="spellStart"/>
      <w:r w:rsidRPr="007B2BD4">
        <w:rPr>
          <w:rFonts w:cs="Arial"/>
          <w:szCs w:val="24"/>
        </w:rPr>
        <w:t>санхүүжилт</w:t>
      </w:r>
      <w:proofErr w:type="spellEnd"/>
      <w:r w:rsidRPr="007B2BD4">
        <w:rPr>
          <w:rFonts w:cs="Arial"/>
          <w:szCs w:val="24"/>
        </w:rPr>
        <w:t xml:space="preserve"> </w:t>
      </w:r>
      <w:proofErr w:type="spellStart"/>
      <w:r w:rsidRPr="007B2BD4">
        <w:rPr>
          <w:rFonts w:cs="Arial"/>
          <w:szCs w:val="24"/>
        </w:rPr>
        <w:t>хийх</w:t>
      </w:r>
      <w:proofErr w:type="spellEnd"/>
      <w:r w:rsidRPr="007B2BD4">
        <w:rPr>
          <w:rFonts w:cs="Arial"/>
          <w:szCs w:val="24"/>
        </w:rPr>
        <w:t xml:space="preserve"> </w:t>
      </w:r>
      <w:proofErr w:type="spellStart"/>
      <w:r w:rsidRPr="007B2BD4">
        <w:rPr>
          <w:rFonts w:cs="Arial"/>
          <w:szCs w:val="24"/>
        </w:rPr>
        <w:t>эрсдэлийг</w:t>
      </w:r>
      <w:proofErr w:type="spellEnd"/>
      <w:r w:rsidRPr="007B2BD4">
        <w:rPr>
          <w:rFonts w:cs="Arial"/>
          <w:szCs w:val="24"/>
        </w:rPr>
        <w:t xml:space="preserve"> </w:t>
      </w:r>
      <w:proofErr w:type="spellStart"/>
      <w:r w:rsidRPr="007B2BD4">
        <w:rPr>
          <w:rFonts w:cs="Arial"/>
          <w:szCs w:val="24"/>
        </w:rPr>
        <w:t>бууруулна</w:t>
      </w:r>
      <w:proofErr w:type="spellEnd"/>
      <w:r w:rsidRPr="007B2BD4">
        <w:rPr>
          <w:rFonts w:cs="Arial"/>
          <w:szCs w:val="24"/>
        </w:rPr>
        <w:t xml:space="preserve">. </w:t>
      </w:r>
      <w:proofErr w:type="spellStart"/>
      <w:r w:rsidRPr="007B2BD4">
        <w:rPr>
          <w:rFonts w:cs="Arial"/>
          <w:szCs w:val="24"/>
        </w:rPr>
        <w:t>Нийт</w:t>
      </w:r>
      <w:proofErr w:type="spellEnd"/>
      <w:r w:rsidRPr="007B2BD4">
        <w:rPr>
          <w:rFonts w:cs="Arial"/>
          <w:szCs w:val="24"/>
        </w:rPr>
        <w:t xml:space="preserve"> </w:t>
      </w:r>
      <w:proofErr w:type="spellStart"/>
      <w:r w:rsidR="00826B1F">
        <w:rPr>
          <w:rFonts w:cs="Arial"/>
          <w:szCs w:val="24"/>
        </w:rPr>
        <w:lastRenderedPageBreak/>
        <w:t>ургамлын</w:t>
      </w:r>
      <w:proofErr w:type="spellEnd"/>
      <w:r w:rsidR="00826B1F">
        <w:rPr>
          <w:rFonts w:cs="Arial"/>
          <w:szCs w:val="24"/>
        </w:rPr>
        <w:t xml:space="preserve"> </w:t>
      </w:r>
      <w:proofErr w:type="spellStart"/>
      <w:r w:rsidRPr="007B2BD4">
        <w:rPr>
          <w:rFonts w:cs="Arial"/>
          <w:szCs w:val="24"/>
        </w:rPr>
        <w:t>амьдрал</w:t>
      </w:r>
      <w:r w:rsidR="00826B1F">
        <w:rPr>
          <w:rFonts w:cs="Arial"/>
          <w:szCs w:val="24"/>
        </w:rPr>
        <w:t>т</w:t>
      </w:r>
      <w:r w:rsidRPr="007B2BD4">
        <w:rPr>
          <w:rFonts w:cs="Arial"/>
          <w:szCs w:val="24"/>
        </w:rPr>
        <w:t>ын</w:t>
      </w:r>
      <w:proofErr w:type="spellEnd"/>
      <w:r w:rsidRPr="007B2BD4">
        <w:rPr>
          <w:rFonts w:cs="Arial"/>
          <w:szCs w:val="24"/>
        </w:rPr>
        <w:t xml:space="preserve"> </w:t>
      </w:r>
      <w:proofErr w:type="spellStart"/>
      <w:r w:rsidRPr="007B2BD4">
        <w:rPr>
          <w:rFonts w:cs="Arial"/>
          <w:szCs w:val="24"/>
        </w:rPr>
        <w:t>мөчлөгийн</w:t>
      </w:r>
      <w:proofErr w:type="spellEnd"/>
      <w:r w:rsidRPr="007B2BD4">
        <w:rPr>
          <w:rFonts w:cs="Arial"/>
          <w:szCs w:val="24"/>
        </w:rPr>
        <w:t xml:space="preserve"> </w:t>
      </w:r>
      <w:proofErr w:type="spellStart"/>
      <w:r w:rsidRPr="007B2BD4">
        <w:rPr>
          <w:rFonts w:cs="Arial"/>
          <w:szCs w:val="24"/>
        </w:rPr>
        <w:t>өртөг</w:t>
      </w:r>
      <w:proofErr w:type="spellEnd"/>
      <w:r w:rsidRPr="007B2BD4">
        <w:rPr>
          <w:rFonts w:cs="Arial"/>
          <w:szCs w:val="24"/>
        </w:rPr>
        <w:t xml:space="preserve">, </w:t>
      </w:r>
      <w:proofErr w:type="spellStart"/>
      <w:r w:rsidRPr="007B2BD4">
        <w:rPr>
          <w:rFonts w:cs="Arial"/>
          <w:szCs w:val="24"/>
        </w:rPr>
        <w:t>усны</w:t>
      </w:r>
      <w:proofErr w:type="spellEnd"/>
      <w:r w:rsidRPr="007B2BD4">
        <w:rPr>
          <w:rFonts w:cs="Arial"/>
          <w:szCs w:val="24"/>
        </w:rPr>
        <w:t xml:space="preserve"> </w:t>
      </w:r>
      <w:proofErr w:type="spellStart"/>
      <w:r w:rsidRPr="007B2BD4">
        <w:rPr>
          <w:rFonts w:cs="Arial"/>
          <w:szCs w:val="24"/>
        </w:rPr>
        <w:t>хэрэглээ</w:t>
      </w:r>
      <w:proofErr w:type="spellEnd"/>
      <w:r w:rsidRPr="007B2BD4">
        <w:rPr>
          <w:rFonts w:cs="Arial"/>
          <w:szCs w:val="24"/>
        </w:rPr>
        <w:t xml:space="preserve">, </w:t>
      </w:r>
      <w:proofErr w:type="spellStart"/>
      <w:r w:rsidRPr="007B2BD4">
        <w:rPr>
          <w:rFonts w:cs="Arial"/>
          <w:szCs w:val="24"/>
        </w:rPr>
        <w:t>орон</w:t>
      </w:r>
      <w:proofErr w:type="spellEnd"/>
      <w:r w:rsidRPr="007B2BD4">
        <w:rPr>
          <w:rFonts w:cs="Arial"/>
          <w:szCs w:val="24"/>
        </w:rPr>
        <w:t xml:space="preserve"> </w:t>
      </w:r>
      <w:proofErr w:type="spellStart"/>
      <w:r w:rsidRPr="007B2BD4">
        <w:rPr>
          <w:rFonts w:cs="Arial"/>
          <w:szCs w:val="24"/>
        </w:rPr>
        <w:t>нутгийн</w:t>
      </w:r>
      <w:proofErr w:type="spellEnd"/>
      <w:r w:rsidRPr="007B2BD4">
        <w:rPr>
          <w:rFonts w:cs="Arial"/>
          <w:szCs w:val="24"/>
        </w:rPr>
        <w:t xml:space="preserve"> </w:t>
      </w:r>
      <w:proofErr w:type="spellStart"/>
      <w:r w:rsidRPr="007B2BD4">
        <w:rPr>
          <w:rFonts w:cs="Arial"/>
          <w:szCs w:val="24"/>
        </w:rPr>
        <w:t>төрөл</w:t>
      </w:r>
      <w:proofErr w:type="spellEnd"/>
      <w:r w:rsidRPr="007B2BD4">
        <w:rPr>
          <w:rFonts w:cs="Arial"/>
          <w:szCs w:val="24"/>
        </w:rPr>
        <w:t xml:space="preserve"> </w:t>
      </w:r>
      <w:proofErr w:type="spellStart"/>
      <w:r w:rsidRPr="007B2BD4">
        <w:rPr>
          <w:rFonts w:cs="Arial"/>
          <w:szCs w:val="24"/>
        </w:rPr>
        <w:t>зүйл</w:t>
      </w:r>
      <w:proofErr w:type="spellEnd"/>
      <w:r w:rsidRPr="007B2BD4">
        <w:rPr>
          <w:rFonts w:cs="Arial"/>
          <w:szCs w:val="24"/>
        </w:rPr>
        <w:t xml:space="preserve">, </w:t>
      </w:r>
      <w:proofErr w:type="spellStart"/>
      <w:r w:rsidRPr="007B2BD4">
        <w:rPr>
          <w:rFonts w:cs="Arial"/>
          <w:szCs w:val="24"/>
        </w:rPr>
        <w:t>өмнөх</w:t>
      </w:r>
      <w:proofErr w:type="spellEnd"/>
      <w:r w:rsidRPr="007B2BD4">
        <w:rPr>
          <w:rFonts w:cs="Arial"/>
          <w:szCs w:val="24"/>
        </w:rPr>
        <w:t xml:space="preserve"> </w:t>
      </w:r>
      <w:proofErr w:type="spellStart"/>
      <w:r w:rsidRPr="007B2BD4">
        <w:rPr>
          <w:rFonts w:cs="Arial"/>
          <w:szCs w:val="24"/>
        </w:rPr>
        <w:t>ажлын</w:t>
      </w:r>
      <w:proofErr w:type="spellEnd"/>
      <w:r w:rsidRPr="007B2BD4">
        <w:rPr>
          <w:rFonts w:cs="Arial"/>
          <w:szCs w:val="24"/>
        </w:rPr>
        <w:t xml:space="preserve"> </w:t>
      </w:r>
      <w:proofErr w:type="spellStart"/>
      <w:r w:rsidRPr="007B2BD4">
        <w:rPr>
          <w:rFonts w:cs="Arial"/>
          <w:szCs w:val="24"/>
        </w:rPr>
        <w:t>амьдралтын</w:t>
      </w:r>
      <w:proofErr w:type="spellEnd"/>
      <w:r w:rsidRPr="007B2BD4">
        <w:rPr>
          <w:rFonts w:cs="Arial"/>
          <w:szCs w:val="24"/>
        </w:rPr>
        <w:t xml:space="preserve"> </w:t>
      </w:r>
      <w:proofErr w:type="spellStart"/>
      <w:r w:rsidRPr="007B2BD4">
        <w:rPr>
          <w:rFonts w:cs="Arial"/>
          <w:szCs w:val="24"/>
        </w:rPr>
        <w:t>үр</w:t>
      </w:r>
      <w:proofErr w:type="spellEnd"/>
      <w:r w:rsidRPr="007B2BD4">
        <w:rPr>
          <w:rFonts w:cs="Arial"/>
          <w:szCs w:val="24"/>
        </w:rPr>
        <w:t xml:space="preserve"> </w:t>
      </w:r>
      <w:proofErr w:type="spellStart"/>
      <w:r w:rsidRPr="007B2BD4">
        <w:rPr>
          <w:rFonts w:cs="Arial"/>
          <w:szCs w:val="24"/>
        </w:rPr>
        <w:t>дүнг</w:t>
      </w:r>
      <w:proofErr w:type="spellEnd"/>
      <w:r w:rsidRPr="007B2BD4">
        <w:rPr>
          <w:rFonts w:cs="Arial"/>
          <w:szCs w:val="24"/>
        </w:rPr>
        <w:t xml:space="preserve"> </w:t>
      </w:r>
      <w:proofErr w:type="spellStart"/>
      <w:r w:rsidRPr="007B2BD4">
        <w:rPr>
          <w:rFonts w:cs="Arial"/>
          <w:szCs w:val="24"/>
        </w:rPr>
        <w:t>худалдан</w:t>
      </w:r>
      <w:proofErr w:type="spellEnd"/>
      <w:r w:rsidRPr="007B2BD4">
        <w:rPr>
          <w:rFonts w:cs="Arial"/>
          <w:szCs w:val="24"/>
        </w:rPr>
        <w:t xml:space="preserve"> </w:t>
      </w:r>
      <w:proofErr w:type="spellStart"/>
      <w:r w:rsidRPr="007B2BD4">
        <w:rPr>
          <w:rFonts w:cs="Arial"/>
          <w:szCs w:val="24"/>
        </w:rPr>
        <w:t>авах</w:t>
      </w:r>
      <w:proofErr w:type="spellEnd"/>
      <w:r w:rsidRPr="007B2BD4">
        <w:rPr>
          <w:rFonts w:cs="Arial"/>
          <w:szCs w:val="24"/>
        </w:rPr>
        <w:t xml:space="preserve"> </w:t>
      </w:r>
      <w:proofErr w:type="spellStart"/>
      <w:r w:rsidRPr="007B2BD4">
        <w:rPr>
          <w:rFonts w:cs="Arial"/>
          <w:szCs w:val="24"/>
        </w:rPr>
        <w:t>ажиллагаанд</w:t>
      </w:r>
      <w:proofErr w:type="spellEnd"/>
      <w:r w:rsidRPr="007B2BD4">
        <w:rPr>
          <w:rFonts w:cs="Arial"/>
          <w:szCs w:val="24"/>
        </w:rPr>
        <w:t xml:space="preserve"> </w:t>
      </w:r>
      <w:proofErr w:type="spellStart"/>
      <w:r w:rsidRPr="007B2BD4">
        <w:rPr>
          <w:rFonts w:cs="Arial"/>
          <w:szCs w:val="24"/>
        </w:rPr>
        <w:t>харгалзах</w:t>
      </w:r>
      <w:proofErr w:type="spellEnd"/>
      <w:r w:rsidRPr="007B2BD4">
        <w:rPr>
          <w:rFonts w:cs="Arial"/>
          <w:szCs w:val="24"/>
        </w:rPr>
        <w:t xml:space="preserve"> </w:t>
      </w:r>
      <w:proofErr w:type="spellStart"/>
      <w:r w:rsidRPr="007B2BD4">
        <w:rPr>
          <w:rFonts w:cs="Arial"/>
          <w:szCs w:val="24"/>
        </w:rPr>
        <w:t>нь</w:t>
      </w:r>
      <w:proofErr w:type="spellEnd"/>
      <w:r w:rsidRPr="007B2BD4">
        <w:rPr>
          <w:rFonts w:cs="Arial"/>
          <w:szCs w:val="24"/>
        </w:rPr>
        <w:t xml:space="preserve"> </w:t>
      </w:r>
      <w:proofErr w:type="spellStart"/>
      <w:r w:rsidRPr="007B2BD4">
        <w:rPr>
          <w:rFonts w:cs="Arial"/>
          <w:szCs w:val="24"/>
        </w:rPr>
        <w:t>төсвийн</w:t>
      </w:r>
      <w:proofErr w:type="spellEnd"/>
      <w:r w:rsidRPr="007B2BD4">
        <w:rPr>
          <w:rFonts w:cs="Arial"/>
          <w:szCs w:val="24"/>
        </w:rPr>
        <w:t xml:space="preserve"> </w:t>
      </w:r>
      <w:proofErr w:type="spellStart"/>
      <w:r w:rsidRPr="007B2BD4">
        <w:rPr>
          <w:rFonts w:cs="Arial"/>
          <w:szCs w:val="24"/>
        </w:rPr>
        <w:t>урт</w:t>
      </w:r>
      <w:proofErr w:type="spellEnd"/>
      <w:r w:rsidRPr="007B2BD4">
        <w:rPr>
          <w:rFonts w:cs="Arial"/>
          <w:szCs w:val="24"/>
        </w:rPr>
        <w:t xml:space="preserve"> </w:t>
      </w:r>
      <w:proofErr w:type="spellStart"/>
      <w:r w:rsidRPr="007B2BD4">
        <w:rPr>
          <w:rFonts w:cs="Arial"/>
          <w:szCs w:val="24"/>
        </w:rPr>
        <w:t>хугацааны</w:t>
      </w:r>
      <w:proofErr w:type="spellEnd"/>
      <w:r w:rsidRPr="007B2BD4">
        <w:rPr>
          <w:rFonts w:cs="Arial"/>
          <w:szCs w:val="24"/>
        </w:rPr>
        <w:t xml:space="preserve"> </w:t>
      </w:r>
      <w:proofErr w:type="spellStart"/>
      <w:r w:rsidRPr="007B2BD4">
        <w:rPr>
          <w:rFonts w:cs="Arial"/>
          <w:szCs w:val="24"/>
        </w:rPr>
        <w:t>үр</w:t>
      </w:r>
      <w:proofErr w:type="spellEnd"/>
      <w:r w:rsidRPr="007B2BD4">
        <w:rPr>
          <w:rFonts w:cs="Arial"/>
          <w:szCs w:val="24"/>
        </w:rPr>
        <w:t xml:space="preserve"> </w:t>
      </w:r>
      <w:proofErr w:type="spellStart"/>
      <w:r w:rsidRPr="007B2BD4">
        <w:rPr>
          <w:rFonts w:cs="Arial"/>
          <w:szCs w:val="24"/>
        </w:rPr>
        <w:t>ашгийг</w:t>
      </w:r>
      <w:proofErr w:type="spellEnd"/>
      <w:r w:rsidRPr="007B2BD4">
        <w:rPr>
          <w:rFonts w:cs="Arial"/>
          <w:szCs w:val="24"/>
        </w:rPr>
        <w:t xml:space="preserve"> </w:t>
      </w:r>
      <w:proofErr w:type="spellStart"/>
      <w:r w:rsidRPr="007B2BD4">
        <w:rPr>
          <w:rFonts w:cs="Arial"/>
          <w:szCs w:val="24"/>
        </w:rPr>
        <w:t>нэмэгдүүлнэ</w:t>
      </w:r>
      <w:proofErr w:type="spellEnd"/>
      <w:r w:rsidRPr="007B2BD4">
        <w:rPr>
          <w:rFonts w:cs="Arial"/>
          <w:szCs w:val="24"/>
        </w:rPr>
        <w:t>.</w:t>
      </w:r>
    </w:p>
    <w:p w14:paraId="5D6D8CDA" w14:textId="77777777" w:rsidR="00544E5A" w:rsidRPr="007B2BD4" w:rsidRDefault="00000000">
      <w:pPr>
        <w:rPr>
          <w:rFonts w:cs="Arial"/>
          <w:szCs w:val="24"/>
        </w:rPr>
      </w:pPr>
      <w:proofErr w:type="spellStart"/>
      <w:r w:rsidRPr="007B2BD4">
        <w:rPr>
          <w:rFonts w:cs="Arial"/>
          <w:szCs w:val="24"/>
        </w:rPr>
        <w:t>Хуулийн</w:t>
      </w:r>
      <w:proofErr w:type="spellEnd"/>
      <w:r w:rsidRPr="007B2BD4">
        <w:rPr>
          <w:rFonts w:cs="Arial"/>
          <w:szCs w:val="24"/>
        </w:rPr>
        <w:t xml:space="preserve"> </w:t>
      </w:r>
      <w:proofErr w:type="spellStart"/>
      <w:r w:rsidRPr="007B2BD4">
        <w:rPr>
          <w:rFonts w:cs="Arial"/>
          <w:szCs w:val="24"/>
        </w:rPr>
        <w:t>төсөлтэй</w:t>
      </w:r>
      <w:proofErr w:type="spellEnd"/>
      <w:r w:rsidRPr="007B2BD4">
        <w:rPr>
          <w:rFonts w:cs="Arial"/>
          <w:szCs w:val="24"/>
        </w:rPr>
        <w:t xml:space="preserve"> </w:t>
      </w:r>
      <w:proofErr w:type="spellStart"/>
      <w:r w:rsidRPr="007B2BD4">
        <w:rPr>
          <w:rFonts w:cs="Arial"/>
          <w:szCs w:val="24"/>
        </w:rPr>
        <w:t>хамт</w:t>
      </w:r>
      <w:proofErr w:type="spellEnd"/>
      <w:r w:rsidRPr="007B2BD4">
        <w:rPr>
          <w:rFonts w:cs="Arial"/>
          <w:szCs w:val="24"/>
        </w:rPr>
        <w:t xml:space="preserve"> </w:t>
      </w:r>
      <w:proofErr w:type="spellStart"/>
      <w:r w:rsidRPr="007B2BD4">
        <w:rPr>
          <w:rFonts w:cs="Arial"/>
          <w:szCs w:val="24"/>
        </w:rPr>
        <w:t>хэрэгжүүлэх</w:t>
      </w:r>
      <w:proofErr w:type="spellEnd"/>
      <w:r w:rsidRPr="007B2BD4">
        <w:rPr>
          <w:rFonts w:cs="Arial"/>
          <w:szCs w:val="24"/>
        </w:rPr>
        <w:t xml:space="preserve"> </w:t>
      </w:r>
      <w:proofErr w:type="spellStart"/>
      <w:r w:rsidRPr="007B2BD4">
        <w:rPr>
          <w:rFonts w:cs="Arial"/>
          <w:szCs w:val="24"/>
        </w:rPr>
        <w:t>зардлын</w:t>
      </w:r>
      <w:proofErr w:type="spellEnd"/>
      <w:r w:rsidRPr="007B2BD4">
        <w:rPr>
          <w:rFonts w:cs="Arial"/>
          <w:szCs w:val="24"/>
        </w:rPr>
        <w:t xml:space="preserve"> </w:t>
      </w:r>
      <w:proofErr w:type="spellStart"/>
      <w:r w:rsidRPr="007B2BD4">
        <w:rPr>
          <w:rFonts w:cs="Arial"/>
          <w:szCs w:val="24"/>
        </w:rPr>
        <w:t>тооцоог</w:t>
      </w:r>
      <w:proofErr w:type="spellEnd"/>
      <w:r w:rsidRPr="007B2BD4">
        <w:rPr>
          <w:rFonts w:cs="Arial"/>
          <w:szCs w:val="24"/>
        </w:rPr>
        <w:t xml:space="preserve"> </w:t>
      </w:r>
      <w:proofErr w:type="spellStart"/>
      <w:r w:rsidRPr="007B2BD4">
        <w:rPr>
          <w:rFonts w:cs="Arial"/>
          <w:szCs w:val="24"/>
        </w:rPr>
        <w:t>аргачлалын</w:t>
      </w:r>
      <w:proofErr w:type="spellEnd"/>
      <w:r w:rsidRPr="007B2BD4">
        <w:rPr>
          <w:rFonts w:cs="Arial"/>
          <w:szCs w:val="24"/>
        </w:rPr>
        <w:t xml:space="preserve"> </w:t>
      </w:r>
      <w:proofErr w:type="spellStart"/>
      <w:r w:rsidRPr="007B2BD4">
        <w:rPr>
          <w:rFonts w:cs="Arial"/>
          <w:szCs w:val="24"/>
        </w:rPr>
        <w:t>дагуу</w:t>
      </w:r>
      <w:proofErr w:type="spellEnd"/>
      <w:r w:rsidRPr="007B2BD4">
        <w:rPr>
          <w:rFonts w:cs="Arial"/>
          <w:szCs w:val="24"/>
        </w:rPr>
        <w:t xml:space="preserve"> </w:t>
      </w:r>
      <w:proofErr w:type="spellStart"/>
      <w:r w:rsidRPr="007B2BD4">
        <w:rPr>
          <w:rFonts w:cs="Arial"/>
          <w:szCs w:val="24"/>
        </w:rPr>
        <w:t>тусад</w:t>
      </w:r>
      <w:proofErr w:type="spellEnd"/>
      <w:r w:rsidRPr="007B2BD4">
        <w:rPr>
          <w:rFonts w:cs="Arial"/>
          <w:szCs w:val="24"/>
        </w:rPr>
        <w:t xml:space="preserve"> </w:t>
      </w:r>
      <w:proofErr w:type="spellStart"/>
      <w:r w:rsidRPr="007B2BD4">
        <w:rPr>
          <w:rFonts w:cs="Arial"/>
          <w:szCs w:val="24"/>
        </w:rPr>
        <w:t>нь</w:t>
      </w:r>
      <w:proofErr w:type="spellEnd"/>
      <w:r w:rsidRPr="007B2BD4">
        <w:rPr>
          <w:rFonts w:cs="Arial"/>
          <w:szCs w:val="24"/>
        </w:rPr>
        <w:t xml:space="preserve"> </w:t>
      </w:r>
      <w:proofErr w:type="spellStart"/>
      <w:r w:rsidRPr="007B2BD4">
        <w:rPr>
          <w:rFonts w:cs="Arial"/>
          <w:szCs w:val="24"/>
        </w:rPr>
        <w:t>боловсруулж</w:t>
      </w:r>
      <w:proofErr w:type="spellEnd"/>
      <w:r w:rsidRPr="007B2BD4">
        <w:rPr>
          <w:rFonts w:cs="Arial"/>
          <w:szCs w:val="24"/>
        </w:rPr>
        <w:t xml:space="preserve">, </w:t>
      </w:r>
      <w:proofErr w:type="spellStart"/>
      <w:r w:rsidRPr="007B2BD4">
        <w:rPr>
          <w:rFonts w:cs="Arial"/>
          <w:szCs w:val="24"/>
        </w:rPr>
        <w:t>мэдээллийн</w:t>
      </w:r>
      <w:proofErr w:type="spellEnd"/>
      <w:r w:rsidRPr="007B2BD4">
        <w:rPr>
          <w:rFonts w:cs="Arial"/>
          <w:szCs w:val="24"/>
        </w:rPr>
        <w:t xml:space="preserve"> </w:t>
      </w:r>
      <w:proofErr w:type="spellStart"/>
      <w:r w:rsidRPr="007B2BD4">
        <w:rPr>
          <w:rFonts w:cs="Arial"/>
          <w:szCs w:val="24"/>
        </w:rPr>
        <w:t>системийн</w:t>
      </w:r>
      <w:proofErr w:type="spellEnd"/>
      <w:r w:rsidRPr="007B2BD4">
        <w:rPr>
          <w:rFonts w:cs="Arial"/>
          <w:szCs w:val="24"/>
        </w:rPr>
        <w:t xml:space="preserve"> </w:t>
      </w:r>
      <w:proofErr w:type="spellStart"/>
      <w:r w:rsidRPr="007B2BD4">
        <w:rPr>
          <w:rFonts w:cs="Arial"/>
          <w:szCs w:val="24"/>
        </w:rPr>
        <w:t>хөгжүүлэлт</w:t>
      </w:r>
      <w:proofErr w:type="spellEnd"/>
      <w:r w:rsidRPr="007B2BD4">
        <w:rPr>
          <w:rFonts w:cs="Arial"/>
          <w:szCs w:val="24"/>
        </w:rPr>
        <w:t xml:space="preserve">, </w:t>
      </w:r>
      <w:proofErr w:type="spellStart"/>
      <w:r w:rsidRPr="007B2BD4">
        <w:rPr>
          <w:rFonts w:cs="Arial"/>
          <w:szCs w:val="24"/>
        </w:rPr>
        <w:t>орон</w:t>
      </w:r>
      <w:proofErr w:type="spellEnd"/>
      <w:r w:rsidRPr="007B2BD4">
        <w:rPr>
          <w:rFonts w:cs="Arial"/>
          <w:szCs w:val="24"/>
        </w:rPr>
        <w:t xml:space="preserve"> </w:t>
      </w:r>
      <w:proofErr w:type="spellStart"/>
      <w:r w:rsidRPr="007B2BD4">
        <w:rPr>
          <w:rFonts w:cs="Arial"/>
          <w:szCs w:val="24"/>
        </w:rPr>
        <w:t>нутгийн</w:t>
      </w:r>
      <w:proofErr w:type="spellEnd"/>
      <w:r w:rsidRPr="007B2BD4">
        <w:rPr>
          <w:rFonts w:cs="Arial"/>
          <w:szCs w:val="24"/>
        </w:rPr>
        <w:t xml:space="preserve"> </w:t>
      </w:r>
      <w:proofErr w:type="spellStart"/>
      <w:r w:rsidRPr="007B2BD4">
        <w:rPr>
          <w:rFonts w:cs="Arial"/>
          <w:szCs w:val="24"/>
        </w:rPr>
        <w:t>мэргэжлийн</w:t>
      </w:r>
      <w:proofErr w:type="spellEnd"/>
      <w:r w:rsidRPr="007B2BD4">
        <w:rPr>
          <w:rFonts w:cs="Arial"/>
          <w:szCs w:val="24"/>
        </w:rPr>
        <w:t xml:space="preserve"> </w:t>
      </w:r>
      <w:proofErr w:type="spellStart"/>
      <w:r w:rsidRPr="007B2BD4">
        <w:rPr>
          <w:rFonts w:cs="Arial"/>
          <w:szCs w:val="24"/>
        </w:rPr>
        <w:t>нэгж</w:t>
      </w:r>
      <w:proofErr w:type="spellEnd"/>
      <w:r w:rsidRPr="007B2BD4">
        <w:rPr>
          <w:rFonts w:cs="Arial"/>
          <w:szCs w:val="24"/>
        </w:rPr>
        <w:t xml:space="preserve">, </w:t>
      </w:r>
      <w:proofErr w:type="spellStart"/>
      <w:r w:rsidRPr="007B2BD4">
        <w:rPr>
          <w:rFonts w:cs="Arial"/>
          <w:szCs w:val="24"/>
        </w:rPr>
        <w:t>хөрс</w:t>
      </w:r>
      <w:proofErr w:type="spellEnd"/>
      <w:r w:rsidRPr="007B2BD4">
        <w:rPr>
          <w:rFonts w:cs="Arial"/>
          <w:szCs w:val="24"/>
        </w:rPr>
        <w:t xml:space="preserve">, </w:t>
      </w:r>
      <w:proofErr w:type="spellStart"/>
      <w:r w:rsidRPr="007B2BD4">
        <w:rPr>
          <w:rFonts w:cs="Arial"/>
          <w:szCs w:val="24"/>
        </w:rPr>
        <w:t>усны</w:t>
      </w:r>
      <w:proofErr w:type="spellEnd"/>
      <w:r w:rsidRPr="007B2BD4">
        <w:rPr>
          <w:rFonts w:cs="Arial"/>
          <w:szCs w:val="24"/>
        </w:rPr>
        <w:t xml:space="preserve"> </w:t>
      </w:r>
      <w:proofErr w:type="spellStart"/>
      <w:r w:rsidRPr="007B2BD4">
        <w:rPr>
          <w:rFonts w:cs="Arial"/>
          <w:szCs w:val="24"/>
        </w:rPr>
        <w:t>шинжилгээ</w:t>
      </w:r>
      <w:proofErr w:type="spellEnd"/>
      <w:r w:rsidRPr="007B2BD4">
        <w:rPr>
          <w:rFonts w:cs="Arial"/>
          <w:szCs w:val="24"/>
        </w:rPr>
        <w:t xml:space="preserve">, </w:t>
      </w:r>
      <w:proofErr w:type="spellStart"/>
      <w:r w:rsidRPr="007B2BD4">
        <w:rPr>
          <w:rFonts w:cs="Arial"/>
          <w:szCs w:val="24"/>
        </w:rPr>
        <w:t>үнэлгээ</w:t>
      </w:r>
      <w:proofErr w:type="spellEnd"/>
      <w:r w:rsidRPr="007B2BD4">
        <w:rPr>
          <w:rFonts w:cs="Arial"/>
          <w:szCs w:val="24"/>
        </w:rPr>
        <w:t xml:space="preserve">, </w:t>
      </w:r>
      <w:proofErr w:type="spellStart"/>
      <w:r w:rsidRPr="007B2BD4">
        <w:rPr>
          <w:rFonts w:cs="Arial"/>
          <w:szCs w:val="24"/>
        </w:rPr>
        <w:t>сургалт</w:t>
      </w:r>
      <w:proofErr w:type="spellEnd"/>
      <w:r w:rsidRPr="007B2BD4">
        <w:rPr>
          <w:rFonts w:cs="Arial"/>
          <w:szCs w:val="24"/>
        </w:rPr>
        <w:t xml:space="preserve">, </w:t>
      </w:r>
      <w:proofErr w:type="spellStart"/>
      <w:r w:rsidRPr="007B2BD4">
        <w:rPr>
          <w:rFonts w:cs="Arial"/>
          <w:szCs w:val="24"/>
        </w:rPr>
        <w:t>хяналт</w:t>
      </w:r>
      <w:proofErr w:type="spellEnd"/>
      <w:r w:rsidRPr="007B2BD4">
        <w:rPr>
          <w:rFonts w:cs="Arial"/>
          <w:szCs w:val="24"/>
        </w:rPr>
        <w:t xml:space="preserve">, </w:t>
      </w:r>
      <w:proofErr w:type="spellStart"/>
      <w:r w:rsidRPr="007B2BD4">
        <w:rPr>
          <w:rFonts w:cs="Arial"/>
          <w:szCs w:val="24"/>
        </w:rPr>
        <w:t>арчилгааны</w:t>
      </w:r>
      <w:proofErr w:type="spellEnd"/>
      <w:r w:rsidRPr="007B2BD4">
        <w:rPr>
          <w:rFonts w:cs="Arial"/>
          <w:szCs w:val="24"/>
        </w:rPr>
        <w:t xml:space="preserve"> </w:t>
      </w:r>
      <w:proofErr w:type="spellStart"/>
      <w:r w:rsidRPr="007B2BD4">
        <w:rPr>
          <w:rFonts w:cs="Arial"/>
          <w:szCs w:val="24"/>
        </w:rPr>
        <w:t>суурь</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нэмэгдэл</w:t>
      </w:r>
      <w:proofErr w:type="spellEnd"/>
      <w:r w:rsidRPr="007B2BD4">
        <w:rPr>
          <w:rFonts w:cs="Arial"/>
          <w:szCs w:val="24"/>
        </w:rPr>
        <w:t xml:space="preserve"> </w:t>
      </w:r>
      <w:proofErr w:type="spellStart"/>
      <w:r w:rsidRPr="007B2BD4">
        <w:rPr>
          <w:rFonts w:cs="Arial"/>
          <w:szCs w:val="24"/>
        </w:rPr>
        <w:t>зардлыг</w:t>
      </w:r>
      <w:proofErr w:type="spellEnd"/>
      <w:r w:rsidRPr="007B2BD4">
        <w:rPr>
          <w:rFonts w:cs="Arial"/>
          <w:szCs w:val="24"/>
        </w:rPr>
        <w:t xml:space="preserve"> </w:t>
      </w:r>
      <w:proofErr w:type="spellStart"/>
      <w:r w:rsidRPr="007B2BD4">
        <w:rPr>
          <w:rFonts w:cs="Arial"/>
          <w:szCs w:val="24"/>
        </w:rPr>
        <w:t>нийслэл</w:t>
      </w:r>
      <w:proofErr w:type="spellEnd"/>
      <w:r w:rsidRPr="007B2BD4">
        <w:rPr>
          <w:rFonts w:cs="Arial"/>
          <w:szCs w:val="24"/>
        </w:rPr>
        <w:t xml:space="preserve">, </w:t>
      </w:r>
      <w:proofErr w:type="spellStart"/>
      <w:r w:rsidRPr="007B2BD4">
        <w:rPr>
          <w:rFonts w:cs="Arial"/>
          <w:szCs w:val="24"/>
        </w:rPr>
        <w:t>аймаг</w:t>
      </w:r>
      <w:proofErr w:type="spellEnd"/>
      <w:r w:rsidRPr="007B2BD4">
        <w:rPr>
          <w:rFonts w:cs="Arial"/>
          <w:szCs w:val="24"/>
        </w:rPr>
        <w:t xml:space="preserve">, </w:t>
      </w:r>
      <w:proofErr w:type="spellStart"/>
      <w:r w:rsidRPr="007B2BD4">
        <w:rPr>
          <w:rFonts w:cs="Arial"/>
          <w:szCs w:val="24"/>
        </w:rPr>
        <w:t>сумын</w:t>
      </w:r>
      <w:proofErr w:type="spellEnd"/>
      <w:r w:rsidRPr="007B2BD4">
        <w:rPr>
          <w:rFonts w:cs="Arial"/>
          <w:szCs w:val="24"/>
        </w:rPr>
        <w:t xml:space="preserve"> </w:t>
      </w:r>
      <w:proofErr w:type="spellStart"/>
      <w:r w:rsidRPr="007B2BD4">
        <w:rPr>
          <w:rFonts w:cs="Arial"/>
          <w:szCs w:val="24"/>
        </w:rPr>
        <w:t>түвшнээр</w:t>
      </w:r>
      <w:proofErr w:type="spellEnd"/>
      <w:r w:rsidRPr="007B2BD4">
        <w:rPr>
          <w:rFonts w:cs="Arial"/>
          <w:szCs w:val="24"/>
        </w:rPr>
        <w:t xml:space="preserve"> </w:t>
      </w:r>
      <w:proofErr w:type="spellStart"/>
      <w:r w:rsidRPr="007B2BD4">
        <w:rPr>
          <w:rFonts w:cs="Arial"/>
          <w:szCs w:val="24"/>
        </w:rPr>
        <w:t>тооцох</w:t>
      </w:r>
      <w:proofErr w:type="spellEnd"/>
      <w:r w:rsidRPr="007B2BD4">
        <w:rPr>
          <w:rFonts w:cs="Arial"/>
          <w:szCs w:val="24"/>
        </w:rPr>
        <w:t xml:space="preserve"> </w:t>
      </w:r>
      <w:proofErr w:type="spellStart"/>
      <w:r w:rsidRPr="007B2BD4">
        <w:rPr>
          <w:rFonts w:cs="Arial"/>
          <w:szCs w:val="24"/>
        </w:rPr>
        <w:t>шаардлагатай</w:t>
      </w:r>
      <w:proofErr w:type="spellEnd"/>
      <w:r w:rsidRPr="007B2BD4">
        <w:rPr>
          <w:rFonts w:cs="Arial"/>
          <w:szCs w:val="24"/>
        </w:rPr>
        <w:t>.</w:t>
      </w:r>
    </w:p>
    <w:p w14:paraId="6F9CBAEF" w14:textId="77777777" w:rsidR="00544E5A" w:rsidRPr="007B2BD4" w:rsidRDefault="00000000">
      <w:pPr>
        <w:rPr>
          <w:rFonts w:cs="Arial"/>
          <w:szCs w:val="24"/>
        </w:rPr>
      </w:pPr>
      <w:proofErr w:type="spellStart"/>
      <w:r w:rsidRPr="007B2BD4">
        <w:rPr>
          <w:rFonts w:cs="Arial"/>
          <w:szCs w:val="24"/>
        </w:rPr>
        <w:t>Хотын</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байгууламжтай</w:t>
      </w:r>
      <w:proofErr w:type="spellEnd"/>
      <w:r w:rsidRPr="007B2BD4">
        <w:rPr>
          <w:rFonts w:cs="Arial"/>
          <w:szCs w:val="24"/>
        </w:rPr>
        <w:t xml:space="preserve"> </w:t>
      </w:r>
      <w:proofErr w:type="spellStart"/>
      <w:r w:rsidRPr="007B2BD4">
        <w:rPr>
          <w:rFonts w:cs="Arial"/>
          <w:szCs w:val="24"/>
        </w:rPr>
        <w:t>холбоотой</w:t>
      </w:r>
      <w:proofErr w:type="spellEnd"/>
      <w:r w:rsidRPr="007B2BD4">
        <w:rPr>
          <w:rFonts w:cs="Arial"/>
          <w:szCs w:val="24"/>
        </w:rPr>
        <w:t xml:space="preserve"> </w:t>
      </w:r>
      <w:proofErr w:type="spellStart"/>
      <w:r w:rsidRPr="007B2BD4">
        <w:rPr>
          <w:rFonts w:cs="Arial"/>
          <w:szCs w:val="24"/>
        </w:rPr>
        <w:t>салангид</w:t>
      </w:r>
      <w:proofErr w:type="spellEnd"/>
      <w:r w:rsidRPr="007B2BD4">
        <w:rPr>
          <w:rFonts w:cs="Arial"/>
          <w:szCs w:val="24"/>
        </w:rPr>
        <w:t xml:space="preserve"> </w:t>
      </w:r>
      <w:proofErr w:type="spellStart"/>
      <w:r w:rsidRPr="007B2BD4">
        <w:rPr>
          <w:rFonts w:cs="Arial"/>
          <w:szCs w:val="24"/>
        </w:rPr>
        <w:t>зохицуулалтыг</w:t>
      </w:r>
      <w:proofErr w:type="spellEnd"/>
      <w:r w:rsidRPr="007B2BD4">
        <w:rPr>
          <w:rFonts w:cs="Arial"/>
          <w:szCs w:val="24"/>
        </w:rPr>
        <w:t xml:space="preserve"> </w:t>
      </w:r>
      <w:proofErr w:type="spellStart"/>
      <w:r w:rsidRPr="007B2BD4">
        <w:rPr>
          <w:rFonts w:cs="Arial"/>
          <w:szCs w:val="24"/>
        </w:rPr>
        <w:t>нэг</w:t>
      </w:r>
      <w:proofErr w:type="spellEnd"/>
      <w:r w:rsidRPr="007B2BD4">
        <w:rPr>
          <w:rFonts w:cs="Arial"/>
          <w:szCs w:val="24"/>
        </w:rPr>
        <w:t xml:space="preserve"> </w:t>
      </w:r>
      <w:proofErr w:type="spellStart"/>
      <w:r w:rsidRPr="007B2BD4">
        <w:rPr>
          <w:rFonts w:cs="Arial"/>
          <w:szCs w:val="24"/>
        </w:rPr>
        <w:t>зорилго</w:t>
      </w:r>
      <w:proofErr w:type="spellEnd"/>
      <w:r w:rsidRPr="007B2BD4">
        <w:rPr>
          <w:rFonts w:cs="Arial"/>
          <w:szCs w:val="24"/>
        </w:rPr>
        <w:t xml:space="preserve">, </w:t>
      </w:r>
      <w:proofErr w:type="spellStart"/>
      <w:r w:rsidRPr="007B2BD4">
        <w:rPr>
          <w:rFonts w:cs="Arial"/>
          <w:szCs w:val="24"/>
        </w:rPr>
        <w:t>нэр</w:t>
      </w:r>
      <w:proofErr w:type="spellEnd"/>
      <w:r w:rsidRPr="007B2BD4">
        <w:rPr>
          <w:rFonts w:cs="Arial"/>
          <w:szCs w:val="24"/>
        </w:rPr>
        <w:t xml:space="preserve"> </w:t>
      </w:r>
      <w:proofErr w:type="spellStart"/>
      <w:r w:rsidRPr="007B2BD4">
        <w:rPr>
          <w:rFonts w:cs="Arial"/>
          <w:szCs w:val="24"/>
        </w:rPr>
        <w:t>томьёо</w:t>
      </w:r>
      <w:proofErr w:type="spellEnd"/>
      <w:r w:rsidRPr="007B2BD4">
        <w:rPr>
          <w:rFonts w:cs="Arial"/>
          <w:szCs w:val="24"/>
        </w:rPr>
        <w:t xml:space="preserve">, </w:t>
      </w:r>
      <w:proofErr w:type="spellStart"/>
      <w:r w:rsidRPr="007B2BD4">
        <w:rPr>
          <w:rFonts w:cs="Arial"/>
          <w:szCs w:val="24"/>
        </w:rPr>
        <w:t>үйл</w:t>
      </w:r>
      <w:proofErr w:type="spellEnd"/>
      <w:r w:rsidRPr="007B2BD4">
        <w:rPr>
          <w:rFonts w:cs="Arial"/>
          <w:szCs w:val="24"/>
        </w:rPr>
        <w:t xml:space="preserve"> </w:t>
      </w:r>
      <w:proofErr w:type="spellStart"/>
      <w:r w:rsidRPr="007B2BD4">
        <w:rPr>
          <w:rFonts w:cs="Arial"/>
          <w:szCs w:val="24"/>
        </w:rPr>
        <w:t>ажиллагааны</w:t>
      </w:r>
      <w:proofErr w:type="spellEnd"/>
      <w:r w:rsidRPr="007B2BD4">
        <w:rPr>
          <w:rFonts w:cs="Arial"/>
          <w:szCs w:val="24"/>
        </w:rPr>
        <w:t xml:space="preserve"> </w:t>
      </w:r>
      <w:proofErr w:type="spellStart"/>
      <w:r w:rsidRPr="007B2BD4">
        <w:rPr>
          <w:rFonts w:cs="Arial"/>
          <w:szCs w:val="24"/>
        </w:rPr>
        <w:t>дараалалд</w:t>
      </w:r>
      <w:proofErr w:type="spellEnd"/>
      <w:r w:rsidRPr="007B2BD4">
        <w:rPr>
          <w:rFonts w:cs="Arial"/>
          <w:szCs w:val="24"/>
        </w:rPr>
        <w:t xml:space="preserve"> </w:t>
      </w:r>
      <w:proofErr w:type="spellStart"/>
      <w:r w:rsidRPr="007B2BD4">
        <w:rPr>
          <w:rFonts w:cs="Arial"/>
          <w:szCs w:val="24"/>
        </w:rPr>
        <w:t>оруулж</w:t>
      </w:r>
      <w:proofErr w:type="spellEnd"/>
      <w:r w:rsidRPr="007B2BD4">
        <w:rPr>
          <w:rFonts w:cs="Arial"/>
          <w:szCs w:val="24"/>
        </w:rPr>
        <w:t xml:space="preserve">, </w:t>
      </w:r>
      <w:proofErr w:type="spellStart"/>
      <w:r w:rsidRPr="007B2BD4">
        <w:rPr>
          <w:rFonts w:cs="Arial"/>
          <w:szCs w:val="24"/>
        </w:rPr>
        <w:t>хотын</w:t>
      </w:r>
      <w:proofErr w:type="spellEnd"/>
      <w:r w:rsidRPr="007B2BD4">
        <w:rPr>
          <w:rFonts w:cs="Arial"/>
          <w:szCs w:val="24"/>
        </w:rPr>
        <w:t xml:space="preserve"> </w:t>
      </w:r>
      <w:proofErr w:type="spellStart"/>
      <w:r w:rsidRPr="007B2BD4">
        <w:rPr>
          <w:rFonts w:cs="Arial"/>
          <w:szCs w:val="24"/>
        </w:rPr>
        <w:t>эдэлбэр</w:t>
      </w:r>
      <w:proofErr w:type="spellEnd"/>
      <w:r w:rsidRPr="007B2BD4">
        <w:rPr>
          <w:rFonts w:cs="Arial"/>
          <w:szCs w:val="24"/>
        </w:rPr>
        <w:t xml:space="preserve"> </w:t>
      </w:r>
      <w:proofErr w:type="spellStart"/>
      <w:r w:rsidRPr="007B2BD4">
        <w:rPr>
          <w:rFonts w:cs="Arial"/>
          <w:szCs w:val="24"/>
        </w:rPr>
        <w:t>газрын</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хөрөнгө</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Ойн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хуульд</w:t>
      </w:r>
      <w:proofErr w:type="spellEnd"/>
      <w:r w:rsidRPr="007B2BD4">
        <w:rPr>
          <w:rFonts w:cs="Arial"/>
          <w:szCs w:val="24"/>
        </w:rPr>
        <w:t xml:space="preserve"> </w:t>
      </w:r>
      <w:proofErr w:type="spellStart"/>
      <w:r w:rsidRPr="007B2BD4">
        <w:rPr>
          <w:rFonts w:cs="Arial"/>
          <w:szCs w:val="24"/>
        </w:rPr>
        <w:t>хамаарах</w:t>
      </w:r>
      <w:proofErr w:type="spellEnd"/>
      <w:r w:rsidRPr="007B2BD4">
        <w:rPr>
          <w:rFonts w:cs="Arial"/>
          <w:szCs w:val="24"/>
        </w:rPr>
        <w:t xml:space="preserve"> </w:t>
      </w:r>
      <w:proofErr w:type="spellStart"/>
      <w:r w:rsidRPr="007B2BD4">
        <w:rPr>
          <w:rFonts w:cs="Arial"/>
          <w:szCs w:val="24"/>
        </w:rPr>
        <w:t>ойн</w:t>
      </w:r>
      <w:proofErr w:type="spellEnd"/>
      <w:r w:rsidRPr="007B2BD4">
        <w:rPr>
          <w:rFonts w:cs="Arial"/>
          <w:szCs w:val="24"/>
        </w:rPr>
        <w:t xml:space="preserve"> </w:t>
      </w:r>
      <w:proofErr w:type="spellStart"/>
      <w:r w:rsidRPr="007B2BD4">
        <w:rPr>
          <w:rFonts w:cs="Arial"/>
          <w:szCs w:val="24"/>
        </w:rPr>
        <w:t>сангийн</w:t>
      </w:r>
      <w:proofErr w:type="spellEnd"/>
      <w:r w:rsidRPr="007B2BD4">
        <w:rPr>
          <w:rFonts w:cs="Arial"/>
          <w:szCs w:val="24"/>
        </w:rPr>
        <w:t xml:space="preserve"> </w:t>
      </w:r>
      <w:proofErr w:type="spellStart"/>
      <w:r w:rsidRPr="007B2BD4">
        <w:rPr>
          <w:rFonts w:cs="Arial"/>
          <w:szCs w:val="24"/>
        </w:rPr>
        <w:t>заагийг</w:t>
      </w:r>
      <w:proofErr w:type="spellEnd"/>
      <w:r w:rsidRPr="007B2BD4">
        <w:rPr>
          <w:rFonts w:cs="Arial"/>
          <w:szCs w:val="24"/>
        </w:rPr>
        <w:t xml:space="preserve"> </w:t>
      </w:r>
      <w:proofErr w:type="spellStart"/>
      <w:r w:rsidRPr="007B2BD4">
        <w:rPr>
          <w:rFonts w:cs="Arial"/>
          <w:szCs w:val="24"/>
        </w:rPr>
        <w:t>тодорхой</w:t>
      </w:r>
      <w:proofErr w:type="spellEnd"/>
      <w:r w:rsidRPr="007B2BD4">
        <w:rPr>
          <w:rFonts w:cs="Arial"/>
          <w:szCs w:val="24"/>
        </w:rPr>
        <w:t xml:space="preserve"> </w:t>
      </w:r>
      <w:proofErr w:type="spellStart"/>
      <w:r w:rsidRPr="007B2BD4">
        <w:rPr>
          <w:rFonts w:cs="Arial"/>
          <w:szCs w:val="24"/>
        </w:rPr>
        <w:t>болгоно</w:t>
      </w:r>
      <w:proofErr w:type="spellEnd"/>
      <w:r w:rsidRPr="007B2BD4">
        <w:rPr>
          <w:rFonts w:cs="Arial"/>
          <w:szCs w:val="24"/>
        </w:rPr>
        <w:t xml:space="preserve">. </w:t>
      </w:r>
      <w:proofErr w:type="spellStart"/>
      <w:r w:rsidRPr="007B2BD4">
        <w:rPr>
          <w:rFonts w:cs="Arial"/>
          <w:szCs w:val="24"/>
        </w:rPr>
        <w:t>Барилга</w:t>
      </w:r>
      <w:proofErr w:type="spellEnd"/>
      <w:r w:rsidRPr="007B2BD4">
        <w:rPr>
          <w:rFonts w:cs="Arial"/>
          <w:szCs w:val="24"/>
        </w:rPr>
        <w:t xml:space="preserve">, </w:t>
      </w:r>
      <w:proofErr w:type="spellStart"/>
      <w:r w:rsidRPr="007B2BD4">
        <w:rPr>
          <w:rFonts w:cs="Arial"/>
          <w:szCs w:val="24"/>
        </w:rPr>
        <w:t>хот</w:t>
      </w:r>
      <w:proofErr w:type="spellEnd"/>
      <w:r w:rsidRPr="007B2BD4">
        <w:rPr>
          <w:rFonts w:cs="Arial"/>
          <w:szCs w:val="24"/>
        </w:rPr>
        <w:t xml:space="preserve"> </w:t>
      </w:r>
      <w:proofErr w:type="spellStart"/>
      <w:r w:rsidRPr="007B2BD4">
        <w:rPr>
          <w:rFonts w:cs="Arial"/>
          <w:szCs w:val="24"/>
        </w:rPr>
        <w:t>байгуулалт</w:t>
      </w:r>
      <w:proofErr w:type="spellEnd"/>
      <w:r w:rsidRPr="007B2BD4">
        <w:rPr>
          <w:rFonts w:cs="Arial"/>
          <w:szCs w:val="24"/>
        </w:rPr>
        <w:t xml:space="preserve">, </w:t>
      </w:r>
      <w:proofErr w:type="spellStart"/>
      <w:r w:rsidRPr="007B2BD4">
        <w:rPr>
          <w:rFonts w:cs="Arial"/>
          <w:szCs w:val="24"/>
        </w:rPr>
        <w:t>газар</w:t>
      </w:r>
      <w:proofErr w:type="spellEnd"/>
      <w:r w:rsidRPr="007B2BD4">
        <w:rPr>
          <w:rFonts w:cs="Arial"/>
          <w:szCs w:val="24"/>
        </w:rPr>
        <w:t xml:space="preserve"> </w:t>
      </w:r>
      <w:proofErr w:type="spellStart"/>
      <w:r w:rsidRPr="007B2BD4">
        <w:rPr>
          <w:rFonts w:cs="Arial"/>
          <w:szCs w:val="24"/>
        </w:rPr>
        <w:t>ашиглалт</w:t>
      </w:r>
      <w:proofErr w:type="spellEnd"/>
      <w:r w:rsidRPr="007B2BD4">
        <w:rPr>
          <w:rFonts w:cs="Arial"/>
          <w:szCs w:val="24"/>
        </w:rPr>
        <w:t xml:space="preserve">, </w:t>
      </w:r>
      <w:proofErr w:type="spellStart"/>
      <w:r w:rsidRPr="007B2BD4">
        <w:rPr>
          <w:rFonts w:cs="Arial"/>
          <w:szCs w:val="24"/>
        </w:rPr>
        <w:t>ус</w:t>
      </w:r>
      <w:proofErr w:type="spellEnd"/>
      <w:r w:rsidRPr="007B2BD4">
        <w:rPr>
          <w:rFonts w:cs="Arial"/>
          <w:szCs w:val="24"/>
        </w:rPr>
        <w:t xml:space="preserve">, </w:t>
      </w:r>
      <w:proofErr w:type="spellStart"/>
      <w:r w:rsidRPr="007B2BD4">
        <w:rPr>
          <w:rFonts w:cs="Arial"/>
          <w:szCs w:val="24"/>
        </w:rPr>
        <w:t>төсөв</w:t>
      </w:r>
      <w:proofErr w:type="spellEnd"/>
      <w:r w:rsidRPr="007B2BD4">
        <w:rPr>
          <w:rFonts w:cs="Arial"/>
          <w:szCs w:val="24"/>
        </w:rPr>
        <w:t xml:space="preserve">, </w:t>
      </w:r>
      <w:proofErr w:type="spellStart"/>
      <w:r w:rsidRPr="007B2BD4">
        <w:rPr>
          <w:rFonts w:cs="Arial"/>
          <w:szCs w:val="24"/>
        </w:rPr>
        <w:t>худалдан</w:t>
      </w:r>
      <w:proofErr w:type="spellEnd"/>
      <w:r w:rsidRPr="007B2BD4">
        <w:rPr>
          <w:rFonts w:cs="Arial"/>
          <w:szCs w:val="24"/>
        </w:rPr>
        <w:t xml:space="preserve"> </w:t>
      </w:r>
      <w:proofErr w:type="spellStart"/>
      <w:r w:rsidRPr="007B2BD4">
        <w:rPr>
          <w:rFonts w:cs="Arial"/>
          <w:szCs w:val="24"/>
        </w:rPr>
        <w:t>авах</w:t>
      </w:r>
      <w:proofErr w:type="spellEnd"/>
      <w:r w:rsidRPr="007B2BD4">
        <w:rPr>
          <w:rFonts w:cs="Arial"/>
          <w:szCs w:val="24"/>
        </w:rPr>
        <w:t xml:space="preserve"> </w:t>
      </w:r>
      <w:proofErr w:type="spellStart"/>
      <w:r w:rsidRPr="007B2BD4">
        <w:rPr>
          <w:rFonts w:cs="Arial"/>
          <w:szCs w:val="24"/>
        </w:rPr>
        <w:t>ажиллагааны</w:t>
      </w:r>
      <w:proofErr w:type="spellEnd"/>
      <w:r w:rsidRPr="007B2BD4">
        <w:rPr>
          <w:rFonts w:cs="Arial"/>
          <w:szCs w:val="24"/>
        </w:rPr>
        <w:t xml:space="preserve"> </w:t>
      </w:r>
      <w:proofErr w:type="spellStart"/>
      <w:r w:rsidRPr="007B2BD4">
        <w:rPr>
          <w:rFonts w:cs="Arial"/>
          <w:szCs w:val="24"/>
        </w:rPr>
        <w:t>шийдвэрт</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шаардлагыг</w:t>
      </w:r>
      <w:proofErr w:type="spellEnd"/>
      <w:r w:rsidRPr="007B2BD4">
        <w:rPr>
          <w:rFonts w:cs="Arial"/>
          <w:szCs w:val="24"/>
        </w:rPr>
        <w:t xml:space="preserve"> </w:t>
      </w:r>
      <w:proofErr w:type="spellStart"/>
      <w:r w:rsidRPr="007B2BD4">
        <w:rPr>
          <w:rFonts w:cs="Arial"/>
          <w:szCs w:val="24"/>
        </w:rPr>
        <w:t>тусгах</w:t>
      </w:r>
      <w:proofErr w:type="spellEnd"/>
      <w:r w:rsidRPr="007B2BD4">
        <w:rPr>
          <w:rFonts w:cs="Arial"/>
          <w:szCs w:val="24"/>
        </w:rPr>
        <w:t xml:space="preserve"> </w:t>
      </w:r>
      <w:proofErr w:type="spellStart"/>
      <w:r w:rsidRPr="007B2BD4">
        <w:rPr>
          <w:rFonts w:cs="Arial"/>
          <w:szCs w:val="24"/>
        </w:rPr>
        <w:t>үүрэг</w:t>
      </w:r>
      <w:proofErr w:type="spellEnd"/>
      <w:r w:rsidRPr="007B2BD4">
        <w:rPr>
          <w:rFonts w:cs="Arial"/>
          <w:szCs w:val="24"/>
        </w:rPr>
        <w:t xml:space="preserve"> </w:t>
      </w:r>
      <w:proofErr w:type="spellStart"/>
      <w:r w:rsidRPr="007B2BD4">
        <w:rPr>
          <w:rFonts w:cs="Arial"/>
          <w:szCs w:val="24"/>
        </w:rPr>
        <w:t>бий</w:t>
      </w:r>
      <w:proofErr w:type="spellEnd"/>
      <w:r w:rsidRPr="007B2BD4">
        <w:rPr>
          <w:rFonts w:cs="Arial"/>
          <w:szCs w:val="24"/>
        </w:rPr>
        <w:t xml:space="preserve"> </w:t>
      </w:r>
      <w:proofErr w:type="spellStart"/>
      <w:r w:rsidRPr="007B2BD4">
        <w:rPr>
          <w:rFonts w:cs="Arial"/>
          <w:szCs w:val="24"/>
        </w:rPr>
        <w:t>болж</w:t>
      </w:r>
      <w:proofErr w:type="spellEnd"/>
      <w:r w:rsidRPr="007B2BD4">
        <w:rPr>
          <w:rFonts w:cs="Arial"/>
          <w:szCs w:val="24"/>
        </w:rPr>
        <w:t xml:space="preserve">, </w:t>
      </w:r>
      <w:proofErr w:type="spellStart"/>
      <w:r w:rsidRPr="007B2BD4">
        <w:rPr>
          <w:rFonts w:cs="Arial"/>
          <w:szCs w:val="24"/>
        </w:rPr>
        <w:t>захиргааны</w:t>
      </w:r>
      <w:proofErr w:type="spellEnd"/>
      <w:r w:rsidRPr="007B2BD4">
        <w:rPr>
          <w:rFonts w:cs="Arial"/>
          <w:szCs w:val="24"/>
        </w:rPr>
        <w:t xml:space="preserve"> </w:t>
      </w:r>
      <w:proofErr w:type="spellStart"/>
      <w:r w:rsidRPr="007B2BD4">
        <w:rPr>
          <w:rFonts w:cs="Arial"/>
          <w:szCs w:val="24"/>
        </w:rPr>
        <w:t>байгууллагын</w:t>
      </w:r>
      <w:proofErr w:type="spellEnd"/>
      <w:r w:rsidRPr="007B2BD4">
        <w:rPr>
          <w:rFonts w:cs="Arial"/>
          <w:szCs w:val="24"/>
        </w:rPr>
        <w:t xml:space="preserve"> </w:t>
      </w:r>
      <w:proofErr w:type="spellStart"/>
      <w:r w:rsidRPr="007B2BD4">
        <w:rPr>
          <w:rFonts w:cs="Arial"/>
          <w:szCs w:val="24"/>
        </w:rPr>
        <w:t>шийдвэр</w:t>
      </w:r>
      <w:proofErr w:type="spellEnd"/>
      <w:r w:rsidRPr="007B2BD4">
        <w:rPr>
          <w:rFonts w:cs="Arial"/>
          <w:szCs w:val="24"/>
        </w:rPr>
        <w:t xml:space="preserve"> </w:t>
      </w:r>
      <w:proofErr w:type="spellStart"/>
      <w:r w:rsidRPr="007B2BD4">
        <w:rPr>
          <w:rFonts w:cs="Arial"/>
          <w:szCs w:val="24"/>
        </w:rPr>
        <w:t>гаргах</w:t>
      </w:r>
      <w:proofErr w:type="spellEnd"/>
      <w:r w:rsidRPr="007B2BD4">
        <w:rPr>
          <w:rFonts w:cs="Arial"/>
          <w:szCs w:val="24"/>
        </w:rPr>
        <w:t xml:space="preserve"> </w:t>
      </w:r>
      <w:proofErr w:type="spellStart"/>
      <w:r w:rsidRPr="007B2BD4">
        <w:rPr>
          <w:rFonts w:cs="Arial"/>
          <w:szCs w:val="24"/>
        </w:rPr>
        <w:t>үндэслэл</w:t>
      </w:r>
      <w:proofErr w:type="spellEnd"/>
      <w:r w:rsidRPr="007B2BD4">
        <w:rPr>
          <w:rFonts w:cs="Arial"/>
          <w:szCs w:val="24"/>
        </w:rPr>
        <w:t xml:space="preserve">, </w:t>
      </w:r>
      <w:proofErr w:type="spellStart"/>
      <w:r w:rsidRPr="007B2BD4">
        <w:rPr>
          <w:rFonts w:cs="Arial"/>
          <w:szCs w:val="24"/>
        </w:rPr>
        <w:t>хугацаа</w:t>
      </w:r>
      <w:proofErr w:type="spellEnd"/>
      <w:r w:rsidRPr="007B2BD4">
        <w:rPr>
          <w:rFonts w:cs="Arial"/>
          <w:szCs w:val="24"/>
        </w:rPr>
        <w:t xml:space="preserve">, </w:t>
      </w:r>
      <w:proofErr w:type="spellStart"/>
      <w:r w:rsidRPr="007B2BD4">
        <w:rPr>
          <w:rFonts w:cs="Arial"/>
          <w:szCs w:val="24"/>
        </w:rPr>
        <w:t>баримт</w:t>
      </w:r>
      <w:proofErr w:type="spellEnd"/>
      <w:r w:rsidRPr="007B2BD4">
        <w:rPr>
          <w:rFonts w:cs="Arial"/>
          <w:szCs w:val="24"/>
        </w:rPr>
        <w:t xml:space="preserve"> </w:t>
      </w:r>
      <w:proofErr w:type="spellStart"/>
      <w:r w:rsidRPr="007B2BD4">
        <w:rPr>
          <w:rFonts w:cs="Arial"/>
          <w:szCs w:val="24"/>
        </w:rPr>
        <w:t>бичиг</w:t>
      </w:r>
      <w:proofErr w:type="spellEnd"/>
      <w:r w:rsidRPr="007B2BD4">
        <w:rPr>
          <w:rFonts w:cs="Arial"/>
          <w:szCs w:val="24"/>
        </w:rPr>
        <w:t xml:space="preserve">, </w:t>
      </w:r>
      <w:proofErr w:type="spellStart"/>
      <w:r w:rsidRPr="007B2BD4">
        <w:rPr>
          <w:rFonts w:cs="Arial"/>
          <w:szCs w:val="24"/>
        </w:rPr>
        <w:t>гомдлын</w:t>
      </w:r>
      <w:proofErr w:type="spellEnd"/>
      <w:r w:rsidRPr="007B2BD4">
        <w:rPr>
          <w:rFonts w:cs="Arial"/>
          <w:szCs w:val="24"/>
        </w:rPr>
        <w:t xml:space="preserve"> </w:t>
      </w:r>
      <w:proofErr w:type="spellStart"/>
      <w:r w:rsidRPr="007B2BD4">
        <w:rPr>
          <w:rFonts w:cs="Arial"/>
          <w:szCs w:val="24"/>
        </w:rPr>
        <w:t>журмын</w:t>
      </w:r>
      <w:proofErr w:type="spellEnd"/>
      <w:r w:rsidRPr="007B2BD4">
        <w:rPr>
          <w:rFonts w:cs="Arial"/>
          <w:szCs w:val="24"/>
        </w:rPr>
        <w:t xml:space="preserve"> </w:t>
      </w:r>
      <w:proofErr w:type="spellStart"/>
      <w:r w:rsidRPr="007B2BD4">
        <w:rPr>
          <w:rFonts w:cs="Arial"/>
          <w:szCs w:val="24"/>
        </w:rPr>
        <w:t>тодорхой</w:t>
      </w:r>
      <w:proofErr w:type="spellEnd"/>
      <w:r w:rsidRPr="007B2BD4">
        <w:rPr>
          <w:rFonts w:cs="Arial"/>
          <w:szCs w:val="24"/>
        </w:rPr>
        <w:t xml:space="preserve"> </w:t>
      </w:r>
      <w:proofErr w:type="spellStart"/>
      <w:r w:rsidRPr="007B2BD4">
        <w:rPr>
          <w:rFonts w:cs="Arial"/>
          <w:szCs w:val="24"/>
        </w:rPr>
        <w:t>байдал</w:t>
      </w:r>
      <w:proofErr w:type="spellEnd"/>
      <w:r w:rsidRPr="007B2BD4">
        <w:rPr>
          <w:rFonts w:cs="Arial"/>
          <w:szCs w:val="24"/>
        </w:rPr>
        <w:t xml:space="preserve"> </w:t>
      </w:r>
      <w:proofErr w:type="spellStart"/>
      <w:r w:rsidRPr="007B2BD4">
        <w:rPr>
          <w:rFonts w:cs="Arial"/>
          <w:szCs w:val="24"/>
        </w:rPr>
        <w:t>нэмэгдэнэ</w:t>
      </w:r>
      <w:proofErr w:type="spellEnd"/>
      <w:r w:rsidRPr="007B2BD4">
        <w:rPr>
          <w:rFonts w:cs="Arial"/>
          <w:szCs w:val="24"/>
        </w:rPr>
        <w:t>.</w:t>
      </w:r>
    </w:p>
    <w:p w14:paraId="43634F65" w14:textId="77777777" w:rsidR="005953CD" w:rsidRDefault="00000000" w:rsidP="005953CD">
      <w:pPr>
        <w:rPr>
          <w:rFonts w:cs="Arial"/>
          <w:szCs w:val="24"/>
        </w:rPr>
      </w:pPr>
      <w:proofErr w:type="spellStart"/>
      <w:r w:rsidRPr="007B2BD4">
        <w:rPr>
          <w:rFonts w:cs="Arial"/>
          <w:szCs w:val="24"/>
        </w:rPr>
        <w:t>Хариуцан</w:t>
      </w:r>
      <w:proofErr w:type="spellEnd"/>
      <w:r w:rsidRPr="007B2BD4">
        <w:rPr>
          <w:rFonts w:cs="Arial"/>
          <w:szCs w:val="24"/>
        </w:rPr>
        <w:t xml:space="preserve"> </w:t>
      </w:r>
      <w:proofErr w:type="spellStart"/>
      <w:r w:rsidRPr="007B2BD4">
        <w:rPr>
          <w:rFonts w:cs="Arial"/>
          <w:szCs w:val="24"/>
        </w:rPr>
        <w:t>хамгаалагчийг</w:t>
      </w:r>
      <w:proofErr w:type="spellEnd"/>
      <w:r w:rsidRPr="007B2BD4">
        <w:rPr>
          <w:rFonts w:cs="Arial"/>
          <w:szCs w:val="24"/>
        </w:rPr>
        <w:t xml:space="preserve"> </w:t>
      </w:r>
      <w:proofErr w:type="spellStart"/>
      <w:r w:rsidRPr="007B2BD4">
        <w:rPr>
          <w:rFonts w:cs="Arial"/>
          <w:szCs w:val="24"/>
        </w:rPr>
        <w:t>заавал</w:t>
      </w:r>
      <w:proofErr w:type="spellEnd"/>
      <w:r w:rsidRPr="007B2BD4">
        <w:rPr>
          <w:rFonts w:cs="Arial"/>
          <w:szCs w:val="24"/>
        </w:rPr>
        <w:t xml:space="preserve"> </w:t>
      </w:r>
      <w:proofErr w:type="spellStart"/>
      <w:r w:rsidRPr="007B2BD4">
        <w:rPr>
          <w:rFonts w:cs="Arial"/>
          <w:szCs w:val="24"/>
        </w:rPr>
        <w:t>тогтоох</w:t>
      </w:r>
      <w:proofErr w:type="spellEnd"/>
      <w:r w:rsidRPr="007B2BD4">
        <w:rPr>
          <w:rFonts w:cs="Arial"/>
          <w:szCs w:val="24"/>
        </w:rPr>
        <w:t xml:space="preserve">, </w:t>
      </w:r>
      <w:proofErr w:type="spellStart"/>
      <w:r w:rsidRPr="007B2BD4">
        <w:rPr>
          <w:rFonts w:cs="Arial"/>
          <w:szCs w:val="24"/>
        </w:rPr>
        <w:t>газар</w:t>
      </w:r>
      <w:proofErr w:type="spellEnd"/>
      <w:r w:rsidRPr="007B2BD4">
        <w:rPr>
          <w:rFonts w:cs="Arial"/>
          <w:szCs w:val="24"/>
        </w:rPr>
        <w:t xml:space="preserve"> </w:t>
      </w:r>
      <w:proofErr w:type="spellStart"/>
      <w:r w:rsidRPr="007B2BD4">
        <w:rPr>
          <w:rFonts w:cs="Arial"/>
          <w:szCs w:val="24"/>
        </w:rPr>
        <w:t>эзэмших</w:t>
      </w:r>
      <w:proofErr w:type="spellEnd"/>
      <w:r w:rsidRPr="007B2BD4">
        <w:rPr>
          <w:rFonts w:cs="Arial"/>
          <w:szCs w:val="24"/>
        </w:rPr>
        <w:t xml:space="preserve">, </w:t>
      </w:r>
      <w:proofErr w:type="spellStart"/>
      <w:r w:rsidRPr="007B2BD4">
        <w:rPr>
          <w:rFonts w:cs="Arial"/>
          <w:szCs w:val="24"/>
        </w:rPr>
        <w:t>ашиглах</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шилжихэд</w:t>
      </w:r>
      <w:proofErr w:type="spellEnd"/>
      <w:r w:rsidRPr="007B2BD4">
        <w:rPr>
          <w:rFonts w:cs="Arial"/>
          <w:szCs w:val="24"/>
        </w:rPr>
        <w:t xml:space="preserve"> </w:t>
      </w:r>
      <w:proofErr w:type="spellStart"/>
      <w:r w:rsidRPr="007B2BD4">
        <w:rPr>
          <w:rFonts w:cs="Arial"/>
          <w:szCs w:val="24"/>
        </w:rPr>
        <w:t>арчилгааны</w:t>
      </w:r>
      <w:proofErr w:type="spellEnd"/>
      <w:r w:rsidRPr="007B2BD4">
        <w:rPr>
          <w:rFonts w:cs="Arial"/>
          <w:szCs w:val="24"/>
        </w:rPr>
        <w:t xml:space="preserve"> </w:t>
      </w:r>
      <w:proofErr w:type="spellStart"/>
      <w:r w:rsidRPr="007B2BD4">
        <w:rPr>
          <w:rFonts w:cs="Arial"/>
          <w:szCs w:val="24"/>
        </w:rPr>
        <w:t>үүргийг</w:t>
      </w:r>
      <w:proofErr w:type="spellEnd"/>
      <w:r w:rsidRPr="007B2BD4">
        <w:rPr>
          <w:rFonts w:cs="Arial"/>
          <w:szCs w:val="24"/>
        </w:rPr>
        <w:t xml:space="preserve"> </w:t>
      </w:r>
      <w:proofErr w:type="spellStart"/>
      <w:r w:rsidRPr="007B2BD4">
        <w:rPr>
          <w:rFonts w:cs="Arial"/>
          <w:szCs w:val="24"/>
        </w:rPr>
        <w:t>бүртгэл</w:t>
      </w:r>
      <w:proofErr w:type="spellEnd"/>
      <w:r w:rsidRPr="007B2BD4">
        <w:rPr>
          <w:rFonts w:cs="Arial"/>
          <w:szCs w:val="24"/>
        </w:rPr>
        <w:t xml:space="preserve">, </w:t>
      </w:r>
      <w:proofErr w:type="spellStart"/>
      <w:r w:rsidRPr="007B2BD4">
        <w:rPr>
          <w:rFonts w:cs="Arial"/>
          <w:szCs w:val="24"/>
        </w:rPr>
        <w:t>төсөв</w:t>
      </w:r>
      <w:proofErr w:type="spellEnd"/>
      <w:r w:rsidRPr="007B2BD4">
        <w:rPr>
          <w:rFonts w:cs="Arial"/>
          <w:szCs w:val="24"/>
        </w:rPr>
        <w:t xml:space="preserve">, </w:t>
      </w:r>
      <w:proofErr w:type="spellStart"/>
      <w:r w:rsidRPr="007B2BD4">
        <w:rPr>
          <w:rFonts w:cs="Arial"/>
          <w:szCs w:val="24"/>
        </w:rPr>
        <w:t>баталгааны</w:t>
      </w:r>
      <w:proofErr w:type="spellEnd"/>
      <w:r w:rsidRPr="007B2BD4">
        <w:rPr>
          <w:rFonts w:cs="Arial"/>
          <w:szCs w:val="24"/>
        </w:rPr>
        <w:t xml:space="preserve"> </w:t>
      </w:r>
      <w:proofErr w:type="spellStart"/>
      <w:r w:rsidRPr="007B2BD4">
        <w:rPr>
          <w:rFonts w:cs="Arial"/>
          <w:szCs w:val="24"/>
        </w:rPr>
        <w:t>хамт</w:t>
      </w:r>
      <w:proofErr w:type="spellEnd"/>
      <w:r w:rsidRPr="007B2BD4">
        <w:rPr>
          <w:rFonts w:cs="Arial"/>
          <w:szCs w:val="24"/>
        </w:rPr>
        <w:t xml:space="preserve"> </w:t>
      </w:r>
      <w:proofErr w:type="spellStart"/>
      <w:r w:rsidRPr="007B2BD4">
        <w:rPr>
          <w:rFonts w:cs="Arial"/>
          <w:szCs w:val="24"/>
        </w:rPr>
        <w:t>шилжүүлэх</w:t>
      </w:r>
      <w:proofErr w:type="spellEnd"/>
      <w:r w:rsidRPr="007B2BD4">
        <w:rPr>
          <w:rFonts w:cs="Arial"/>
          <w:szCs w:val="24"/>
        </w:rPr>
        <w:t xml:space="preserve">, </w:t>
      </w:r>
      <w:proofErr w:type="spellStart"/>
      <w:r w:rsidRPr="007B2BD4">
        <w:rPr>
          <w:rFonts w:cs="Arial"/>
          <w:szCs w:val="24"/>
        </w:rPr>
        <w:t>буруутай</w:t>
      </w:r>
      <w:proofErr w:type="spellEnd"/>
      <w:r w:rsidRPr="007B2BD4">
        <w:rPr>
          <w:rFonts w:cs="Arial"/>
          <w:szCs w:val="24"/>
        </w:rPr>
        <w:t xml:space="preserve"> </w:t>
      </w:r>
      <w:proofErr w:type="spellStart"/>
      <w:r w:rsidRPr="007B2BD4">
        <w:rPr>
          <w:rFonts w:cs="Arial"/>
          <w:szCs w:val="24"/>
        </w:rPr>
        <w:t>этгээдээр</w:t>
      </w:r>
      <w:proofErr w:type="spellEnd"/>
      <w:r w:rsidRPr="007B2BD4">
        <w:rPr>
          <w:rFonts w:cs="Arial"/>
          <w:szCs w:val="24"/>
        </w:rPr>
        <w:t xml:space="preserve"> </w:t>
      </w:r>
      <w:proofErr w:type="spellStart"/>
      <w:r w:rsidRPr="007B2BD4">
        <w:rPr>
          <w:rFonts w:cs="Arial"/>
          <w:szCs w:val="24"/>
        </w:rPr>
        <w:t>хохирол</w:t>
      </w:r>
      <w:proofErr w:type="spellEnd"/>
      <w:r w:rsidRPr="007B2BD4">
        <w:rPr>
          <w:rFonts w:cs="Arial"/>
          <w:szCs w:val="24"/>
        </w:rPr>
        <w:t xml:space="preserve">, </w:t>
      </w:r>
      <w:proofErr w:type="spellStart"/>
      <w:r w:rsidRPr="007B2BD4">
        <w:rPr>
          <w:rFonts w:cs="Arial"/>
          <w:szCs w:val="24"/>
        </w:rPr>
        <w:t>нөхөн</w:t>
      </w:r>
      <w:proofErr w:type="spellEnd"/>
      <w:r w:rsidRPr="007B2BD4">
        <w:rPr>
          <w:rFonts w:cs="Arial"/>
          <w:szCs w:val="24"/>
        </w:rPr>
        <w:t xml:space="preserve"> </w:t>
      </w:r>
      <w:proofErr w:type="spellStart"/>
      <w:r w:rsidRPr="007B2BD4">
        <w:rPr>
          <w:rFonts w:cs="Arial"/>
          <w:szCs w:val="24"/>
        </w:rPr>
        <w:t>сэргээх</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гурван</w:t>
      </w:r>
      <w:proofErr w:type="spellEnd"/>
      <w:r w:rsidRPr="007B2BD4">
        <w:rPr>
          <w:rFonts w:cs="Arial"/>
          <w:szCs w:val="24"/>
        </w:rPr>
        <w:t xml:space="preserve"> </w:t>
      </w:r>
      <w:proofErr w:type="spellStart"/>
      <w:r w:rsidRPr="007B2BD4">
        <w:rPr>
          <w:rFonts w:cs="Arial"/>
          <w:szCs w:val="24"/>
        </w:rPr>
        <w:t>жилийн</w:t>
      </w:r>
      <w:proofErr w:type="spellEnd"/>
      <w:r w:rsidRPr="007B2BD4">
        <w:rPr>
          <w:rFonts w:cs="Arial"/>
          <w:szCs w:val="24"/>
        </w:rPr>
        <w:t xml:space="preserve"> </w:t>
      </w:r>
      <w:proofErr w:type="spellStart"/>
      <w:r w:rsidRPr="007B2BD4">
        <w:rPr>
          <w:rFonts w:cs="Arial"/>
          <w:szCs w:val="24"/>
        </w:rPr>
        <w:t>арчилгааны</w:t>
      </w:r>
      <w:proofErr w:type="spellEnd"/>
      <w:r w:rsidRPr="007B2BD4">
        <w:rPr>
          <w:rFonts w:cs="Arial"/>
          <w:szCs w:val="24"/>
        </w:rPr>
        <w:t xml:space="preserve"> </w:t>
      </w:r>
      <w:proofErr w:type="spellStart"/>
      <w:r w:rsidRPr="007B2BD4">
        <w:rPr>
          <w:rFonts w:cs="Arial"/>
          <w:szCs w:val="24"/>
        </w:rPr>
        <w:t>зардлыг</w:t>
      </w:r>
      <w:proofErr w:type="spellEnd"/>
      <w:r w:rsidRPr="007B2BD4">
        <w:rPr>
          <w:rFonts w:cs="Arial"/>
          <w:szCs w:val="24"/>
        </w:rPr>
        <w:t xml:space="preserve"> </w:t>
      </w:r>
      <w:proofErr w:type="spellStart"/>
      <w:r w:rsidRPr="007B2BD4">
        <w:rPr>
          <w:rFonts w:cs="Arial"/>
          <w:szCs w:val="24"/>
        </w:rPr>
        <w:t>төлүүлэх</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зүйн</w:t>
      </w:r>
      <w:proofErr w:type="spellEnd"/>
      <w:r w:rsidRPr="007B2BD4">
        <w:rPr>
          <w:rFonts w:cs="Arial"/>
          <w:szCs w:val="24"/>
        </w:rPr>
        <w:t xml:space="preserve"> </w:t>
      </w:r>
      <w:proofErr w:type="spellStart"/>
      <w:r w:rsidRPr="007B2BD4">
        <w:rPr>
          <w:rFonts w:cs="Arial"/>
          <w:szCs w:val="24"/>
        </w:rPr>
        <w:t>үндэс</w:t>
      </w:r>
      <w:proofErr w:type="spellEnd"/>
      <w:r w:rsidRPr="007B2BD4">
        <w:rPr>
          <w:rFonts w:cs="Arial"/>
          <w:szCs w:val="24"/>
        </w:rPr>
        <w:t xml:space="preserve"> </w:t>
      </w:r>
      <w:proofErr w:type="spellStart"/>
      <w:r w:rsidRPr="007B2BD4">
        <w:rPr>
          <w:rFonts w:cs="Arial"/>
          <w:szCs w:val="24"/>
        </w:rPr>
        <w:t>бүрдэнэ</w:t>
      </w:r>
      <w:proofErr w:type="spellEnd"/>
      <w:r w:rsidRPr="007B2BD4">
        <w:rPr>
          <w:rFonts w:cs="Arial"/>
          <w:szCs w:val="24"/>
        </w:rPr>
        <w:t xml:space="preserve">. </w:t>
      </w:r>
      <w:proofErr w:type="spellStart"/>
      <w:r w:rsidRPr="007B2BD4">
        <w:rPr>
          <w:rFonts w:cs="Arial"/>
          <w:szCs w:val="24"/>
        </w:rPr>
        <w:t>Хариуцлага</w:t>
      </w:r>
      <w:proofErr w:type="spellEnd"/>
      <w:r w:rsidRPr="007B2BD4">
        <w:rPr>
          <w:rFonts w:cs="Arial"/>
          <w:szCs w:val="24"/>
        </w:rPr>
        <w:t xml:space="preserve"> </w:t>
      </w:r>
      <w:proofErr w:type="spellStart"/>
      <w:r w:rsidRPr="007B2BD4">
        <w:rPr>
          <w:rFonts w:cs="Arial"/>
          <w:szCs w:val="24"/>
        </w:rPr>
        <w:t>хүлээлгэсэн</w:t>
      </w:r>
      <w:proofErr w:type="spellEnd"/>
      <w:r w:rsidRPr="007B2BD4">
        <w:rPr>
          <w:rFonts w:cs="Arial"/>
          <w:szCs w:val="24"/>
        </w:rPr>
        <w:t xml:space="preserve"> </w:t>
      </w:r>
      <w:proofErr w:type="spellStart"/>
      <w:r w:rsidRPr="007B2BD4">
        <w:rPr>
          <w:rFonts w:cs="Arial"/>
          <w:szCs w:val="24"/>
        </w:rPr>
        <w:t>нь</w:t>
      </w:r>
      <w:proofErr w:type="spellEnd"/>
      <w:r w:rsidRPr="007B2BD4">
        <w:rPr>
          <w:rFonts w:cs="Arial"/>
          <w:szCs w:val="24"/>
        </w:rPr>
        <w:t xml:space="preserve"> </w:t>
      </w:r>
      <w:proofErr w:type="spellStart"/>
      <w:r w:rsidRPr="007B2BD4">
        <w:rPr>
          <w:rFonts w:cs="Arial"/>
          <w:szCs w:val="24"/>
        </w:rPr>
        <w:t>нөхөн</w:t>
      </w:r>
      <w:proofErr w:type="spellEnd"/>
      <w:r w:rsidRPr="007B2BD4">
        <w:rPr>
          <w:rFonts w:cs="Arial"/>
          <w:szCs w:val="24"/>
        </w:rPr>
        <w:t xml:space="preserve"> </w:t>
      </w:r>
      <w:proofErr w:type="spellStart"/>
      <w:r w:rsidRPr="007B2BD4">
        <w:rPr>
          <w:rFonts w:cs="Arial"/>
          <w:szCs w:val="24"/>
        </w:rPr>
        <w:t>сэргээх</w:t>
      </w:r>
      <w:proofErr w:type="spellEnd"/>
      <w:r w:rsidRPr="007B2BD4">
        <w:rPr>
          <w:rFonts w:cs="Arial"/>
          <w:szCs w:val="24"/>
        </w:rPr>
        <w:t xml:space="preserve">, </w:t>
      </w:r>
      <w:proofErr w:type="spellStart"/>
      <w:r w:rsidRPr="007B2BD4">
        <w:rPr>
          <w:rFonts w:cs="Arial"/>
          <w:szCs w:val="24"/>
        </w:rPr>
        <w:t>нөхөн</w:t>
      </w:r>
      <w:proofErr w:type="spellEnd"/>
      <w:r w:rsidRPr="007B2BD4">
        <w:rPr>
          <w:rFonts w:cs="Arial"/>
          <w:szCs w:val="24"/>
        </w:rPr>
        <w:t xml:space="preserve"> </w:t>
      </w:r>
      <w:proofErr w:type="spellStart"/>
      <w:r w:rsidRPr="007B2BD4">
        <w:rPr>
          <w:rFonts w:cs="Arial"/>
          <w:szCs w:val="24"/>
        </w:rPr>
        <w:t>дүйцүүлэх</w:t>
      </w:r>
      <w:proofErr w:type="spellEnd"/>
      <w:r w:rsidRPr="007B2BD4">
        <w:rPr>
          <w:rFonts w:cs="Arial"/>
          <w:szCs w:val="24"/>
        </w:rPr>
        <w:t xml:space="preserve"> </w:t>
      </w:r>
      <w:proofErr w:type="spellStart"/>
      <w:r w:rsidRPr="007B2BD4">
        <w:rPr>
          <w:rFonts w:cs="Arial"/>
          <w:szCs w:val="24"/>
        </w:rPr>
        <w:t>үүргээс</w:t>
      </w:r>
      <w:proofErr w:type="spellEnd"/>
      <w:r w:rsidRPr="007B2BD4">
        <w:rPr>
          <w:rFonts w:cs="Arial"/>
          <w:szCs w:val="24"/>
        </w:rPr>
        <w:t xml:space="preserve"> </w:t>
      </w:r>
      <w:proofErr w:type="spellStart"/>
      <w:r w:rsidRPr="007B2BD4">
        <w:rPr>
          <w:rFonts w:cs="Arial"/>
          <w:szCs w:val="24"/>
        </w:rPr>
        <w:t>чөлөөлөхгүй.</w:t>
      </w:r>
      <w:proofErr w:type="spellEnd"/>
    </w:p>
    <w:p w14:paraId="3E999BF6" w14:textId="77777777" w:rsidR="00622F22" w:rsidRDefault="00000000" w:rsidP="00622F22">
      <w:pPr>
        <w:ind w:firstLine="720"/>
        <w:rPr>
          <w:rFonts w:cs="Arial"/>
          <w:b/>
          <w:bCs/>
          <w:szCs w:val="24"/>
        </w:rPr>
      </w:pPr>
      <w:proofErr w:type="spellStart"/>
      <w:r w:rsidRPr="005953CD">
        <w:rPr>
          <w:rFonts w:cs="Arial"/>
          <w:b/>
          <w:bCs/>
          <w:szCs w:val="24"/>
        </w:rPr>
        <w:t>Хүрэх</w:t>
      </w:r>
      <w:proofErr w:type="spellEnd"/>
      <w:r w:rsidRPr="005953CD">
        <w:rPr>
          <w:rFonts w:cs="Arial"/>
          <w:b/>
          <w:bCs/>
          <w:szCs w:val="24"/>
        </w:rPr>
        <w:t xml:space="preserve"> </w:t>
      </w:r>
      <w:proofErr w:type="spellStart"/>
      <w:r w:rsidRPr="005953CD">
        <w:rPr>
          <w:rFonts w:cs="Arial"/>
          <w:b/>
          <w:bCs/>
          <w:szCs w:val="24"/>
        </w:rPr>
        <w:t>үр</w:t>
      </w:r>
      <w:proofErr w:type="spellEnd"/>
      <w:r w:rsidRPr="005953CD">
        <w:rPr>
          <w:rFonts w:cs="Arial"/>
          <w:b/>
          <w:bCs/>
          <w:szCs w:val="24"/>
        </w:rPr>
        <w:t xml:space="preserve"> </w:t>
      </w:r>
      <w:proofErr w:type="spellStart"/>
      <w:r w:rsidRPr="005953CD">
        <w:rPr>
          <w:rFonts w:cs="Arial"/>
          <w:b/>
          <w:bCs/>
          <w:szCs w:val="24"/>
        </w:rPr>
        <w:t>дүн</w:t>
      </w:r>
      <w:proofErr w:type="spellEnd"/>
    </w:p>
    <w:p w14:paraId="35AF3DCD" w14:textId="78826CEC" w:rsidR="0075136E" w:rsidRPr="00622F22" w:rsidRDefault="00000000" w:rsidP="00622F22">
      <w:pPr>
        <w:ind w:firstLine="720"/>
        <w:rPr>
          <w:rFonts w:cs="Arial"/>
          <w:b/>
          <w:bCs/>
          <w:szCs w:val="24"/>
        </w:rPr>
      </w:pPr>
      <w:proofErr w:type="spellStart"/>
      <w:r w:rsidRPr="005B2431">
        <w:rPr>
          <w:rFonts w:cs="Arial"/>
          <w:szCs w:val="24"/>
        </w:rPr>
        <w:t>Хот</w:t>
      </w:r>
      <w:proofErr w:type="spellEnd"/>
      <w:r w:rsidRPr="005B2431">
        <w:rPr>
          <w:rFonts w:cs="Arial"/>
          <w:szCs w:val="24"/>
        </w:rPr>
        <w:t xml:space="preserve">, </w:t>
      </w:r>
      <w:proofErr w:type="spellStart"/>
      <w:r w:rsidRPr="005B2431">
        <w:rPr>
          <w:rFonts w:cs="Arial"/>
          <w:szCs w:val="24"/>
        </w:rPr>
        <w:t>суурин</w:t>
      </w:r>
      <w:proofErr w:type="spellEnd"/>
      <w:r w:rsidRPr="005B2431">
        <w:rPr>
          <w:rFonts w:cs="Arial"/>
          <w:szCs w:val="24"/>
        </w:rPr>
        <w:t xml:space="preserve"> </w:t>
      </w:r>
      <w:proofErr w:type="spellStart"/>
      <w:r w:rsidRPr="005B2431">
        <w:rPr>
          <w:rFonts w:cs="Arial"/>
          <w:szCs w:val="24"/>
        </w:rPr>
        <w:t>газрын</w:t>
      </w:r>
      <w:proofErr w:type="spellEnd"/>
      <w:r w:rsidRPr="005B2431">
        <w:rPr>
          <w:rFonts w:cs="Arial"/>
          <w:szCs w:val="24"/>
        </w:rPr>
        <w:t xml:space="preserve"> </w:t>
      </w:r>
      <w:proofErr w:type="spellStart"/>
      <w:r w:rsidRPr="005B2431">
        <w:rPr>
          <w:rFonts w:cs="Arial"/>
          <w:szCs w:val="24"/>
        </w:rPr>
        <w:t>ногоон</w:t>
      </w:r>
      <w:proofErr w:type="spellEnd"/>
      <w:r w:rsidRPr="005B2431">
        <w:rPr>
          <w:rFonts w:cs="Arial"/>
          <w:szCs w:val="24"/>
        </w:rPr>
        <w:t xml:space="preserve"> </w:t>
      </w:r>
      <w:proofErr w:type="spellStart"/>
      <w:r w:rsidRPr="005B2431">
        <w:rPr>
          <w:rFonts w:cs="Arial"/>
          <w:szCs w:val="24"/>
        </w:rPr>
        <w:t>хөрөнгийн</w:t>
      </w:r>
      <w:proofErr w:type="spellEnd"/>
      <w:r w:rsidRPr="005B2431">
        <w:rPr>
          <w:rFonts w:cs="Arial"/>
          <w:szCs w:val="24"/>
        </w:rPr>
        <w:t xml:space="preserve"> </w:t>
      </w:r>
      <w:proofErr w:type="spellStart"/>
      <w:r w:rsidRPr="005B2431">
        <w:rPr>
          <w:rFonts w:cs="Arial"/>
          <w:szCs w:val="24"/>
        </w:rPr>
        <w:t>бодлого</w:t>
      </w:r>
      <w:proofErr w:type="spellEnd"/>
      <w:r w:rsidRPr="005B2431">
        <w:rPr>
          <w:rFonts w:cs="Arial"/>
          <w:szCs w:val="24"/>
        </w:rPr>
        <w:t xml:space="preserve"> </w:t>
      </w:r>
      <w:proofErr w:type="spellStart"/>
      <w:r w:rsidRPr="005B2431">
        <w:rPr>
          <w:rFonts w:cs="Arial"/>
          <w:szCs w:val="24"/>
        </w:rPr>
        <w:t>тарьсан</w:t>
      </w:r>
      <w:proofErr w:type="spellEnd"/>
      <w:r w:rsidRPr="005B2431">
        <w:rPr>
          <w:rFonts w:cs="Arial"/>
          <w:szCs w:val="24"/>
        </w:rPr>
        <w:t xml:space="preserve"> </w:t>
      </w:r>
      <w:proofErr w:type="spellStart"/>
      <w:r w:rsidRPr="005B2431">
        <w:rPr>
          <w:rFonts w:cs="Arial"/>
          <w:szCs w:val="24"/>
        </w:rPr>
        <w:t>тооноос</w:t>
      </w:r>
      <w:proofErr w:type="spellEnd"/>
      <w:r w:rsidRPr="005B2431">
        <w:rPr>
          <w:rFonts w:cs="Arial"/>
          <w:szCs w:val="24"/>
        </w:rPr>
        <w:t xml:space="preserve"> </w:t>
      </w:r>
      <w:proofErr w:type="spellStart"/>
      <w:r w:rsidRPr="005B2431">
        <w:rPr>
          <w:rFonts w:cs="Arial"/>
          <w:szCs w:val="24"/>
        </w:rPr>
        <w:t>ургамлын</w:t>
      </w:r>
      <w:proofErr w:type="spellEnd"/>
      <w:r w:rsidRPr="005B2431">
        <w:rPr>
          <w:rFonts w:cs="Arial"/>
          <w:szCs w:val="24"/>
        </w:rPr>
        <w:t xml:space="preserve"> </w:t>
      </w:r>
      <w:proofErr w:type="spellStart"/>
      <w:r w:rsidRPr="005B2431">
        <w:rPr>
          <w:rFonts w:cs="Arial"/>
          <w:szCs w:val="24"/>
        </w:rPr>
        <w:t>амьдрал</w:t>
      </w:r>
      <w:proofErr w:type="spellEnd"/>
      <w:r w:rsidRPr="005B2431">
        <w:rPr>
          <w:rFonts w:cs="Arial"/>
          <w:szCs w:val="24"/>
        </w:rPr>
        <w:t xml:space="preserve">, </w:t>
      </w:r>
      <w:proofErr w:type="spellStart"/>
      <w:r w:rsidRPr="005B2431">
        <w:rPr>
          <w:rFonts w:cs="Arial"/>
          <w:szCs w:val="24"/>
        </w:rPr>
        <w:t>тогтворжилт</w:t>
      </w:r>
      <w:proofErr w:type="spellEnd"/>
      <w:r w:rsidRPr="005B2431">
        <w:rPr>
          <w:rFonts w:cs="Arial"/>
          <w:szCs w:val="24"/>
        </w:rPr>
        <w:t xml:space="preserve">, </w:t>
      </w:r>
      <w:proofErr w:type="spellStart"/>
      <w:r w:rsidRPr="005B2431">
        <w:rPr>
          <w:rFonts w:cs="Arial"/>
          <w:szCs w:val="24"/>
        </w:rPr>
        <w:t>чанар</w:t>
      </w:r>
      <w:proofErr w:type="spellEnd"/>
      <w:r w:rsidRPr="005B2431">
        <w:rPr>
          <w:rFonts w:cs="Arial"/>
          <w:szCs w:val="24"/>
        </w:rPr>
        <w:t xml:space="preserve">, </w:t>
      </w:r>
      <w:proofErr w:type="spellStart"/>
      <w:r w:rsidRPr="005B2431">
        <w:rPr>
          <w:rFonts w:cs="Arial"/>
          <w:szCs w:val="24"/>
        </w:rPr>
        <w:t>хүртээмж</w:t>
      </w:r>
      <w:proofErr w:type="spellEnd"/>
      <w:r w:rsidRPr="005B2431">
        <w:rPr>
          <w:rFonts w:cs="Arial"/>
          <w:szCs w:val="24"/>
        </w:rPr>
        <w:t xml:space="preserve">, </w:t>
      </w:r>
      <w:proofErr w:type="spellStart"/>
      <w:r w:rsidRPr="005B2431">
        <w:rPr>
          <w:rFonts w:cs="Arial"/>
          <w:szCs w:val="24"/>
        </w:rPr>
        <w:t>усны</w:t>
      </w:r>
      <w:proofErr w:type="spellEnd"/>
      <w:r w:rsidRPr="005B2431">
        <w:rPr>
          <w:rFonts w:cs="Arial"/>
          <w:szCs w:val="24"/>
        </w:rPr>
        <w:t xml:space="preserve"> </w:t>
      </w:r>
      <w:proofErr w:type="spellStart"/>
      <w:r w:rsidRPr="005B2431">
        <w:rPr>
          <w:rFonts w:cs="Arial"/>
          <w:szCs w:val="24"/>
        </w:rPr>
        <w:t>үр</w:t>
      </w:r>
      <w:proofErr w:type="spellEnd"/>
      <w:r w:rsidRPr="005B2431">
        <w:rPr>
          <w:rFonts w:cs="Arial"/>
          <w:szCs w:val="24"/>
        </w:rPr>
        <w:t xml:space="preserve"> </w:t>
      </w:r>
      <w:proofErr w:type="spellStart"/>
      <w:r w:rsidRPr="005B2431">
        <w:rPr>
          <w:rFonts w:cs="Arial"/>
          <w:szCs w:val="24"/>
        </w:rPr>
        <w:t>ашигт</w:t>
      </w:r>
      <w:proofErr w:type="spellEnd"/>
      <w:r w:rsidRPr="005B2431">
        <w:rPr>
          <w:rFonts w:cs="Arial"/>
          <w:szCs w:val="24"/>
        </w:rPr>
        <w:t xml:space="preserve"> </w:t>
      </w:r>
      <w:proofErr w:type="spellStart"/>
      <w:r w:rsidRPr="005B2431">
        <w:rPr>
          <w:rFonts w:cs="Arial"/>
          <w:szCs w:val="24"/>
        </w:rPr>
        <w:t>суурилсан</w:t>
      </w:r>
      <w:proofErr w:type="spellEnd"/>
      <w:r w:rsidRPr="005B2431">
        <w:rPr>
          <w:rFonts w:cs="Arial"/>
          <w:szCs w:val="24"/>
        </w:rPr>
        <w:t xml:space="preserve"> </w:t>
      </w:r>
      <w:proofErr w:type="spellStart"/>
      <w:r w:rsidRPr="005B2431">
        <w:rPr>
          <w:rFonts w:cs="Arial"/>
          <w:szCs w:val="24"/>
        </w:rPr>
        <w:t>хэмжигдэхүйц</w:t>
      </w:r>
      <w:proofErr w:type="spellEnd"/>
      <w:r w:rsidRPr="005B2431">
        <w:rPr>
          <w:rFonts w:cs="Arial"/>
          <w:szCs w:val="24"/>
        </w:rPr>
        <w:t xml:space="preserve"> </w:t>
      </w:r>
      <w:proofErr w:type="spellStart"/>
      <w:r w:rsidRPr="005B2431">
        <w:rPr>
          <w:rFonts w:cs="Arial"/>
          <w:szCs w:val="24"/>
        </w:rPr>
        <w:t>тогтолцоонд</w:t>
      </w:r>
      <w:proofErr w:type="spellEnd"/>
      <w:r w:rsidRPr="005B2431">
        <w:rPr>
          <w:rFonts w:cs="Arial"/>
          <w:szCs w:val="24"/>
        </w:rPr>
        <w:t xml:space="preserve"> </w:t>
      </w:r>
      <w:proofErr w:type="spellStart"/>
      <w:r w:rsidRPr="005B2431">
        <w:rPr>
          <w:rFonts w:cs="Arial"/>
          <w:szCs w:val="24"/>
        </w:rPr>
        <w:t>шилжинэ</w:t>
      </w:r>
      <w:proofErr w:type="spellEnd"/>
      <w:r w:rsidRPr="005B2431">
        <w:rPr>
          <w:rFonts w:cs="Arial"/>
          <w:szCs w:val="24"/>
        </w:rPr>
        <w:t>.</w:t>
      </w:r>
      <w:r w:rsidR="005B2431">
        <w:rPr>
          <w:rFonts w:cs="Arial"/>
          <w:szCs w:val="24"/>
        </w:rPr>
        <w:t xml:space="preserve"> </w:t>
      </w:r>
      <w:proofErr w:type="spellStart"/>
      <w:r w:rsidRPr="005B2431">
        <w:rPr>
          <w:rFonts w:cs="Arial"/>
          <w:szCs w:val="24"/>
        </w:rPr>
        <w:t>Ногоон</w:t>
      </w:r>
      <w:proofErr w:type="spellEnd"/>
      <w:r w:rsidRPr="005B2431">
        <w:rPr>
          <w:rFonts w:cs="Arial"/>
          <w:szCs w:val="24"/>
        </w:rPr>
        <w:t xml:space="preserve"> </w:t>
      </w:r>
      <w:proofErr w:type="spellStart"/>
      <w:r w:rsidRPr="005B2431">
        <w:rPr>
          <w:rFonts w:cs="Arial"/>
          <w:szCs w:val="24"/>
        </w:rPr>
        <w:t>хөрөнгө</w:t>
      </w:r>
      <w:proofErr w:type="spellEnd"/>
      <w:r w:rsidRPr="005B2431">
        <w:rPr>
          <w:rFonts w:cs="Arial"/>
          <w:szCs w:val="24"/>
        </w:rPr>
        <w:t xml:space="preserve"> </w:t>
      </w:r>
      <w:proofErr w:type="spellStart"/>
      <w:r w:rsidRPr="005B2431">
        <w:rPr>
          <w:rFonts w:cs="Arial"/>
          <w:szCs w:val="24"/>
        </w:rPr>
        <w:t>бүрийн</w:t>
      </w:r>
      <w:proofErr w:type="spellEnd"/>
      <w:r w:rsidRPr="005B2431">
        <w:rPr>
          <w:rFonts w:cs="Arial"/>
          <w:szCs w:val="24"/>
        </w:rPr>
        <w:t xml:space="preserve"> </w:t>
      </w:r>
      <w:proofErr w:type="spellStart"/>
      <w:r w:rsidRPr="005B2431">
        <w:rPr>
          <w:rFonts w:cs="Arial"/>
          <w:szCs w:val="24"/>
        </w:rPr>
        <w:t>байршил</w:t>
      </w:r>
      <w:proofErr w:type="spellEnd"/>
      <w:r w:rsidRPr="005B2431">
        <w:rPr>
          <w:rFonts w:cs="Arial"/>
          <w:szCs w:val="24"/>
        </w:rPr>
        <w:t xml:space="preserve">, </w:t>
      </w:r>
      <w:proofErr w:type="spellStart"/>
      <w:r w:rsidRPr="005B2431">
        <w:rPr>
          <w:rFonts w:cs="Arial"/>
          <w:szCs w:val="24"/>
        </w:rPr>
        <w:t>төлөв</w:t>
      </w:r>
      <w:proofErr w:type="spellEnd"/>
      <w:r w:rsidRPr="005B2431">
        <w:rPr>
          <w:rFonts w:cs="Arial"/>
          <w:szCs w:val="24"/>
        </w:rPr>
        <w:t xml:space="preserve"> </w:t>
      </w:r>
      <w:proofErr w:type="spellStart"/>
      <w:r w:rsidRPr="005B2431">
        <w:rPr>
          <w:rFonts w:cs="Arial"/>
          <w:szCs w:val="24"/>
        </w:rPr>
        <w:t>байдал</w:t>
      </w:r>
      <w:proofErr w:type="spellEnd"/>
      <w:r w:rsidRPr="005B2431">
        <w:rPr>
          <w:rFonts w:cs="Arial"/>
          <w:szCs w:val="24"/>
        </w:rPr>
        <w:t xml:space="preserve">, </w:t>
      </w:r>
      <w:proofErr w:type="spellStart"/>
      <w:r w:rsidRPr="005B2431">
        <w:rPr>
          <w:rFonts w:cs="Arial"/>
          <w:szCs w:val="24"/>
        </w:rPr>
        <w:t>хариуцан</w:t>
      </w:r>
      <w:proofErr w:type="spellEnd"/>
      <w:r w:rsidRPr="005B2431">
        <w:rPr>
          <w:rFonts w:cs="Arial"/>
          <w:szCs w:val="24"/>
        </w:rPr>
        <w:t xml:space="preserve"> </w:t>
      </w:r>
      <w:proofErr w:type="spellStart"/>
      <w:r w:rsidRPr="005B2431">
        <w:rPr>
          <w:rFonts w:cs="Arial"/>
          <w:szCs w:val="24"/>
        </w:rPr>
        <w:t>хамгаалагч</w:t>
      </w:r>
      <w:proofErr w:type="spellEnd"/>
      <w:r w:rsidRPr="005B2431">
        <w:rPr>
          <w:rFonts w:cs="Arial"/>
          <w:szCs w:val="24"/>
        </w:rPr>
        <w:t xml:space="preserve">, </w:t>
      </w:r>
      <w:proofErr w:type="spellStart"/>
      <w:r w:rsidRPr="005B2431">
        <w:rPr>
          <w:rFonts w:cs="Arial"/>
          <w:szCs w:val="24"/>
        </w:rPr>
        <w:t>усалгаа</w:t>
      </w:r>
      <w:proofErr w:type="spellEnd"/>
      <w:r w:rsidRPr="005B2431">
        <w:rPr>
          <w:rFonts w:cs="Arial"/>
          <w:szCs w:val="24"/>
        </w:rPr>
        <w:t xml:space="preserve">, </w:t>
      </w:r>
      <w:proofErr w:type="spellStart"/>
      <w:r w:rsidRPr="005B2431">
        <w:rPr>
          <w:rFonts w:cs="Arial"/>
          <w:szCs w:val="24"/>
        </w:rPr>
        <w:t>арчилгаа</w:t>
      </w:r>
      <w:proofErr w:type="spellEnd"/>
      <w:r w:rsidRPr="005B2431">
        <w:rPr>
          <w:rFonts w:cs="Arial"/>
          <w:szCs w:val="24"/>
        </w:rPr>
        <w:t xml:space="preserve">, </w:t>
      </w:r>
      <w:proofErr w:type="spellStart"/>
      <w:r w:rsidRPr="005B2431">
        <w:rPr>
          <w:rFonts w:cs="Arial"/>
          <w:szCs w:val="24"/>
        </w:rPr>
        <w:t>үнэлгээний</w:t>
      </w:r>
      <w:proofErr w:type="spellEnd"/>
      <w:r w:rsidRPr="005B2431">
        <w:rPr>
          <w:rFonts w:cs="Arial"/>
          <w:szCs w:val="24"/>
        </w:rPr>
        <w:t xml:space="preserve"> </w:t>
      </w:r>
      <w:proofErr w:type="spellStart"/>
      <w:r w:rsidRPr="005B2431">
        <w:rPr>
          <w:rFonts w:cs="Arial"/>
          <w:szCs w:val="24"/>
        </w:rPr>
        <w:t>түүх</w:t>
      </w:r>
      <w:proofErr w:type="spellEnd"/>
      <w:r w:rsidRPr="005B2431">
        <w:rPr>
          <w:rFonts w:cs="Arial"/>
          <w:szCs w:val="24"/>
        </w:rPr>
        <w:t xml:space="preserve"> </w:t>
      </w:r>
      <w:proofErr w:type="spellStart"/>
      <w:r w:rsidRPr="005B2431">
        <w:rPr>
          <w:rFonts w:cs="Arial"/>
          <w:szCs w:val="24"/>
        </w:rPr>
        <w:t>тодорхой</w:t>
      </w:r>
      <w:proofErr w:type="spellEnd"/>
      <w:r w:rsidRPr="005B2431">
        <w:rPr>
          <w:rFonts w:cs="Arial"/>
          <w:szCs w:val="24"/>
        </w:rPr>
        <w:t xml:space="preserve"> </w:t>
      </w:r>
      <w:proofErr w:type="spellStart"/>
      <w:r w:rsidRPr="005B2431">
        <w:rPr>
          <w:rFonts w:cs="Arial"/>
          <w:szCs w:val="24"/>
        </w:rPr>
        <w:t>болж</w:t>
      </w:r>
      <w:proofErr w:type="spellEnd"/>
      <w:r w:rsidRPr="005B2431">
        <w:rPr>
          <w:rFonts w:cs="Arial"/>
          <w:szCs w:val="24"/>
        </w:rPr>
        <w:t xml:space="preserve">, </w:t>
      </w:r>
      <w:proofErr w:type="spellStart"/>
      <w:r w:rsidRPr="005B2431">
        <w:rPr>
          <w:rFonts w:cs="Arial"/>
          <w:szCs w:val="24"/>
        </w:rPr>
        <w:t>төрийн</w:t>
      </w:r>
      <w:proofErr w:type="spellEnd"/>
      <w:r w:rsidRPr="005B2431">
        <w:rPr>
          <w:rFonts w:cs="Arial"/>
          <w:szCs w:val="24"/>
        </w:rPr>
        <w:t xml:space="preserve"> </w:t>
      </w:r>
      <w:proofErr w:type="spellStart"/>
      <w:r w:rsidRPr="005B2431">
        <w:rPr>
          <w:rFonts w:cs="Arial"/>
          <w:szCs w:val="24"/>
        </w:rPr>
        <w:t>байгууллагын</w:t>
      </w:r>
      <w:proofErr w:type="spellEnd"/>
      <w:r w:rsidRPr="005B2431">
        <w:rPr>
          <w:rFonts w:cs="Arial"/>
          <w:szCs w:val="24"/>
        </w:rPr>
        <w:t xml:space="preserve"> </w:t>
      </w:r>
      <w:proofErr w:type="spellStart"/>
      <w:r w:rsidRPr="005B2431">
        <w:rPr>
          <w:rFonts w:cs="Arial"/>
          <w:szCs w:val="24"/>
        </w:rPr>
        <w:t>мэдээллийн</w:t>
      </w:r>
      <w:proofErr w:type="spellEnd"/>
      <w:r w:rsidRPr="005B2431">
        <w:rPr>
          <w:rFonts w:cs="Arial"/>
          <w:szCs w:val="24"/>
        </w:rPr>
        <w:t xml:space="preserve"> </w:t>
      </w:r>
      <w:proofErr w:type="spellStart"/>
      <w:r w:rsidRPr="005B2431">
        <w:rPr>
          <w:rFonts w:cs="Arial"/>
          <w:szCs w:val="24"/>
        </w:rPr>
        <w:t>давхардал</w:t>
      </w:r>
      <w:proofErr w:type="spellEnd"/>
      <w:r w:rsidRPr="005B2431">
        <w:rPr>
          <w:rFonts w:cs="Arial"/>
          <w:szCs w:val="24"/>
        </w:rPr>
        <w:t xml:space="preserve"> </w:t>
      </w:r>
      <w:proofErr w:type="spellStart"/>
      <w:r w:rsidRPr="005B2431">
        <w:rPr>
          <w:rFonts w:cs="Arial"/>
          <w:szCs w:val="24"/>
        </w:rPr>
        <w:t>буурна</w:t>
      </w:r>
      <w:proofErr w:type="spellEnd"/>
      <w:r w:rsidRPr="005B2431">
        <w:rPr>
          <w:rFonts w:cs="Arial"/>
          <w:szCs w:val="24"/>
        </w:rPr>
        <w:t>.</w:t>
      </w:r>
      <w:r w:rsidR="005B2431">
        <w:rPr>
          <w:rFonts w:cs="Arial"/>
          <w:szCs w:val="24"/>
        </w:rPr>
        <w:t xml:space="preserve"> </w:t>
      </w:r>
      <w:proofErr w:type="spellStart"/>
      <w:r w:rsidRPr="005B2431">
        <w:rPr>
          <w:rFonts w:cs="Arial"/>
          <w:szCs w:val="24"/>
        </w:rPr>
        <w:t>Барилга</w:t>
      </w:r>
      <w:proofErr w:type="spellEnd"/>
      <w:r w:rsidRPr="005B2431">
        <w:rPr>
          <w:rFonts w:cs="Arial"/>
          <w:szCs w:val="24"/>
        </w:rPr>
        <w:t xml:space="preserve">, </w:t>
      </w:r>
      <w:proofErr w:type="spellStart"/>
      <w:r w:rsidRPr="005B2431">
        <w:rPr>
          <w:rFonts w:cs="Arial"/>
          <w:szCs w:val="24"/>
        </w:rPr>
        <w:t>авто</w:t>
      </w:r>
      <w:proofErr w:type="spellEnd"/>
      <w:r w:rsidRPr="005B2431">
        <w:rPr>
          <w:rFonts w:cs="Arial"/>
          <w:szCs w:val="24"/>
        </w:rPr>
        <w:t xml:space="preserve"> </w:t>
      </w:r>
      <w:proofErr w:type="spellStart"/>
      <w:r w:rsidRPr="005B2431">
        <w:rPr>
          <w:rFonts w:cs="Arial"/>
          <w:szCs w:val="24"/>
        </w:rPr>
        <w:t>зам</w:t>
      </w:r>
      <w:proofErr w:type="spellEnd"/>
      <w:r w:rsidRPr="005B2431">
        <w:rPr>
          <w:rFonts w:cs="Arial"/>
          <w:szCs w:val="24"/>
        </w:rPr>
        <w:t xml:space="preserve">, </w:t>
      </w:r>
      <w:proofErr w:type="spellStart"/>
      <w:r w:rsidRPr="005B2431">
        <w:rPr>
          <w:rFonts w:cs="Arial"/>
          <w:szCs w:val="24"/>
        </w:rPr>
        <w:t>инженерийн</w:t>
      </w:r>
      <w:proofErr w:type="spellEnd"/>
      <w:r w:rsidRPr="005B2431">
        <w:rPr>
          <w:rFonts w:cs="Arial"/>
          <w:szCs w:val="24"/>
        </w:rPr>
        <w:t xml:space="preserve"> </w:t>
      </w:r>
      <w:proofErr w:type="spellStart"/>
      <w:r w:rsidRPr="005B2431">
        <w:rPr>
          <w:rFonts w:cs="Arial"/>
          <w:szCs w:val="24"/>
        </w:rPr>
        <w:t>дэд</w:t>
      </w:r>
      <w:proofErr w:type="spellEnd"/>
      <w:r w:rsidRPr="005B2431">
        <w:rPr>
          <w:rFonts w:cs="Arial"/>
          <w:szCs w:val="24"/>
        </w:rPr>
        <w:t xml:space="preserve"> </w:t>
      </w:r>
      <w:proofErr w:type="spellStart"/>
      <w:r w:rsidRPr="005B2431">
        <w:rPr>
          <w:rFonts w:cs="Arial"/>
          <w:szCs w:val="24"/>
        </w:rPr>
        <w:t>бүтцийн</w:t>
      </w:r>
      <w:proofErr w:type="spellEnd"/>
      <w:r w:rsidRPr="005B2431">
        <w:rPr>
          <w:rFonts w:cs="Arial"/>
          <w:szCs w:val="24"/>
        </w:rPr>
        <w:t xml:space="preserve"> </w:t>
      </w:r>
      <w:proofErr w:type="spellStart"/>
      <w:r w:rsidRPr="005B2431">
        <w:rPr>
          <w:rFonts w:cs="Arial"/>
          <w:szCs w:val="24"/>
        </w:rPr>
        <w:t>төслийн</w:t>
      </w:r>
      <w:proofErr w:type="spellEnd"/>
      <w:r w:rsidRPr="005B2431">
        <w:rPr>
          <w:rFonts w:cs="Arial"/>
          <w:szCs w:val="24"/>
        </w:rPr>
        <w:t xml:space="preserve"> </w:t>
      </w:r>
      <w:proofErr w:type="spellStart"/>
      <w:r w:rsidRPr="005B2431">
        <w:rPr>
          <w:rFonts w:cs="Arial"/>
          <w:szCs w:val="24"/>
        </w:rPr>
        <w:t>өмнө</w:t>
      </w:r>
      <w:proofErr w:type="spellEnd"/>
      <w:r w:rsidRPr="005B2431">
        <w:rPr>
          <w:rFonts w:cs="Arial"/>
          <w:szCs w:val="24"/>
        </w:rPr>
        <w:t xml:space="preserve"> </w:t>
      </w:r>
      <w:proofErr w:type="spellStart"/>
      <w:r w:rsidRPr="005B2431">
        <w:rPr>
          <w:rFonts w:cs="Arial"/>
          <w:szCs w:val="24"/>
        </w:rPr>
        <w:t>ногоон</w:t>
      </w:r>
      <w:proofErr w:type="spellEnd"/>
      <w:r w:rsidRPr="005B2431">
        <w:rPr>
          <w:rFonts w:cs="Arial"/>
          <w:szCs w:val="24"/>
        </w:rPr>
        <w:t xml:space="preserve"> </w:t>
      </w:r>
      <w:proofErr w:type="spellStart"/>
      <w:r w:rsidRPr="005B2431">
        <w:rPr>
          <w:rFonts w:cs="Arial"/>
          <w:szCs w:val="24"/>
        </w:rPr>
        <w:t>хөрөнгөд</w:t>
      </w:r>
      <w:proofErr w:type="spellEnd"/>
      <w:r w:rsidRPr="005B2431">
        <w:rPr>
          <w:rFonts w:cs="Arial"/>
          <w:szCs w:val="24"/>
        </w:rPr>
        <w:t xml:space="preserve"> </w:t>
      </w:r>
      <w:proofErr w:type="spellStart"/>
      <w:r w:rsidRPr="005B2431">
        <w:rPr>
          <w:rFonts w:cs="Arial"/>
          <w:szCs w:val="24"/>
        </w:rPr>
        <w:t>үзүүлэх</w:t>
      </w:r>
      <w:proofErr w:type="spellEnd"/>
      <w:r w:rsidRPr="005B2431">
        <w:rPr>
          <w:rFonts w:cs="Arial"/>
          <w:szCs w:val="24"/>
        </w:rPr>
        <w:t xml:space="preserve"> </w:t>
      </w:r>
      <w:proofErr w:type="spellStart"/>
      <w:r w:rsidRPr="005B2431">
        <w:rPr>
          <w:rFonts w:cs="Arial"/>
          <w:szCs w:val="24"/>
        </w:rPr>
        <w:t>нөлөөллийг</w:t>
      </w:r>
      <w:proofErr w:type="spellEnd"/>
      <w:r w:rsidRPr="005B2431">
        <w:rPr>
          <w:rFonts w:cs="Arial"/>
          <w:szCs w:val="24"/>
        </w:rPr>
        <w:t xml:space="preserve"> </w:t>
      </w:r>
      <w:proofErr w:type="spellStart"/>
      <w:r w:rsidRPr="005B2431">
        <w:rPr>
          <w:rFonts w:cs="Arial"/>
          <w:szCs w:val="24"/>
        </w:rPr>
        <w:t>тооцож</w:t>
      </w:r>
      <w:proofErr w:type="spellEnd"/>
      <w:r w:rsidRPr="005B2431">
        <w:rPr>
          <w:rFonts w:cs="Arial"/>
          <w:szCs w:val="24"/>
        </w:rPr>
        <w:t xml:space="preserve">, </w:t>
      </w:r>
      <w:proofErr w:type="spellStart"/>
      <w:r w:rsidRPr="005B2431">
        <w:rPr>
          <w:rFonts w:cs="Arial"/>
          <w:szCs w:val="24"/>
        </w:rPr>
        <w:t>эхлээд</w:t>
      </w:r>
      <w:proofErr w:type="spellEnd"/>
      <w:r w:rsidRPr="005B2431">
        <w:rPr>
          <w:rFonts w:cs="Arial"/>
          <w:szCs w:val="24"/>
        </w:rPr>
        <w:t xml:space="preserve"> </w:t>
      </w:r>
      <w:proofErr w:type="spellStart"/>
      <w:r w:rsidRPr="005B2431">
        <w:rPr>
          <w:rFonts w:cs="Arial"/>
          <w:szCs w:val="24"/>
        </w:rPr>
        <w:t>хамгаалах</w:t>
      </w:r>
      <w:proofErr w:type="spellEnd"/>
      <w:r w:rsidRPr="005B2431">
        <w:rPr>
          <w:rFonts w:cs="Arial"/>
          <w:szCs w:val="24"/>
        </w:rPr>
        <w:t xml:space="preserve">, </w:t>
      </w:r>
      <w:proofErr w:type="spellStart"/>
      <w:r w:rsidRPr="005B2431">
        <w:rPr>
          <w:rFonts w:cs="Arial"/>
          <w:szCs w:val="24"/>
        </w:rPr>
        <w:t>боломжгүй</w:t>
      </w:r>
      <w:proofErr w:type="spellEnd"/>
      <w:r w:rsidRPr="005B2431">
        <w:rPr>
          <w:rFonts w:cs="Arial"/>
          <w:szCs w:val="24"/>
        </w:rPr>
        <w:t xml:space="preserve"> </w:t>
      </w:r>
      <w:proofErr w:type="spellStart"/>
      <w:r w:rsidRPr="005B2431">
        <w:rPr>
          <w:rFonts w:cs="Arial"/>
          <w:szCs w:val="24"/>
        </w:rPr>
        <w:t>бол</w:t>
      </w:r>
      <w:proofErr w:type="spellEnd"/>
      <w:r w:rsidRPr="005B2431">
        <w:rPr>
          <w:rFonts w:cs="Arial"/>
          <w:szCs w:val="24"/>
        </w:rPr>
        <w:t xml:space="preserve"> </w:t>
      </w:r>
      <w:proofErr w:type="spellStart"/>
      <w:r w:rsidRPr="005B2431">
        <w:rPr>
          <w:rFonts w:cs="Arial"/>
          <w:szCs w:val="24"/>
        </w:rPr>
        <w:t>нөхөн</w:t>
      </w:r>
      <w:proofErr w:type="spellEnd"/>
      <w:r w:rsidRPr="005B2431">
        <w:rPr>
          <w:rFonts w:cs="Arial"/>
          <w:szCs w:val="24"/>
        </w:rPr>
        <w:t xml:space="preserve"> </w:t>
      </w:r>
      <w:proofErr w:type="spellStart"/>
      <w:r w:rsidRPr="005B2431">
        <w:rPr>
          <w:rFonts w:cs="Arial"/>
          <w:szCs w:val="24"/>
        </w:rPr>
        <w:t>сэргээх</w:t>
      </w:r>
      <w:proofErr w:type="spellEnd"/>
      <w:r w:rsidRPr="005B2431">
        <w:rPr>
          <w:rFonts w:cs="Arial"/>
          <w:szCs w:val="24"/>
        </w:rPr>
        <w:t xml:space="preserve">, </w:t>
      </w:r>
      <w:proofErr w:type="spellStart"/>
      <w:r w:rsidRPr="005B2431">
        <w:rPr>
          <w:rFonts w:cs="Arial"/>
          <w:szCs w:val="24"/>
        </w:rPr>
        <w:t>нөхөн</w:t>
      </w:r>
      <w:proofErr w:type="spellEnd"/>
      <w:r w:rsidRPr="005B2431">
        <w:rPr>
          <w:rFonts w:cs="Arial"/>
          <w:szCs w:val="24"/>
        </w:rPr>
        <w:t xml:space="preserve"> </w:t>
      </w:r>
      <w:proofErr w:type="spellStart"/>
      <w:r w:rsidRPr="005B2431">
        <w:rPr>
          <w:rFonts w:cs="Arial"/>
          <w:szCs w:val="24"/>
        </w:rPr>
        <w:t>дүйцүүлэх</w:t>
      </w:r>
      <w:proofErr w:type="spellEnd"/>
      <w:r w:rsidRPr="005B2431">
        <w:rPr>
          <w:rFonts w:cs="Arial"/>
          <w:szCs w:val="24"/>
        </w:rPr>
        <w:t xml:space="preserve"> </w:t>
      </w:r>
      <w:proofErr w:type="spellStart"/>
      <w:r w:rsidRPr="005B2431">
        <w:rPr>
          <w:rFonts w:cs="Arial"/>
          <w:szCs w:val="24"/>
        </w:rPr>
        <w:t>дараалал</w:t>
      </w:r>
      <w:proofErr w:type="spellEnd"/>
      <w:r w:rsidRPr="005B2431">
        <w:rPr>
          <w:rFonts w:cs="Arial"/>
          <w:szCs w:val="24"/>
        </w:rPr>
        <w:t xml:space="preserve"> </w:t>
      </w:r>
      <w:proofErr w:type="spellStart"/>
      <w:proofErr w:type="gramStart"/>
      <w:r w:rsidRPr="005B2431">
        <w:rPr>
          <w:rFonts w:cs="Arial"/>
          <w:szCs w:val="24"/>
        </w:rPr>
        <w:t>хэвшинэ.Төсвийн</w:t>
      </w:r>
      <w:proofErr w:type="spellEnd"/>
      <w:proofErr w:type="gramEnd"/>
      <w:r w:rsidRPr="005B2431">
        <w:rPr>
          <w:rFonts w:cs="Arial"/>
          <w:szCs w:val="24"/>
        </w:rPr>
        <w:t xml:space="preserve"> </w:t>
      </w:r>
      <w:proofErr w:type="spellStart"/>
      <w:r w:rsidRPr="005B2431">
        <w:rPr>
          <w:rFonts w:cs="Arial"/>
          <w:szCs w:val="24"/>
        </w:rPr>
        <w:t>болон</w:t>
      </w:r>
      <w:proofErr w:type="spellEnd"/>
      <w:r w:rsidRPr="005B2431">
        <w:rPr>
          <w:rFonts w:cs="Arial"/>
          <w:szCs w:val="24"/>
        </w:rPr>
        <w:t xml:space="preserve"> </w:t>
      </w:r>
      <w:proofErr w:type="spellStart"/>
      <w:r w:rsidRPr="005B2431">
        <w:rPr>
          <w:rFonts w:cs="Arial"/>
          <w:szCs w:val="24"/>
        </w:rPr>
        <w:t>гэрээний</w:t>
      </w:r>
      <w:proofErr w:type="spellEnd"/>
      <w:r w:rsidRPr="005B2431">
        <w:rPr>
          <w:rFonts w:cs="Arial"/>
          <w:szCs w:val="24"/>
        </w:rPr>
        <w:t xml:space="preserve"> </w:t>
      </w:r>
      <w:proofErr w:type="spellStart"/>
      <w:r w:rsidRPr="005B2431">
        <w:rPr>
          <w:rFonts w:cs="Arial"/>
          <w:szCs w:val="24"/>
        </w:rPr>
        <w:t>гүйцэтгэл</w:t>
      </w:r>
      <w:proofErr w:type="spellEnd"/>
      <w:r w:rsidRPr="005B2431">
        <w:rPr>
          <w:rFonts w:cs="Arial"/>
          <w:szCs w:val="24"/>
        </w:rPr>
        <w:t xml:space="preserve"> </w:t>
      </w:r>
      <w:proofErr w:type="spellStart"/>
      <w:r w:rsidRPr="005B2431">
        <w:rPr>
          <w:rFonts w:cs="Arial"/>
          <w:szCs w:val="24"/>
        </w:rPr>
        <w:t>ургасанд</w:t>
      </w:r>
      <w:proofErr w:type="spellEnd"/>
      <w:r w:rsidRPr="005B2431">
        <w:rPr>
          <w:rFonts w:cs="Arial"/>
          <w:szCs w:val="24"/>
        </w:rPr>
        <w:t xml:space="preserve"> </w:t>
      </w:r>
      <w:proofErr w:type="spellStart"/>
      <w:r w:rsidRPr="005B2431">
        <w:rPr>
          <w:rFonts w:cs="Arial"/>
          <w:szCs w:val="24"/>
        </w:rPr>
        <w:t>тооцсон</w:t>
      </w:r>
      <w:proofErr w:type="spellEnd"/>
      <w:r w:rsidRPr="005B2431">
        <w:rPr>
          <w:rFonts w:cs="Arial"/>
          <w:szCs w:val="24"/>
        </w:rPr>
        <w:t xml:space="preserve">, </w:t>
      </w:r>
      <w:proofErr w:type="spellStart"/>
      <w:r w:rsidRPr="005B2431">
        <w:rPr>
          <w:rFonts w:cs="Arial"/>
          <w:szCs w:val="24"/>
        </w:rPr>
        <w:t>тогтворжсон</w:t>
      </w:r>
      <w:proofErr w:type="spellEnd"/>
      <w:r w:rsidRPr="005B2431">
        <w:rPr>
          <w:rFonts w:cs="Arial"/>
          <w:szCs w:val="24"/>
        </w:rPr>
        <w:t xml:space="preserve"> </w:t>
      </w:r>
      <w:proofErr w:type="spellStart"/>
      <w:r w:rsidRPr="005B2431">
        <w:rPr>
          <w:rFonts w:cs="Arial"/>
          <w:szCs w:val="24"/>
        </w:rPr>
        <w:t>бодит</w:t>
      </w:r>
      <w:proofErr w:type="spellEnd"/>
      <w:r w:rsidRPr="005B2431">
        <w:rPr>
          <w:rFonts w:cs="Arial"/>
          <w:szCs w:val="24"/>
        </w:rPr>
        <w:t xml:space="preserve"> </w:t>
      </w:r>
      <w:proofErr w:type="spellStart"/>
      <w:r w:rsidRPr="005B2431">
        <w:rPr>
          <w:rFonts w:cs="Arial"/>
          <w:szCs w:val="24"/>
        </w:rPr>
        <w:t>үр</w:t>
      </w:r>
      <w:proofErr w:type="spellEnd"/>
      <w:r w:rsidRPr="005B2431">
        <w:rPr>
          <w:rFonts w:cs="Arial"/>
          <w:szCs w:val="24"/>
        </w:rPr>
        <w:t xml:space="preserve"> </w:t>
      </w:r>
      <w:proofErr w:type="spellStart"/>
      <w:r w:rsidRPr="005B2431">
        <w:rPr>
          <w:rFonts w:cs="Arial"/>
          <w:szCs w:val="24"/>
        </w:rPr>
        <w:t>дүнтэй</w:t>
      </w:r>
      <w:proofErr w:type="spellEnd"/>
      <w:r w:rsidRPr="005B2431">
        <w:rPr>
          <w:rFonts w:cs="Arial"/>
          <w:szCs w:val="24"/>
        </w:rPr>
        <w:t xml:space="preserve"> </w:t>
      </w:r>
      <w:proofErr w:type="spellStart"/>
      <w:r w:rsidRPr="005B2431">
        <w:rPr>
          <w:rFonts w:cs="Arial"/>
          <w:szCs w:val="24"/>
        </w:rPr>
        <w:t>уялдаж</w:t>
      </w:r>
      <w:proofErr w:type="spellEnd"/>
      <w:r w:rsidRPr="005B2431">
        <w:rPr>
          <w:rFonts w:cs="Arial"/>
          <w:szCs w:val="24"/>
        </w:rPr>
        <w:t xml:space="preserve">, </w:t>
      </w:r>
      <w:proofErr w:type="spellStart"/>
      <w:r w:rsidRPr="005B2431">
        <w:rPr>
          <w:rFonts w:cs="Arial"/>
          <w:szCs w:val="24"/>
        </w:rPr>
        <w:t>ногоон</w:t>
      </w:r>
      <w:proofErr w:type="spellEnd"/>
      <w:r w:rsidRPr="005B2431">
        <w:rPr>
          <w:rFonts w:cs="Arial"/>
          <w:szCs w:val="24"/>
        </w:rPr>
        <w:t xml:space="preserve"> </w:t>
      </w:r>
      <w:proofErr w:type="spellStart"/>
      <w:r w:rsidRPr="005B2431">
        <w:rPr>
          <w:rFonts w:cs="Arial"/>
          <w:szCs w:val="24"/>
        </w:rPr>
        <w:t>байгууламжийн</w:t>
      </w:r>
      <w:proofErr w:type="spellEnd"/>
      <w:r w:rsidRPr="005B2431">
        <w:rPr>
          <w:rFonts w:cs="Arial"/>
          <w:szCs w:val="24"/>
        </w:rPr>
        <w:t xml:space="preserve"> </w:t>
      </w:r>
      <w:proofErr w:type="spellStart"/>
      <w:r w:rsidRPr="005B2431">
        <w:rPr>
          <w:rFonts w:cs="Arial"/>
          <w:szCs w:val="24"/>
        </w:rPr>
        <w:t>хөрөнгө</w:t>
      </w:r>
      <w:proofErr w:type="spellEnd"/>
      <w:r w:rsidRPr="005B2431">
        <w:rPr>
          <w:rFonts w:cs="Arial"/>
          <w:szCs w:val="24"/>
        </w:rPr>
        <w:t xml:space="preserve"> </w:t>
      </w:r>
      <w:proofErr w:type="spellStart"/>
      <w:r w:rsidRPr="005B2431">
        <w:rPr>
          <w:rFonts w:cs="Arial"/>
          <w:szCs w:val="24"/>
        </w:rPr>
        <w:t>оруулалтын</w:t>
      </w:r>
      <w:proofErr w:type="spellEnd"/>
      <w:r w:rsidRPr="005B2431">
        <w:rPr>
          <w:rFonts w:cs="Arial"/>
          <w:szCs w:val="24"/>
        </w:rPr>
        <w:t xml:space="preserve"> </w:t>
      </w:r>
      <w:proofErr w:type="spellStart"/>
      <w:r w:rsidRPr="005B2431">
        <w:rPr>
          <w:rFonts w:cs="Arial"/>
          <w:szCs w:val="24"/>
        </w:rPr>
        <w:t>үр</w:t>
      </w:r>
      <w:proofErr w:type="spellEnd"/>
      <w:r w:rsidRPr="005B2431">
        <w:rPr>
          <w:rFonts w:cs="Arial"/>
          <w:szCs w:val="24"/>
        </w:rPr>
        <w:t xml:space="preserve"> </w:t>
      </w:r>
      <w:proofErr w:type="spellStart"/>
      <w:r w:rsidRPr="005B2431">
        <w:rPr>
          <w:rFonts w:cs="Arial"/>
          <w:szCs w:val="24"/>
        </w:rPr>
        <w:t>ашиг</w:t>
      </w:r>
      <w:proofErr w:type="spellEnd"/>
      <w:r w:rsidRPr="005B2431">
        <w:rPr>
          <w:rFonts w:cs="Arial"/>
          <w:szCs w:val="24"/>
        </w:rPr>
        <w:t xml:space="preserve">, </w:t>
      </w:r>
      <w:proofErr w:type="spellStart"/>
      <w:r w:rsidRPr="005B2431">
        <w:rPr>
          <w:rFonts w:cs="Arial"/>
          <w:szCs w:val="24"/>
        </w:rPr>
        <w:t>хариуцлага</w:t>
      </w:r>
      <w:proofErr w:type="spellEnd"/>
      <w:r w:rsidRPr="005B2431">
        <w:rPr>
          <w:rFonts w:cs="Arial"/>
          <w:szCs w:val="24"/>
        </w:rPr>
        <w:t xml:space="preserve"> </w:t>
      </w:r>
      <w:proofErr w:type="spellStart"/>
      <w:r w:rsidRPr="005B2431">
        <w:rPr>
          <w:rFonts w:cs="Arial"/>
          <w:szCs w:val="24"/>
        </w:rPr>
        <w:t>дээшилнэ</w:t>
      </w:r>
      <w:proofErr w:type="spellEnd"/>
      <w:r w:rsidRPr="005B2431">
        <w:rPr>
          <w:rFonts w:cs="Arial"/>
          <w:szCs w:val="24"/>
        </w:rPr>
        <w:t>.</w:t>
      </w:r>
      <w:r w:rsidR="005B2431">
        <w:rPr>
          <w:rFonts w:cs="Arial"/>
          <w:szCs w:val="24"/>
        </w:rPr>
        <w:t xml:space="preserve"> </w:t>
      </w:r>
      <w:proofErr w:type="spellStart"/>
      <w:r w:rsidRPr="005B2431">
        <w:rPr>
          <w:rFonts w:cs="Arial"/>
          <w:szCs w:val="24"/>
        </w:rPr>
        <w:t>Нийтийн</w:t>
      </w:r>
      <w:proofErr w:type="spellEnd"/>
      <w:r w:rsidRPr="005B2431">
        <w:rPr>
          <w:rFonts w:cs="Arial"/>
          <w:szCs w:val="24"/>
        </w:rPr>
        <w:t xml:space="preserve"> </w:t>
      </w:r>
      <w:proofErr w:type="spellStart"/>
      <w:r w:rsidRPr="005B2431">
        <w:rPr>
          <w:rFonts w:cs="Arial"/>
          <w:szCs w:val="24"/>
        </w:rPr>
        <w:t>болон</w:t>
      </w:r>
      <w:proofErr w:type="spellEnd"/>
      <w:r w:rsidRPr="005B2431">
        <w:rPr>
          <w:rFonts w:cs="Arial"/>
          <w:szCs w:val="24"/>
        </w:rPr>
        <w:t xml:space="preserve"> </w:t>
      </w:r>
      <w:proofErr w:type="spellStart"/>
      <w:r w:rsidRPr="005B2431">
        <w:rPr>
          <w:rFonts w:cs="Arial"/>
          <w:szCs w:val="24"/>
        </w:rPr>
        <w:t>хувийн</w:t>
      </w:r>
      <w:proofErr w:type="spellEnd"/>
      <w:r w:rsidRPr="005B2431">
        <w:rPr>
          <w:rFonts w:cs="Arial"/>
          <w:szCs w:val="24"/>
        </w:rPr>
        <w:t xml:space="preserve"> </w:t>
      </w:r>
      <w:proofErr w:type="spellStart"/>
      <w:r w:rsidRPr="005B2431">
        <w:rPr>
          <w:rFonts w:cs="Arial"/>
          <w:szCs w:val="24"/>
        </w:rPr>
        <w:t>оролцоонд</w:t>
      </w:r>
      <w:proofErr w:type="spellEnd"/>
      <w:r w:rsidRPr="005B2431">
        <w:rPr>
          <w:rFonts w:cs="Arial"/>
          <w:szCs w:val="24"/>
        </w:rPr>
        <w:t xml:space="preserve"> </w:t>
      </w:r>
      <w:proofErr w:type="spellStart"/>
      <w:r w:rsidRPr="005B2431">
        <w:rPr>
          <w:rFonts w:cs="Arial"/>
          <w:szCs w:val="24"/>
        </w:rPr>
        <w:t>тулгуурласан</w:t>
      </w:r>
      <w:proofErr w:type="spellEnd"/>
      <w:r w:rsidRPr="005B2431">
        <w:rPr>
          <w:rFonts w:cs="Arial"/>
          <w:szCs w:val="24"/>
        </w:rPr>
        <w:t xml:space="preserve">, </w:t>
      </w:r>
      <w:proofErr w:type="spellStart"/>
      <w:r w:rsidRPr="005B2431">
        <w:rPr>
          <w:rFonts w:cs="Arial"/>
          <w:szCs w:val="24"/>
        </w:rPr>
        <w:t>өмчийн</w:t>
      </w:r>
      <w:proofErr w:type="spellEnd"/>
      <w:r w:rsidRPr="005B2431">
        <w:rPr>
          <w:rFonts w:cs="Arial"/>
          <w:szCs w:val="24"/>
        </w:rPr>
        <w:t xml:space="preserve"> </w:t>
      </w:r>
      <w:proofErr w:type="spellStart"/>
      <w:r w:rsidRPr="005B2431">
        <w:rPr>
          <w:rFonts w:cs="Arial"/>
          <w:szCs w:val="24"/>
        </w:rPr>
        <w:t>эрх</w:t>
      </w:r>
      <w:proofErr w:type="spellEnd"/>
      <w:r w:rsidRPr="005B2431">
        <w:rPr>
          <w:rFonts w:cs="Arial"/>
          <w:szCs w:val="24"/>
        </w:rPr>
        <w:t xml:space="preserve">, </w:t>
      </w:r>
      <w:proofErr w:type="spellStart"/>
      <w:r w:rsidRPr="005B2431">
        <w:rPr>
          <w:rFonts w:cs="Arial"/>
          <w:szCs w:val="24"/>
        </w:rPr>
        <w:t>хувийн</w:t>
      </w:r>
      <w:proofErr w:type="spellEnd"/>
      <w:r w:rsidRPr="005B2431">
        <w:rPr>
          <w:rFonts w:cs="Arial"/>
          <w:szCs w:val="24"/>
        </w:rPr>
        <w:t xml:space="preserve"> </w:t>
      </w:r>
      <w:proofErr w:type="spellStart"/>
      <w:r w:rsidRPr="005B2431">
        <w:rPr>
          <w:rFonts w:cs="Arial"/>
          <w:szCs w:val="24"/>
        </w:rPr>
        <w:t>мэдээллийг</w:t>
      </w:r>
      <w:proofErr w:type="spellEnd"/>
      <w:r w:rsidRPr="005B2431">
        <w:rPr>
          <w:rFonts w:cs="Arial"/>
          <w:szCs w:val="24"/>
        </w:rPr>
        <w:t xml:space="preserve"> </w:t>
      </w:r>
      <w:proofErr w:type="spellStart"/>
      <w:r w:rsidRPr="005B2431">
        <w:rPr>
          <w:rFonts w:cs="Arial"/>
          <w:szCs w:val="24"/>
        </w:rPr>
        <w:t>хамгаалсан</w:t>
      </w:r>
      <w:proofErr w:type="spellEnd"/>
      <w:r w:rsidRPr="005B2431">
        <w:rPr>
          <w:rFonts w:cs="Arial"/>
          <w:szCs w:val="24"/>
        </w:rPr>
        <w:t xml:space="preserve"> </w:t>
      </w:r>
      <w:proofErr w:type="spellStart"/>
      <w:r w:rsidRPr="005B2431">
        <w:rPr>
          <w:rFonts w:cs="Arial"/>
          <w:szCs w:val="24"/>
        </w:rPr>
        <w:t>сайн</w:t>
      </w:r>
      <w:proofErr w:type="spellEnd"/>
      <w:r w:rsidRPr="005B2431">
        <w:rPr>
          <w:rFonts w:cs="Arial"/>
          <w:szCs w:val="24"/>
        </w:rPr>
        <w:t xml:space="preserve"> </w:t>
      </w:r>
      <w:proofErr w:type="spellStart"/>
      <w:r w:rsidRPr="005B2431">
        <w:rPr>
          <w:rFonts w:cs="Arial"/>
          <w:szCs w:val="24"/>
        </w:rPr>
        <w:t>дурын</w:t>
      </w:r>
      <w:proofErr w:type="spellEnd"/>
      <w:r w:rsidRPr="005B2431">
        <w:rPr>
          <w:rFonts w:cs="Arial"/>
          <w:szCs w:val="24"/>
        </w:rPr>
        <w:t xml:space="preserve"> </w:t>
      </w:r>
      <w:proofErr w:type="spellStart"/>
      <w:r w:rsidRPr="005B2431">
        <w:rPr>
          <w:rFonts w:cs="Arial"/>
          <w:szCs w:val="24"/>
        </w:rPr>
        <w:t>санаачилга</w:t>
      </w:r>
      <w:proofErr w:type="spellEnd"/>
      <w:r w:rsidRPr="005B2431">
        <w:rPr>
          <w:rFonts w:cs="Arial"/>
          <w:szCs w:val="24"/>
        </w:rPr>
        <w:t xml:space="preserve">, </w:t>
      </w:r>
      <w:proofErr w:type="spellStart"/>
      <w:r w:rsidRPr="005B2431">
        <w:rPr>
          <w:rFonts w:cs="Arial"/>
          <w:szCs w:val="24"/>
        </w:rPr>
        <w:t>урамшуулал</w:t>
      </w:r>
      <w:proofErr w:type="spellEnd"/>
      <w:r w:rsidRPr="005B2431">
        <w:rPr>
          <w:rFonts w:cs="Arial"/>
          <w:szCs w:val="24"/>
        </w:rPr>
        <w:t xml:space="preserve">, </w:t>
      </w:r>
      <w:proofErr w:type="spellStart"/>
      <w:r w:rsidRPr="005B2431">
        <w:rPr>
          <w:rFonts w:cs="Arial"/>
          <w:szCs w:val="24"/>
        </w:rPr>
        <w:t>олон</w:t>
      </w:r>
      <w:proofErr w:type="spellEnd"/>
      <w:r w:rsidRPr="005B2431">
        <w:rPr>
          <w:rFonts w:cs="Arial"/>
          <w:szCs w:val="24"/>
        </w:rPr>
        <w:t xml:space="preserve"> </w:t>
      </w:r>
      <w:proofErr w:type="spellStart"/>
      <w:r w:rsidRPr="005B2431">
        <w:rPr>
          <w:rFonts w:cs="Arial"/>
          <w:szCs w:val="24"/>
        </w:rPr>
        <w:t>нийтийн</w:t>
      </w:r>
      <w:proofErr w:type="spellEnd"/>
      <w:r w:rsidRPr="005B2431">
        <w:rPr>
          <w:rFonts w:cs="Arial"/>
          <w:szCs w:val="24"/>
        </w:rPr>
        <w:t xml:space="preserve"> </w:t>
      </w:r>
      <w:proofErr w:type="spellStart"/>
      <w:r w:rsidRPr="005B2431">
        <w:rPr>
          <w:rFonts w:cs="Arial"/>
          <w:szCs w:val="24"/>
        </w:rPr>
        <w:t>хяналтын</w:t>
      </w:r>
      <w:proofErr w:type="spellEnd"/>
      <w:r w:rsidRPr="005B2431">
        <w:rPr>
          <w:rFonts w:cs="Arial"/>
          <w:szCs w:val="24"/>
        </w:rPr>
        <w:t xml:space="preserve"> </w:t>
      </w:r>
      <w:proofErr w:type="spellStart"/>
      <w:r w:rsidRPr="005B2431">
        <w:rPr>
          <w:rFonts w:cs="Arial"/>
          <w:szCs w:val="24"/>
        </w:rPr>
        <w:t>орчин</w:t>
      </w:r>
      <w:proofErr w:type="spellEnd"/>
      <w:r w:rsidRPr="005B2431">
        <w:rPr>
          <w:rFonts w:cs="Arial"/>
          <w:szCs w:val="24"/>
        </w:rPr>
        <w:t xml:space="preserve"> </w:t>
      </w:r>
      <w:proofErr w:type="spellStart"/>
      <w:proofErr w:type="gramStart"/>
      <w:r w:rsidRPr="005B2431">
        <w:rPr>
          <w:rFonts w:cs="Arial"/>
          <w:szCs w:val="24"/>
        </w:rPr>
        <w:t>бүрдэнэ.Хот</w:t>
      </w:r>
      <w:proofErr w:type="spellEnd"/>
      <w:proofErr w:type="gramEnd"/>
      <w:r w:rsidRPr="005B2431">
        <w:rPr>
          <w:rFonts w:cs="Arial"/>
          <w:szCs w:val="24"/>
        </w:rPr>
        <w:t xml:space="preserve">, </w:t>
      </w:r>
      <w:proofErr w:type="spellStart"/>
      <w:r w:rsidRPr="005B2431">
        <w:rPr>
          <w:rFonts w:cs="Arial"/>
          <w:szCs w:val="24"/>
        </w:rPr>
        <w:t>суурин</w:t>
      </w:r>
      <w:proofErr w:type="spellEnd"/>
      <w:r w:rsidRPr="005B2431">
        <w:rPr>
          <w:rFonts w:cs="Arial"/>
          <w:szCs w:val="24"/>
        </w:rPr>
        <w:t xml:space="preserve"> </w:t>
      </w:r>
      <w:proofErr w:type="spellStart"/>
      <w:r w:rsidRPr="005B2431">
        <w:rPr>
          <w:rFonts w:cs="Arial"/>
          <w:szCs w:val="24"/>
        </w:rPr>
        <w:t>газрын</w:t>
      </w:r>
      <w:proofErr w:type="spellEnd"/>
      <w:r w:rsidRPr="005B2431">
        <w:rPr>
          <w:rFonts w:cs="Arial"/>
          <w:szCs w:val="24"/>
        </w:rPr>
        <w:t xml:space="preserve"> </w:t>
      </w:r>
      <w:proofErr w:type="spellStart"/>
      <w:r w:rsidRPr="005B2431">
        <w:rPr>
          <w:rFonts w:cs="Arial"/>
          <w:szCs w:val="24"/>
        </w:rPr>
        <w:t>ялгаатай</w:t>
      </w:r>
      <w:proofErr w:type="spellEnd"/>
      <w:r w:rsidRPr="005B2431">
        <w:rPr>
          <w:rFonts w:cs="Arial"/>
          <w:szCs w:val="24"/>
        </w:rPr>
        <w:t xml:space="preserve"> </w:t>
      </w:r>
      <w:proofErr w:type="spellStart"/>
      <w:r w:rsidRPr="005B2431">
        <w:rPr>
          <w:rFonts w:cs="Arial"/>
          <w:szCs w:val="24"/>
        </w:rPr>
        <w:t>нөхцөл</w:t>
      </w:r>
      <w:proofErr w:type="spellEnd"/>
      <w:r w:rsidRPr="005B2431">
        <w:rPr>
          <w:rFonts w:cs="Arial"/>
          <w:szCs w:val="24"/>
        </w:rPr>
        <w:t xml:space="preserve">, </w:t>
      </w:r>
      <w:proofErr w:type="spellStart"/>
      <w:r w:rsidRPr="005B2431">
        <w:rPr>
          <w:rFonts w:cs="Arial"/>
          <w:szCs w:val="24"/>
        </w:rPr>
        <w:t>усны</w:t>
      </w:r>
      <w:proofErr w:type="spellEnd"/>
      <w:r w:rsidRPr="005B2431">
        <w:rPr>
          <w:rFonts w:cs="Arial"/>
          <w:szCs w:val="24"/>
        </w:rPr>
        <w:t xml:space="preserve"> </w:t>
      </w:r>
      <w:proofErr w:type="spellStart"/>
      <w:r w:rsidRPr="005B2431">
        <w:rPr>
          <w:rFonts w:cs="Arial"/>
          <w:szCs w:val="24"/>
        </w:rPr>
        <w:t>хүртээмж</w:t>
      </w:r>
      <w:proofErr w:type="spellEnd"/>
      <w:r w:rsidRPr="005B2431">
        <w:rPr>
          <w:rFonts w:cs="Arial"/>
          <w:szCs w:val="24"/>
        </w:rPr>
        <w:t xml:space="preserve">, </w:t>
      </w:r>
      <w:proofErr w:type="spellStart"/>
      <w:r w:rsidRPr="005B2431">
        <w:rPr>
          <w:rFonts w:cs="Arial"/>
          <w:szCs w:val="24"/>
        </w:rPr>
        <w:t>захиргааны</w:t>
      </w:r>
      <w:proofErr w:type="spellEnd"/>
      <w:r w:rsidRPr="005B2431">
        <w:rPr>
          <w:rFonts w:cs="Arial"/>
          <w:szCs w:val="24"/>
        </w:rPr>
        <w:t xml:space="preserve"> </w:t>
      </w:r>
      <w:proofErr w:type="spellStart"/>
      <w:r w:rsidRPr="005B2431">
        <w:rPr>
          <w:rFonts w:cs="Arial"/>
          <w:szCs w:val="24"/>
        </w:rPr>
        <w:t>чадавхад</w:t>
      </w:r>
      <w:proofErr w:type="spellEnd"/>
      <w:r w:rsidRPr="005B2431">
        <w:rPr>
          <w:rFonts w:cs="Arial"/>
          <w:szCs w:val="24"/>
        </w:rPr>
        <w:t xml:space="preserve"> </w:t>
      </w:r>
      <w:proofErr w:type="spellStart"/>
      <w:r w:rsidRPr="005B2431">
        <w:rPr>
          <w:rFonts w:cs="Arial"/>
          <w:szCs w:val="24"/>
        </w:rPr>
        <w:t>тохирсон</w:t>
      </w:r>
      <w:proofErr w:type="spellEnd"/>
      <w:r w:rsidRPr="005B2431">
        <w:rPr>
          <w:rFonts w:cs="Arial"/>
          <w:szCs w:val="24"/>
        </w:rPr>
        <w:t xml:space="preserve"> </w:t>
      </w:r>
      <w:proofErr w:type="spellStart"/>
      <w:r w:rsidRPr="005B2431">
        <w:rPr>
          <w:rFonts w:cs="Arial"/>
          <w:szCs w:val="24"/>
        </w:rPr>
        <w:t>үе</w:t>
      </w:r>
      <w:proofErr w:type="spellEnd"/>
      <w:r w:rsidRPr="005B2431">
        <w:rPr>
          <w:rFonts w:cs="Arial"/>
          <w:szCs w:val="24"/>
        </w:rPr>
        <w:t xml:space="preserve"> </w:t>
      </w:r>
      <w:proofErr w:type="spellStart"/>
      <w:r w:rsidRPr="005B2431">
        <w:rPr>
          <w:rFonts w:cs="Arial"/>
          <w:szCs w:val="24"/>
        </w:rPr>
        <w:t>шаттай</w:t>
      </w:r>
      <w:proofErr w:type="spellEnd"/>
      <w:r w:rsidRPr="005B2431">
        <w:rPr>
          <w:rFonts w:cs="Arial"/>
          <w:szCs w:val="24"/>
        </w:rPr>
        <w:t xml:space="preserve"> </w:t>
      </w:r>
      <w:proofErr w:type="spellStart"/>
      <w:r w:rsidRPr="005B2431">
        <w:rPr>
          <w:rFonts w:cs="Arial"/>
          <w:szCs w:val="24"/>
        </w:rPr>
        <w:t>хэрэгжилт</w:t>
      </w:r>
      <w:proofErr w:type="spellEnd"/>
      <w:r w:rsidRPr="005B2431">
        <w:rPr>
          <w:rFonts w:cs="Arial"/>
          <w:szCs w:val="24"/>
        </w:rPr>
        <w:t xml:space="preserve"> </w:t>
      </w:r>
      <w:proofErr w:type="spellStart"/>
      <w:r w:rsidRPr="005B2431">
        <w:rPr>
          <w:rFonts w:cs="Arial"/>
          <w:szCs w:val="24"/>
        </w:rPr>
        <w:t>бий</w:t>
      </w:r>
      <w:proofErr w:type="spellEnd"/>
      <w:r w:rsidRPr="005B2431">
        <w:rPr>
          <w:rFonts w:cs="Arial"/>
          <w:szCs w:val="24"/>
        </w:rPr>
        <w:t xml:space="preserve"> </w:t>
      </w:r>
      <w:proofErr w:type="spellStart"/>
      <w:r w:rsidRPr="005B2431">
        <w:rPr>
          <w:rFonts w:cs="Arial"/>
          <w:szCs w:val="24"/>
        </w:rPr>
        <w:t>болж</w:t>
      </w:r>
      <w:proofErr w:type="spellEnd"/>
      <w:r w:rsidRPr="005B2431">
        <w:rPr>
          <w:rFonts w:cs="Arial"/>
          <w:szCs w:val="24"/>
        </w:rPr>
        <w:t xml:space="preserve">, </w:t>
      </w:r>
      <w:proofErr w:type="spellStart"/>
      <w:r w:rsidRPr="005B2431">
        <w:rPr>
          <w:rFonts w:cs="Arial"/>
          <w:szCs w:val="24"/>
        </w:rPr>
        <w:t>Монгол</w:t>
      </w:r>
      <w:proofErr w:type="spellEnd"/>
      <w:r w:rsidRPr="005B2431">
        <w:rPr>
          <w:rFonts w:cs="Arial"/>
          <w:szCs w:val="24"/>
        </w:rPr>
        <w:t xml:space="preserve"> </w:t>
      </w:r>
      <w:proofErr w:type="spellStart"/>
      <w:r w:rsidRPr="005B2431">
        <w:rPr>
          <w:rFonts w:cs="Arial"/>
          <w:szCs w:val="24"/>
        </w:rPr>
        <w:t>орны</w:t>
      </w:r>
      <w:proofErr w:type="spellEnd"/>
      <w:r w:rsidRPr="005B2431">
        <w:rPr>
          <w:rFonts w:cs="Arial"/>
          <w:szCs w:val="24"/>
        </w:rPr>
        <w:t xml:space="preserve"> </w:t>
      </w:r>
      <w:proofErr w:type="spellStart"/>
      <w:r w:rsidRPr="005B2431">
        <w:rPr>
          <w:rFonts w:cs="Arial"/>
          <w:szCs w:val="24"/>
        </w:rPr>
        <w:t>уур</w:t>
      </w:r>
      <w:proofErr w:type="spellEnd"/>
      <w:r w:rsidRPr="005B2431">
        <w:rPr>
          <w:rFonts w:cs="Arial"/>
          <w:szCs w:val="24"/>
        </w:rPr>
        <w:t xml:space="preserve"> </w:t>
      </w:r>
      <w:proofErr w:type="spellStart"/>
      <w:r w:rsidRPr="005B2431">
        <w:rPr>
          <w:rFonts w:cs="Arial"/>
          <w:szCs w:val="24"/>
        </w:rPr>
        <w:t>амьсгалд</w:t>
      </w:r>
      <w:proofErr w:type="spellEnd"/>
      <w:r w:rsidRPr="005B2431">
        <w:rPr>
          <w:rFonts w:cs="Arial"/>
          <w:szCs w:val="24"/>
        </w:rPr>
        <w:t xml:space="preserve"> </w:t>
      </w:r>
      <w:proofErr w:type="spellStart"/>
      <w:r w:rsidRPr="005B2431">
        <w:rPr>
          <w:rFonts w:cs="Arial"/>
          <w:szCs w:val="24"/>
        </w:rPr>
        <w:t>тохирсон</w:t>
      </w:r>
      <w:proofErr w:type="spellEnd"/>
      <w:r w:rsidRPr="005B2431">
        <w:rPr>
          <w:rFonts w:cs="Arial"/>
          <w:szCs w:val="24"/>
        </w:rPr>
        <w:t xml:space="preserve"> </w:t>
      </w:r>
      <w:proofErr w:type="spellStart"/>
      <w:r w:rsidRPr="005B2431">
        <w:rPr>
          <w:rFonts w:cs="Arial"/>
          <w:szCs w:val="24"/>
        </w:rPr>
        <w:t>төрөл</w:t>
      </w:r>
      <w:proofErr w:type="spellEnd"/>
      <w:r w:rsidRPr="005B2431">
        <w:rPr>
          <w:rFonts w:cs="Arial"/>
          <w:szCs w:val="24"/>
        </w:rPr>
        <w:t xml:space="preserve"> </w:t>
      </w:r>
      <w:proofErr w:type="spellStart"/>
      <w:r w:rsidRPr="005B2431">
        <w:rPr>
          <w:rFonts w:cs="Arial"/>
          <w:szCs w:val="24"/>
        </w:rPr>
        <w:t>зүйл</w:t>
      </w:r>
      <w:proofErr w:type="spellEnd"/>
      <w:r w:rsidRPr="005B2431">
        <w:rPr>
          <w:rFonts w:cs="Arial"/>
          <w:szCs w:val="24"/>
        </w:rPr>
        <w:t xml:space="preserve">, </w:t>
      </w:r>
      <w:proofErr w:type="spellStart"/>
      <w:r w:rsidRPr="005B2431">
        <w:rPr>
          <w:rFonts w:cs="Arial"/>
          <w:szCs w:val="24"/>
        </w:rPr>
        <w:t>ус</w:t>
      </w:r>
      <w:proofErr w:type="spellEnd"/>
      <w:r w:rsidRPr="005B2431">
        <w:rPr>
          <w:rFonts w:cs="Arial"/>
          <w:szCs w:val="24"/>
        </w:rPr>
        <w:t xml:space="preserve"> </w:t>
      </w:r>
      <w:proofErr w:type="spellStart"/>
      <w:r w:rsidRPr="005B2431">
        <w:rPr>
          <w:rFonts w:cs="Arial"/>
          <w:szCs w:val="24"/>
        </w:rPr>
        <w:t>хэмнэх</w:t>
      </w:r>
      <w:proofErr w:type="spellEnd"/>
      <w:r w:rsidRPr="005B2431">
        <w:rPr>
          <w:rFonts w:cs="Arial"/>
          <w:szCs w:val="24"/>
        </w:rPr>
        <w:t xml:space="preserve"> </w:t>
      </w:r>
      <w:proofErr w:type="spellStart"/>
      <w:r w:rsidRPr="005B2431">
        <w:rPr>
          <w:rFonts w:cs="Arial"/>
          <w:szCs w:val="24"/>
        </w:rPr>
        <w:t>арга</w:t>
      </w:r>
      <w:proofErr w:type="spellEnd"/>
      <w:r w:rsidRPr="005B2431">
        <w:rPr>
          <w:rFonts w:cs="Arial"/>
          <w:szCs w:val="24"/>
        </w:rPr>
        <w:t xml:space="preserve">, </w:t>
      </w:r>
      <w:proofErr w:type="spellStart"/>
      <w:r w:rsidRPr="005B2431">
        <w:rPr>
          <w:rFonts w:cs="Arial"/>
          <w:szCs w:val="24"/>
        </w:rPr>
        <w:t>өвөлжилтийн</w:t>
      </w:r>
      <w:proofErr w:type="spellEnd"/>
      <w:r w:rsidRPr="005B2431">
        <w:rPr>
          <w:rFonts w:cs="Arial"/>
          <w:szCs w:val="24"/>
        </w:rPr>
        <w:t xml:space="preserve"> </w:t>
      </w:r>
      <w:proofErr w:type="spellStart"/>
      <w:r w:rsidRPr="005B2431">
        <w:rPr>
          <w:rFonts w:cs="Arial"/>
          <w:szCs w:val="24"/>
        </w:rPr>
        <w:t>хамгаалалт</w:t>
      </w:r>
      <w:proofErr w:type="spellEnd"/>
      <w:r w:rsidRPr="005B2431">
        <w:rPr>
          <w:rFonts w:cs="Arial"/>
          <w:szCs w:val="24"/>
        </w:rPr>
        <w:t xml:space="preserve"> </w:t>
      </w:r>
      <w:proofErr w:type="spellStart"/>
      <w:r w:rsidRPr="005B2431">
        <w:rPr>
          <w:rFonts w:cs="Arial"/>
          <w:szCs w:val="24"/>
        </w:rPr>
        <w:t>ногоон</w:t>
      </w:r>
      <w:proofErr w:type="spellEnd"/>
      <w:r w:rsidRPr="005B2431">
        <w:rPr>
          <w:rFonts w:cs="Arial"/>
          <w:szCs w:val="24"/>
        </w:rPr>
        <w:t xml:space="preserve"> </w:t>
      </w:r>
      <w:proofErr w:type="spellStart"/>
      <w:r w:rsidRPr="005B2431">
        <w:rPr>
          <w:rFonts w:cs="Arial"/>
          <w:szCs w:val="24"/>
        </w:rPr>
        <w:t>бодлогын</w:t>
      </w:r>
      <w:proofErr w:type="spellEnd"/>
      <w:r w:rsidRPr="005B2431">
        <w:rPr>
          <w:rFonts w:cs="Arial"/>
          <w:szCs w:val="24"/>
        </w:rPr>
        <w:t xml:space="preserve"> </w:t>
      </w:r>
      <w:proofErr w:type="spellStart"/>
      <w:r w:rsidRPr="005B2431">
        <w:rPr>
          <w:rFonts w:cs="Arial"/>
          <w:szCs w:val="24"/>
        </w:rPr>
        <w:t>салшгүй</w:t>
      </w:r>
      <w:proofErr w:type="spellEnd"/>
      <w:r w:rsidRPr="005B2431">
        <w:rPr>
          <w:rFonts w:cs="Arial"/>
          <w:szCs w:val="24"/>
        </w:rPr>
        <w:t xml:space="preserve"> </w:t>
      </w:r>
      <w:proofErr w:type="spellStart"/>
      <w:r w:rsidRPr="005B2431">
        <w:rPr>
          <w:rFonts w:cs="Arial"/>
          <w:szCs w:val="24"/>
        </w:rPr>
        <w:t>хэсэг</w:t>
      </w:r>
      <w:proofErr w:type="spellEnd"/>
      <w:r w:rsidRPr="005B2431">
        <w:rPr>
          <w:rFonts w:cs="Arial"/>
          <w:szCs w:val="24"/>
        </w:rPr>
        <w:t xml:space="preserve"> </w:t>
      </w:r>
      <w:proofErr w:type="spellStart"/>
      <w:r w:rsidRPr="005B2431">
        <w:rPr>
          <w:rFonts w:cs="Arial"/>
          <w:szCs w:val="24"/>
        </w:rPr>
        <w:t>болно.</w:t>
      </w:r>
      <w:proofErr w:type="spellEnd"/>
    </w:p>
    <w:p w14:paraId="5A446497" w14:textId="27EFCD99" w:rsidR="00544E5A" w:rsidRPr="0075136E" w:rsidRDefault="00000000" w:rsidP="0075136E">
      <w:pPr>
        <w:pStyle w:val="Heading2"/>
        <w:ind w:firstLine="720"/>
        <w:rPr>
          <w:rFonts w:ascii="Arial" w:eastAsia="Arial" w:hAnsi="Arial" w:cs="Arial"/>
          <w:szCs w:val="24"/>
        </w:rPr>
      </w:pPr>
      <w:proofErr w:type="spellStart"/>
      <w:r w:rsidRPr="007B2BD4">
        <w:rPr>
          <w:rFonts w:ascii="Arial" w:hAnsi="Arial" w:cs="Arial"/>
          <w:szCs w:val="24"/>
        </w:rPr>
        <w:t>Хэрэгжүүлэх</w:t>
      </w:r>
      <w:proofErr w:type="spellEnd"/>
      <w:r w:rsidRPr="007B2BD4">
        <w:rPr>
          <w:rFonts w:ascii="Arial" w:hAnsi="Arial" w:cs="Arial"/>
          <w:szCs w:val="24"/>
        </w:rPr>
        <w:t xml:space="preserve"> </w:t>
      </w:r>
      <w:proofErr w:type="spellStart"/>
      <w:r w:rsidRPr="007B2BD4">
        <w:rPr>
          <w:rFonts w:ascii="Arial" w:hAnsi="Arial" w:cs="Arial"/>
          <w:szCs w:val="24"/>
        </w:rPr>
        <w:t>бэлтгэл</w:t>
      </w:r>
      <w:proofErr w:type="spellEnd"/>
      <w:r w:rsidRPr="007B2BD4">
        <w:rPr>
          <w:rFonts w:ascii="Arial" w:hAnsi="Arial" w:cs="Arial"/>
          <w:szCs w:val="24"/>
        </w:rPr>
        <w:t xml:space="preserve"> </w:t>
      </w:r>
      <w:proofErr w:type="spellStart"/>
      <w:r w:rsidRPr="007B2BD4">
        <w:rPr>
          <w:rFonts w:ascii="Arial" w:hAnsi="Arial" w:cs="Arial"/>
          <w:szCs w:val="24"/>
        </w:rPr>
        <w:t>арга</w:t>
      </w:r>
      <w:proofErr w:type="spellEnd"/>
      <w:r w:rsidRPr="007B2BD4">
        <w:rPr>
          <w:rFonts w:ascii="Arial" w:hAnsi="Arial" w:cs="Arial"/>
          <w:szCs w:val="24"/>
        </w:rPr>
        <w:t xml:space="preserve"> </w:t>
      </w:r>
      <w:proofErr w:type="spellStart"/>
      <w:r w:rsidRPr="007B2BD4">
        <w:rPr>
          <w:rFonts w:ascii="Arial" w:hAnsi="Arial" w:cs="Arial"/>
          <w:szCs w:val="24"/>
        </w:rPr>
        <w:t>хэмжээ</w:t>
      </w:r>
      <w:proofErr w:type="spellEnd"/>
    </w:p>
    <w:p w14:paraId="0CD3DD29" w14:textId="77777777" w:rsidR="00544E5A" w:rsidRPr="007B2BD4" w:rsidRDefault="00000000" w:rsidP="00FE1DD3">
      <w:pPr>
        <w:pStyle w:val="ListBullet"/>
        <w:numPr>
          <w:ilvl w:val="0"/>
          <w:numId w:val="0"/>
        </w:numPr>
        <w:spacing w:after="100"/>
        <w:ind w:firstLine="720"/>
        <w:rPr>
          <w:rFonts w:cs="Arial"/>
          <w:szCs w:val="24"/>
        </w:rPr>
      </w:pPr>
      <w:proofErr w:type="spellStart"/>
      <w:r w:rsidRPr="007B2BD4">
        <w:rPr>
          <w:rFonts w:cs="Arial"/>
          <w:szCs w:val="24"/>
        </w:rPr>
        <w:t>Нийслэлд</w:t>
      </w:r>
      <w:proofErr w:type="spellEnd"/>
      <w:r w:rsidRPr="007B2BD4">
        <w:rPr>
          <w:rFonts w:cs="Arial"/>
          <w:szCs w:val="24"/>
        </w:rPr>
        <w:t xml:space="preserve"> 2027 </w:t>
      </w:r>
      <w:proofErr w:type="spellStart"/>
      <w:r w:rsidRPr="007B2BD4">
        <w:rPr>
          <w:rFonts w:cs="Arial"/>
          <w:szCs w:val="24"/>
        </w:rPr>
        <w:t>оны</w:t>
      </w:r>
      <w:proofErr w:type="spellEnd"/>
      <w:r w:rsidRPr="007B2BD4">
        <w:rPr>
          <w:rFonts w:cs="Arial"/>
          <w:szCs w:val="24"/>
        </w:rPr>
        <w:t xml:space="preserve"> 7 </w:t>
      </w:r>
      <w:proofErr w:type="spellStart"/>
      <w:r w:rsidRPr="007B2BD4">
        <w:rPr>
          <w:rFonts w:cs="Arial"/>
          <w:szCs w:val="24"/>
        </w:rPr>
        <w:t>дугаар</w:t>
      </w:r>
      <w:proofErr w:type="spellEnd"/>
      <w:r w:rsidRPr="007B2BD4">
        <w:rPr>
          <w:rFonts w:cs="Arial"/>
          <w:szCs w:val="24"/>
        </w:rPr>
        <w:t xml:space="preserve"> </w:t>
      </w:r>
      <w:proofErr w:type="spellStart"/>
      <w:r w:rsidRPr="007B2BD4">
        <w:rPr>
          <w:rFonts w:cs="Arial"/>
          <w:szCs w:val="24"/>
        </w:rPr>
        <w:t>сарын</w:t>
      </w:r>
      <w:proofErr w:type="spellEnd"/>
      <w:r w:rsidRPr="007B2BD4">
        <w:rPr>
          <w:rFonts w:cs="Arial"/>
          <w:szCs w:val="24"/>
        </w:rPr>
        <w:t xml:space="preserve"> 1, </w:t>
      </w:r>
      <w:proofErr w:type="spellStart"/>
      <w:r w:rsidRPr="007B2BD4">
        <w:rPr>
          <w:rFonts w:cs="Arial"/>
          <w:szCs w:val="24"/>
        </w:rPr>
        <w:t>аймгийн</w:t>
      </w:r>
      <w:proofErr w:type="spellEnd"/>
      <w:r w:rsidRPr="007B2BD4">
        <w:rPr>
          <w:rFonts w:cs="Arial"/>
          <w:szCs w:val="24"/>
        </w:rPr>
        <w:t xml:space="preserve"> </w:t>
      </w:r>
      <w:proofErr w:type="spellStart"/>
      <w:r w:rsidRPr="007B2BD4">
        <w:rPr>
          <w:rFonts w:cs="Arial"/>
          <w:szCs w:val="24"/>
        </w:rPr>
        <w:t>төв</w:t>
      </w:r>
      <w:proofErr w:type="spellEnd"/>
      <w:r w:rsidRPr="007B2BD4">
        <w:rPr>
          <w:rFonts w:cs="Arial"/>
          <w:szCs w:val="24"/>
        </w:rPr>
        <w:t xml:space="preserve">, </w:t>
      </w:r>
      <w:proofErr w:type="spellStart"/>
      <w:r w:rsidRPr="007B2BD4">
        <w:rPr>
          <w:rFonts w:cs="Arial"/>
          <w:szCs w:val="24"/>
        </w:rPr>
        <w:t>улсын</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орон</w:t>
      </w:r>
      <w:proofErr w:type="spellEnd"/>
      <w:r w:rsidRPr="007B2BD4">
        <w:rPr>
          <w:rFonts w:cs="Arial"/>
          <w:szCs w:val="24"/>
        </w:rPr>
        <w:t xml:space="preserve"> </w:t>
      </w:r>
      <w:proofErr w:type="spellStart"/>
      <w:r w:rsidRPr="007B2BD4">
        <w:rPr>
          <w:rFonts w:cs="Arial"/>
          <w:szCs w:val="24"/>
        </w:rPr>
        <w:t>нутгийн</w:t>
      </w:r>
      <w:proofErr w:type="spellEnd"/>
      <w:r w:rsidRPr="007B2BD4">
        <w:rPr>
          <w:rFonts w:cs="Arial"/>
          <w:szCs w:val="24"/>
        </w:rPr>
        <w:t xml:space="preserve"> </w:t>
      </w:r>
      <w:proofErr w:type="spellStart"/>
      <w:r w:rsidRPr="007B2BD4">
        <w:rPr>
          <w:rFonts w:cs="Arial"/>
          <w:szCs w:val="24"/>
        </w:rPr>
        <w:t>зэрэглэлтэй</w:t>
      </w:r>
      <w:proofErr w:type="spellEnd"/>
      <w:r w:rsidRPr="007B2BD4">
        <w:rPr>
          <w:rFonts w:cs="Arial"/>
          <w:szCs w:val="24"/>
        </w:rPr>
        <w:t xml:space="preserve"> </w:t>
      </w:r>
      <w:proofErr w:type="spellStart"/>
      <w:r w:rsidRPr="007B2BD4">
        <w:rPr>
          <w:rFonts w:cs="Arial"/>
          <w:szCs w:val="24"/>
        </w:rPr>
        <w:t>хотод</w:t>
      </w:r>
      <w:proofErr w:type="spellEnd"/>
      <w:r w:rsidRPr="007B2BD4">
        <w:rPr>
          <w:rFonts w:cs="Arial"/>
          <w:szCs w:val="24"/>
        </w:rPr>
        <w:t xml:space="preserve"> 2028 </w:t>
      </w:r>
      <w:proofErr w:type="spellStart"/>
      <w:r w:rsidRPr="007B2BD4">
        <w:rPr>
          <w:rFonts w:cs="Arial"/>
          <w:szCs w:val="24"/>
        </w:rPr>
        <w:t>оны</w:t>
      </w:r>
      <w:proofErr w:type="spellEnd"/>
      <w:r w:rsidRPr="007B2BD4">
        <w:rPr>
          <w:rFonts w:cs="Arial"/>
          <w:szCs w:val="24"/>
        </w:rPr>
        <w:t xml:space="preserve"> 7 </w:t>
      </w:r>
      <w:proofErr w:type="spellStart"/>
      <w:r w:rsidRPr="007B2BD4">
        <w:rPr>
          <w:rFonts w:cs="Arial"/>
          <w:szCs w:val="24"/>
        </w:rPr>
        <w:t>дугаар</w:t>
      </w:r>
      <w:proofErr w:type="spellEnd"/>
      <w:r w:rsidRPr="007B2BD4">
        <w:rPr>
          <w:rFonts w:cs="Arial"/>
          <w:szCs w:val="24"/>
        </w:rPr>
        <w:t xml:space="preserve"> </w:t>
      </w:r>
      <w:proofErr w:type="spellStart"/>
      <w:r w:rsidRPr="007B2BD4">
        <w:rPr>
          <w:rFonts w:cs="Arial"/>
          <w:szCs w:val="24"/>
        </w:rPr>
        <w:t>сарын</w:t>
      </w:r>
      <w:proofErr w:type="spellEnd"/>
      <w:r w:rsidRPr="007B2BD4">
        <w:rPr>
          <w:rFonts w:cs="Arial"/>
          <w:szCs w:val="24"/>
        </w:rPr>
        <w:t xml:space="preserve"> 1, </w:t>
      </w:r>
      <w:proofErr w:type="spellStart"/>
      <w:r w:rsidRPr="007B2BD4">
        <w:rPr>
          <w:rFonts w:cs="Arial"/>
          <w:szCs w:val="24"/>
        </w:rPr>
        <w:t>сумын</w:t>
      </w:r>
      <w:proofErr w:type="spellEnd"/>
      <w:r w:rsidRPr="007B2BD4">
        <w:rPr>
          <w:rFonts w:cs="Arial"/>
          <w:szCs w:val="24"/>
        </w:rPr>
        <w:t xml:space="preserve"> </w:t>
      </w:r>
      <w:proofErr w:type="spellStart"/>
      <w:r w:rsidRPr="007B2BD4">
        <w:rPr>
          <w:rFonts w:cs="Arial"/>
          <w:szCs w:val="24"/>
        </w:rPr>
        <w:t>төв</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бусад</w:t>
      </w:r>
      <w:proofErr w:type="spellEnd"/>
      <w:r w:rsidRPr="007B2BD4">
        <w:rPr>
          <w:rFonts w:cs="Arial"/>
          <w:szCs w:val="24"/>
        </w:rPr>
        <w:t xml:space="preserve"> </w:t>
      </w:r>
      <w:proofErr w:type="spellStart"/>
      <w:r w:rsidRPr="007B2BD4">
        <w:rPr>
          <w:rFonts w:cs="Arial"/>
          <w:szCs w:val="24"/>
        </w:rPr>
        <w:t>суурин</w:t>
      </w:r>
      <w:proofErr w:type="spellEnd"/>
      <w:r w:rsidRPr="007B2BD4">
        <w:rPr>
          <w:rFonts w:cs="Arial"/>
          <w:szCs w:val="24"/>
        </w:rPr>
        <w:t xml:space="preserve"> </w:t>
      </w:r>
      <w:proofErr w:type="spellStart"/>
      <w:r w:rsidRPr="007B2BD4">
        <w:rPr>
          <w:rFonts w:cs="Arial"/>
          <w:szCs w:val="24"/>
        </w:rPr>
        <w:t>газарт</w:t>
      </w:r>
      <w:proofErr w:type="spellEnd"/>
      <w:r w:rsidRPr="007B2BD4">
        <w:rPr>
          <w:rFonts w:cs="Arial"/>
          <w:szCs w:val="24"/>
        </w:rPr>
        <w:t xml:space="preserve"> 2029 </w:t>
      </w:r>
      <w:proofErr w:type="spellStart"/>
      <w:r w:rsidRPr="007B2BD4">
        <w:rPr>
          <w:rFonts w:cs="Arial"/>
          <w:szCs w:val="24"/>
        </w:rPr>
        <w:t>оны</w:t>
      </w:r>
      <w:proofErr w:type="spellEnd"/>
      <w:r w:rsidRPr="007B2BD4">
        <w:rPr>
          <w:rFonts w:cs="Arial"/>
          <w:szCs w:val="24"/>
        </w:rPr>
        <w:t xml:space="preserve"> 7 </w:t>
      </w:r>
      <w:proofErr w:type="spellStart"/>
      <w:r w:rsidRPr="007B2BD4">
        <w:rPr>
          <w:rFonts w:cs="Arial"/>
          <w:szCs w:val="24"/>
        </w:rPr>
        <w:t>дугаар</w:t>
      </w:r>
      <w:proofErr w:type="spellEnd"/>
      <w:r w:rsidRPr="007B2BD4">
        <w:rPr>
          <w:rFonts w:cs="Arial"/>
          <w:szCs w:val="24"/>
        </w:rPr>
        <w:t xml:space="preserve"> </w:t>
      </w:r>
      <w:proofErr w:type="spellStart"/>
      <w:r w:rsidRPr="007B2BD4">
        <w:rPr>
          <w:rFonts w:cs="Arial"/>
          <w:szCs w:val="24"/>
        </w:rPr>
        <w:t>сарын</w:t>
      </w:r>
      <w:proofErr w:type="spellEnd"/>
      <w:r w:rsidRPr="007B2BD4">
        <w:rPr>
          <w:rFonts w:cs="Arial"/>
          <w:szCs w:val="24"/>
        </w:rPr>
        <w:t xml:space="preserve"> 1-нээс </w:t>
      </w:r>
      <w:proofErr w:type="spellStart"/>
      <w:r w:rsidRPr="007B2BD4">
        <w:rPr>
          <w:rFonts w:cs="Arial"/>
          <w:szCs w:val="24"/>
        </w:rPr>
        <w:t>хэрэгжүүлэх</w:t>
      </w:r>
      <w:proofErr w:type="spellEnd"/>
      <w:r w:rsidRPr="007B2BD4">
        <w:rPr>
          <w:rFonts w:cs="Arial"/>
          <w:szCs w:val="24"/>
        </w:rPr>
        <w:t xml:space="preserve"> </w:t>
      </w:r>
      <w:proofErr w:type="spellStart"/>
      <w:r w:rsidRPr="007B2BD4">
        <w:rPr>
          <w:rFonts w:cs="Arial"/>
          <w:szCs w:val="24"/>
        </w:rPr>
        <w:t>үе</w:t>
      </w:r>
      <w:proofErr w:type="spellEnd"/>
      <w:r w:rsidRPr="007B2BD4">
        <w:rPr>
          <w:rFonts w:cs="Arial"/>
          <w:szCs w:val="24"/>
        </w:rPr>
        <w:t xml:space="preserve"> </w:t>
      </w:r>
      <w:proofErr w:type="spellStart"/>
      <w:r w:rsidRPr="007B2BD4">
        <w:rPr>
          <w:rFonts w:cs="Arial"/>
          <w:szCs w:val="24"/>
        </w:rPr>
        <w:t>шаттай</w:t>
      </w:r>
      <w:proofErr w:type="spellEnd"/>
      <w:r w:rsidRPr="007B2BD4">
        <w:rPr>
          <w:rFonts w:cs="Arial"/>
          <w:szCs w:val="24"/>
        </w:rPr>
        <w:t xml:space="preserve"> </w:t>
      </w:r>
      <w:proofErr w:type="spellStart"/>
      <w:r w:rsidRPr="007B2BD4">
        <w:rPr>
          <w:rFonts w:cs="Arial"/>
          <w:szCs w:val="24"/>
        </w:rPr>
        <w:t>бэлтгэл</w:t>
      </w:r>
      <w:proofErr w:type="spellEnd"/>
      <w:r w:rsidRPr="007B2BD4">
        <w:rPr>
          <w:rFonts w:cs="Arial"/>
          <w:szCs w:val="24"/>
        </w:rPr>
        <w:t xml:space="preserve"> </w:t>
      </w:r>
      <w:proofErr w:type="spellStart"/>
      <w:r w:rsidRPr="007B2BD4">
        <w:rPr>
          <w:rFonts w:cs="Arial"/>
          <w:szCs w:val="24"/>
        </w:rPr>
        <w:t>хангана</w:t>
      </w:r>
      <w:proofErr w:type="spellEnd"/>
      <w:r w:rsidRPr="007B2BD4">
        <w:rPr>
          <w:rFonts w:cs="Arial"/>
          <w:szCs w:val="24"/>
        </w:rPr>
        <w:t>.</w:t>
      </w:r>
    </w:p>
    <w:p w14:paraId="17E6D569" w14:textId="77777777" w:rsidR="00FE1DD3" w:rsidRDefault="00FE1DD3" w:rsidP="00FE1DD3">
      <w:pPr>
        <w:pStyle w:val="ListBullet"/>
        <w:numPr>
          <w:ilvl w:val="0"/>
          <w:numId w:val="0"/>
        </w:numPr>
        <w:spacing w:after="100"/>
        <w:rPr>
          <w:rFonts w:cs="Arial"/>
          <w:szCs w:val="24"/>
        </w:rPr>
      </w:pPr>
    </w:p>
    <w:p w14:paraId="659F2ECB" w14:textId="77777777" w:rsidR="00FE1DD3" w:rsidRDefault="00000000" w:rsidP="00FE1DD3">
      <w:pPr>
        <w:pStyle w:val="ListBullet"/>
        <w:numPr>
          <w:ilvl w:val="0"/>
          <w:numId w:val="0"/>
        </w:numPr>
        <w:spacing w:after="100"/>
        <w:ind w:firstLine="720"/>
        <w:rPr>
          <w:rFonts w:cs="Arial"/>
          <w:szCs w:val="24"/>
        </w:rPr>
      </w:pPr>
      <w:proofErr w:type="spellStart"/>
      <w:r w:rsidRPr="007B2BD4">
        <w:rPr>
          <w:rFonts w:cs="Arial"/>
          <w:szCs w:val="24"/>
        </w:rPr>
        <w:t>Хууль</w:t>
      </w:r>
      <w:proofErr w:type="spellEnd"/>
      <w:r w:rsidRPr="007B2BD4">
        <w:rPr>
          <w:rFonts w:cs="Arial"/>
          <w:szCs w:val="24"/>
        </w:rPr>
        <w:t xml:space="preserve"> </w:t>
      </w:r>
      <w:proofErr w:type="spellStart"/>
      <w:r w:rsidRPr="007B2BD4">
        <w:rPr>
          <w:rFonts w:cs="Arial"/>
          <w:szCs w:val="24"/>
        </w:rPr>
        <w:t>батлагдсан</w:t>
      </w:r>
      <w:proofErr w:type="spellEnd"/>
      <w:r w:rsidRPr="007B2BD4">
        <w:rPr>
          <w:rFonts w:cs="Arial"/>
          <w:szCs w:val="24"/>
        </w:rPr>
        <w:t xml:space="preserve"> </w:t>
      </w:r>
      <w:proofErr w:type="spellStart"/>
      <w:r w:rsidRPr="007B2BD4">
        <w:rPr>
          <w:rFonts w:cs="Arial"/>
          <w:szCs w:val="24"/>
        </w:rPr>
        <w:t>өдрөөс</w:t>
      </w:r>
      <w:proofErr w:type="spellEnd"/>
      <w:r w:rsidRPr="007B2BD4">
        <w:rPr>
          <w:rFonts w:cs="Arial"/>
          <w:szCs w:val="24"/>
        </w:rPr>
        <w:t xml:space="preserve"> </w:t>
      </w:r>
      <w:proofErr w:type="spellStart"/>
      <w:r w:rsidRPr="007B2BD4">
        <w:rPr>
          <w:rFonts w:cs="Arial"/>
          <w:szCs w:val="24"/>
        </w:rPr>
        <w:t>тооллого</w:t>
      </w:r>
      <w:proofErr w:type="spellEnd"/>
      <w:r w:rsidRPr="007B2BD4">
        <w:rPr>
          <w:rFonts w:cs="Arial"/>
          <w:szCs w:val="24"/>
        </w:rPr>
        <w:t xml:space="preserve">, </w:t>
      </w:r>
      <w:proofErr w:type="spellStart"/>
      <w:r w:rsidRPr="007B2BD4">
        <w:rPr>
          <w:rFonts w:cs="Arial"/>
          <w:szCs w:val="24"/>
        </w:rPr>
        <w:t>суурь</w:t>
      </w:r>
      <w:proofErr w:type="spellEnd"/>
      <w:r w:rsidRPr="007B2BD4">
        <w:rPr>
          <w:rFonts w:cs="Arial"/>
          <w:szCs w:val="24"/>
        </w:rPr>
        <w:t xml:space="preserve"> </w:t>
      </w:r>
      <w:proofErr w:type="spellStart"/>
      <w:r w:rsidRPr="007B2BD4">
        <w:rPr>
          <w:rFonts w:cs="Arial"/>
          <w:szCs w:val="24"/>
        </w:rPr>
        <w:t>мэдээлэл</w:t>
      </w:r>
      <w:proofErr w:type="spellEnd"/>
      <w:r w:rsidRPr="007B2BD4">
        <w:rPr>
          <w:rFonts w:cs="Arial"/>
          <w:szCs w:val="24"/>
        </w:rPr>
        <w:t xml:space="preserve">, </w:t>
      </w:r>
      <w:proofErr w:type="spellStart"/>
      <w:r w:rsidRPr="007B2BD4">
        <w:rPr>
          <w:rFonts w:cs="Arial"/>
          <w:szCs w:val="24"/>
        </w:rPr>
        <w:t>цахим</w:t>
      </w:r>
      <w:proofErr w:type="spellEnd"/>
      <w:r w:rsidRPr="007B2BD4">
        <w:rPr>
          <w:rFonts w:cs="Arial"/>
          <w:szCs w:val="24"/>
        </w:rPr>
        <w:t xml:space="preserve"> </w:t>
      </w:r>
      <w:proofErr w:type="spellStart"/>
      <w:r w:rsidRPr="007B2BD4">
        <w:rPr>
          <w:rFonts w:cs="Arial"/>
          <w:szCs w:val="24"/>
        </w:rPr>
        <w:t>бүртгэлийн</w:t>
      </w:r>
      <w:proofErr w:type="spellEnd"/>
      <w:r w:rsidRPr="007B2BD4">
        <w:rPr>
          <w:rFonts w:cs="Arial"/>
          <w:szCs w:val="24"/>
        </w:rPr>
        <w:t xml:space="preserve"> </w:t>
      </w:r>
      <w:proofErr w:type="spellStart"/>
      <w:r w:rsidRPr="007B2BD4">
        <w:rPr>
          <w:rFonts w:cs="Arial"/>
          <w:szCs w:val="24"/>
        </w:rPr>
        <w:t>архитектур</w:t>
      </w:r>
      <w:proofErr w:type="spellEnd"/>
      <w:r w:rsidRPr="007B2BD4">
        <w:rPr>
          <w:rFonts w:cs="Arial"/>
          <w:szCs w:val="24"/>
        </w:rPr>
        <w:t xml:space="preserve">, </w:t>
      </w:r>
      <w:proofErr w:type="spellStart"/>
      <w:r w:rsidRPr="007B2BD4">
        <w:rPr>
          <w:rFonts w:cs="Arial"/>
          <w:szCs w:val="24"/>
        </w:rPr>
        <w:t>мэдээлэл</w:t>
      </w:r>
      <w:proofErr w:type="spellEnd"/>
      <w:r w:rsidRPr="007B2BD4">
        <w:rPr>
          <w:rFonts w:cs="Arial"/>
          <w:szCs w:val="24"/>
        </w:rPr>
        <w:t xml:space="preserve"> </w:t>
      </w:r>
      <w:proofErr w:type="spellStart"/>
      <w:r w:rsidRPr="007B2BD4">
        <w:rPr>
          <w:rFonts w:cs="Arial"/>
          <w:szCs w:val="24"/>
        </w:rPr>
        <w:t>солилцох</w:t>
      </w:r>
      <w:proofErr w:type="spellEnd"/>
      <w:r w:rsidRPr="007B2BD4">
        <w:rPr>
          <w:rFonts w:cs="Arial"/>
          <w:szCs w:val="24"/>
        </w:rPr>
        <w:t xml:space="preserve"> </w:t>
      </w:r>
      <w:proofErr w:type="spellStart"/>
      <w:r w:rsidRPr="007B2BD4">
        <w:rPr>
          <w:rFonts w:cs="Arial"/>
          <w:szCs w:val="24"/>
        </w:rPr>
        <w:t>стандарт</w:t>
      </w:r>
      <w:proofErr w:type="spellEnd"/>
      <w:r w:rsidRPr="007B2BD4">
        <w:rPr>
          <w:rFonts w:cs="Arial"/>
          <w:szCs w:val="24"/>
        </w:rPr>
        <w:t xml:space="preserve">, </w:t>
      </w:r>
      <w:proofErr w:type="spellStart"/>
      <w:r w:rsidRPr="007B2BD4">
        <w:rPr>
          <w:rFonts w:cs="Arial"/>
          <w:szCs w:val="24"/>
        </w:rPr>
        <w:t>аргачлал</w:t>
      </w:r>
      <w:proofErr w:type="spellEnd"/>
      <w:r w:rsidRPr="007B2BD4">
        <w:rPr>
          <w:rFonts w:cs="Arial"/>
          <w:szCs w:val="24"/>
        </w:rPr>
        <w:t xml:space="preserve">, </w:t>
      </w:r>
      <w:proofErr w:type="spellStart"/>
      <w:r w:rsidRPr="007B2BD4">
        <w:rPr>
          <w:rFonts w:cs="Arial"/>
          <w:szCs w:val="24"/>
        </w:rPr>
        <w:t>төсөв</w:t>
      </w:r>
      <w:proofErr w:type="spellEnd"/>
      <w:r w:rsidRPr="007B2BD4">
        <w:rPr>
          <w:rFonts w:cs="Arial"/>
          <w:szCs w:val="24"/>
        </w:rPr>
        <w:t xml:space="preserve">, </w:t>
      </w:r>
      <w:proofErr w:type="spellStart"/>
      <w:r w:rsidRPr="007B2BD4">
        <w:rPr>
          <w:rFonts w:cs="Arial"/>
          <w:szCs w:val="24"/>
        </w:rPr>
        <w:t>хүний</w:t>
      </w:r>
      <w:proofErr w:type="spellEnd"/>
      <w:r w:rsidRPr="007B2BD4">
        <w:rPr>
          <w:rFonts w:cs="Arial"/>
          <w:szCs w:val="24"/>
        </w:rPr>
        <w:t xml:space="preserve"> </w:t>
      </w:r>
      <w:proofErr w:type="spellStart"/>
      <w:r w:rsidRPr="007B2BD4">
        <w:rPr>
          <w:rFonts w:cs="Arial"/>
          <w:szCs w:val="24"/>
        </w:rPr>
        <w:t>нөөцийн</w:t>
      </w:r>
      <w:proofErr w:type="spellEnd"/>
      <w:r w:rsidRPr="007B2BD4">
        <w:rPr>
          <w:rFonts w:cs="Arial"/>
          <w:szCs w:val="24"/>
        </w:rPr>
        <w:t xml:space="preserve"> </w:t>
      </w:r>
      <w:proofErr w:type="spellStart"/>
      <w:r w:rsidRPr="007B2BD4">
        <w:rPr>
          <w:rFonts w:cs="Arial"/>
          <w:szCs w:val="24"/>
        </w:rPr>
        <w:t>төлөвлөгөөг</w:t>
      </w:r>
      <w:proofErr w:type="spellEnd"/>
      <w:r w:rsidRPr="007B2BD4">
        <w:rPr>
          <w:rFonts w:cs="Arial"/>
          <w:szCs w:val="24"/>
        </w:rPr>
        <w:t xml:space="preserve"> </w:t>
      </w:r>
      <w:proofErr w:type="spellStart"/>
      <w:r w:rsidRPr="007B2BD4">
        <w:rPr>
          <w:rFonts w:cs="Arial"/>
          <w:szCs w:val="24"/>
        </w:rPr>
        <w:t>боловсруулна</w:t>
      </w:r>
      <w:proofErr w:type="spellEnd"/>
      <w:r w:rsidRPr="007B2BD4">
        <w:rPr>
          <w:rFonts w:cs="Arial"/>
          <w:szCs w:val="24"/>
        </w:rPr>
        <w:t>.</w:t>
      </w:r>
    </w:p>
    <w:p w14:paraId="0B770837" w14:textId="77777777" w:rsidR="00FE1DD3" w:rsidRDefault="00FE1DD3" w:rsidP="00FE1DD3">
      <w:pPr>
        <w:pStyle w:val="ListBullet"/>
        <w:numPr>
          <w:ilvl w:val="0"/>
          <w:numId w:val="0"/>
        </w:numPr>
        <w:spacing w:after="100"/>
        <w:ind w:firstLine="720"/>
        <w:rPr>
          <w:rFonts w:cs="Arial"/>
          <w:szCs w:val="24"/>
        </w:rPr>
      </w:pPr>
    </w:p>
    <w:p w14:paraId="254BBD20" w14:textId="77777777" w:rsidR="00710E5D" w:rsidRDefault="00000000" w:rsidP="00710E5D">
      <w:pPr>
        <w:pStyle w:val="ListBullet"/>
        <w:numPr>
          <w:ilvl w:val="0"/>
          <w:numId w:val="0"/>
        </w:numPr>
        <w:spacing w:after="100"/>
        <w:ind w:firstLine="720"/>
        <w:rPr>
          <w:rFonts w:cs="Arial"/>
          <w:szCs w:val="24"/>
        </w:rPr>
      </w:pPr>
      <w:proofErr w:type="spellStart"/>
      <w:r w:rsidRPr="007B2BD4">
        <w:rPr>
          <w:rFonts w:cs="Arial"/>
          <w:szCs w:val="24"/>
        </w:rPr>
        <w:t>Газар</w:t>
      </w:r>
      <w:proofErr w:type="spellEnd"/>
      <w:r w:rsidRPr="007B2BD4">
        <w:rPr>
          <w:rFonts w:cs="Arial"/>
          <w:szCs w:val="24"/>
        </w:rPr>
        <w:t xml:space="preserve">, </w:t>
      </w:r>
      <w:proofErr w:type="spellStart"/>
      <w:r w:rsidRPr="007B2BD4">
        <w:rPr>
          <w:rFonts w:cs="Arial"/>
          <w:szCs w:val="24"/>
        </w:rPr>
        <w:t>хөрсний</w:t>
      </w:r>
      <w:proofErr w:type="spellEnd"/>
      <w:r w:rsidRPr="007B2BD4">
        <w:rPr>
          <w:rFonts w:cs="Arial"/>
          <w:szCs w:val="24"/>
        </w:rPr>
        <w:t xml:space="preserve"> </w:t>
      </w:r>
      <w:proofErr w:type="spellStart"/>
      <w:r w:rsidRPr="007B2BD4">
        <w:rPr>
          <w:rFonts w:cs="Arial"/>
          <w:szCs w:val="24"/>
        </w:rPr>
        <w:t>үнэлгээ</w:t>
      </w:r>
      <w:proofErr w:type="spellEnd"/>
      <w:r w:rsidRPr="007B2BD4">
        <w:rPr>
          <w:rFonts w:cs="Arial"/>
          <w:szCs w:val="24"/>
        </w:rPr>
        <w:t xml:space="preserve">, </w:t>
      </w:r>
      <w:proofErr w:type="spellStart"/>
      <w:r w:rsidRPr="007B2BD4">
        <w:rPr>
          <w:rFonts w:cs="Arial"/>
          <w:szCs w:val="24"/>
        </w:rPr>
        <w:t>усны</w:t>
      </w:r>
      <w:proofErr w:type="spellEnd"/>
      <w:r w:rsidRPr="007B2BD4">
        <w:rPr>
          <w:rFonts w:cs="Arial"/>
          <w:szCs w:val="24"/>
        </w:rPr>
        <w:t xml:space="preserve"> </w:t>
      </w:r>
      <w:proofErr w:type="spellStart"/>
      <w:r w:rsidRPr="007B2BD4">
        <w:rPr>
          <w:rFonts w:cs="Arial"/>
          <w:szCs w:val="24"/>
        </w:rPr>
        <w:t>төсөв</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шаардлагын</w:t>
      </w:r>
      <w:proofErr w:type="spellEnd"/>
      <w:r w:rsidRPr="007B2BD4">
        <w:rPr>
          <w:rFonts w:cs="Arial"/>
          <w:szCs w:val="24"/>
        </w:rPr>
        <w:t xml:space="preserve"> </w:t>
      </w:r>
      <w:proofErr w:type="spellStart"/>
      <w:r w:rsidRPr="007B2BD4">
        <w:rPr>
          <w:rFonts w:cs="Arial"/>
          <w:szCs w:val="24"/>
        </w:rPr>
        <w:t>дүгнэлт</w:t>
      </w:r>
      <w:proofErr w:type="spellEnd"/>
      <w:r w:rsidRPr="007B2BD4">
        <w:rPr>
          <w:rFonts w:cs="Arial"/>
          <w:szCs w:val="24"/>
        </w:rPr>
        <w:t xml:space="preserve">, </w:t>
      </w:r>
      <w:proofErr w:type="spellStart"/>
      <w:r w:rsidRPr="007B2BD4">
        <w:rPr>
          <w:rFonts w:cs="Arial"/>
          <w:szCs w:val="24"/>
        </w:rPr>
        <w:t>ургамлын</w:t>
      </w:r>
      <w:proofErr w:type="spellEnd"/>
      <w:r w:rsidRPr="007B2BD4">
        <w:rPr>
          <w:rFonts w:cs="Arial"/>
          <w:szCs w:val="24"/>
        </w:rPr>
        <w:t xml:space="preserve"> </w:t>
      </w:r>
      <w:proofErr w:type="spellStart"/>
      <w:r w:rsidRPr="007B2BD4">
        <w:rPr>
          <w:rFonts w:cs="Arial"/>
          <w:szCs w:val="24"/>
        </w:rPr>
        <w:t>амьдралтын</w:t>
      </w:r>
      <w:proofErr w:type="spellEnd"/>
      <w:r w:rsidRPr="007B2BD4">
        <w:rPr>
          <w:rFonts w:cs="Arial"/>
          <w:szCs w:val="24"/>
        </w:rPr>
        <w:t xml:space="preserve"> </w:t>
      </w:r>
      <w:proofErr w:type="spellStart"/>
      <w:r w:rsidRPr="007B2BD4">
        <w:rPr>
          <w:rFonts w:cs="Arial"/>
          <w:szCs w:val="24"/>
        </w:rPr>
        <w:t>үнэлгээ</w:t>
      </w:r>
      <w:proofErr w:type="spellEnd"/>
      <w:r w:rsidRPr="007B2BD4">
        <w:rPr>
          <w:rFonts w:cs="Arial"/>
          <w:szCs w:val="24"/>
        </w:rPr>
        <w:t xml:space="preserve">, </w:t>
      </w:r>
      <w:proofErr w:type="spellStart"/>
      <w:r w:rsidRPr="007B2BD4">
        <w:rPr>
          <w:rFonts w:cs="Arial"/>
          <w:szCs w:val="24"/>
        </w:rPr>
        <w:t>мод</w:t>
      </w:r>
      <w:proofErr w:type="spellEnd"/>
      <w:r w:rsidRPr="007B2BD4">
        <w:rPr>
          <w:rFonts w:cs="Arial"/>
          <w:szCs w:val="24"/>
        </w:rPr>
        <w:t xml:space="preserve"> </w:t>
      </w:r>
      <w:proofErr w:type="spellStart"/>
      <w:r w:rsidRPr="007B2BD4">
        <w:rPr>
          <w:rFonts w:cs="Arial"/>
          <w:szCs w:val="24"/>
        </w:rPr>
        <w:t>тарих</w:t>
      </w:r>
      <w:proofErr w:type="spellEnd"/>
      <w:r w:rsidRPr="007B2BD4">
        <w:rPr>
          <w:rFonts w:cs="Arial"/>
          <w:szCs w:val="24"/>
        </w:rPr>
        <w:t xml:space="preserve">, </w:t>
      </w:r>
      <w:proofErr w:type="spellStart"/>
      <w:r w:rsidRPr="007B2BD4">
        <w:rPr>
          <w:rFonts w:cs="Arial"/>
          <w:szCs w:val="24"/>
        </w:rPr>
        <w:t>арчлах</w:t>
      </w:r>
      <w:proofErr w:type="spellEnd"/>
      <w:r w:rsidRPr="007B2BD4">
        <w:rPr>
          <w:rFonts w:cs="Arial"/>
          <w:szCs w:val="24"/>
        </w:rPr>
        <w:t xml:space="preserve">, </w:t>
      </w:r>
      <w:proofErr w:type="spellStart"/>
      <w:r w:rsidRPr="007B2BD4">
        <w:rPr>
          <w:rFonts w:cs="Arial"/>
          <w:szCs w:val="24"/>
        </w:rPr>
        <w:t>шилжүүлэн</w:t>
      </w:r>
      <w:proofErr w:type="spellEnd"/>
      <w:r w:rsidRPr="007B2BD4">
        <w:rPr>
          <w:rFonts w:cs="Arial"/>
          <w:szCs w:val="24"/>
        </w:rPr>
        <w:t xml:space="preserve"> </w:t>
      </w:r>
      <w:proofErr w:type="spellStart"/>
      <w:r w:rsidRPr="007B2BD4">
        <w:rPr>
          <w:rFonts w:cs="Arial"/>
          <w:szCs w:val="24"/>
        </w:rPr>
        <w:t>суулгах</w:t>
      </w:r>
      <w:proofErr w:type="spellEnd"/>
      <w:r w:rsidRPr="007B2BD4">
        <w:rPr>
          <w:rFonts w:cs="Arial"/>
          <w:szCs w:val="24"/>
        </w:rPr>
        <w:t xml:space="preserve">, </w:t>
      </w:r>
      <w:proofErr w:type="spellStart"/>
      <w:r w:rsidRPr="007B2BD4">
        <w:rPr>
          <w:rFonts w:cs="Arial"/>
          <w:szCs w:val="24"/>
        </w:rPr>
        <w:t>тайрах</w:t>
      </w:r>
      <w:proofErr w:type="spellEnd"/>
      <w:r w:rsidRPr="007B2BD4">
        <w:rPr>
          <w:rFonts w:cs="Arial"/>
          <w:szCs w:val="24"/>
        </w:rPr>
        <w:t xml:space="preserve">, </w:t>
      </w:r>
      <w:proofErr w:type="spellStart"/>
      <w:r w:rsidRPr="007B2BD4">
        <w:rPr>
          <w:rFonts w:cs="Arial"/>
          <w:szCs w:val="24"/>
        </w:rPr>
        <w:t>ажилтны</w:t>
      </w:r>
      <w:proofErr w:type="spellEnd"/>
      <w:r w:rsidRPr="007B2BD4">
        <w:rPr>
          <w:rFonts w:cs="Arial"/>
          <w:szCs w:val="24"/>
        </w:rPr>
        <w:t xml:space="preserve"> </w:t>
      </w:r>
      <w:proofErr w:type="spellStart"/>
      <w:r w:rsidRPr="007B2BD4">
        <w:rPr>
          <w:rFonts w:cs="Arial"/>
          <w:szCs w:val="24"/>
        </w:rPr>
        <w:t>аюулгүй</w:t>
      </w:r>
      <w:proofErr w:type="spellEnd"/>
      <w:r w:rsidRPr="007B2BD4">
        <w:rPr>
          <w:rFonts w:cs="Arial"/>
          <w:szCs w:val="24"/>
        </w:rPr>
        <w:t xml:space="preserve"> </w:t>
      </w:r>
      <w:proofErr w:type="spellStart"/>
      <w:r w:rsidRPr="007B2BD4">
        <w:rPr>
          <w:rFonts w:cs="Arial"/>
          <w:szCs w:val="24"/>
        </w:rPr>
        <w:t>ажиллагааны</w:t>
      </w:r>
      <w:proofErr w:type="spellEnd"/>
      <w:r w:rsidRPr="007B2BD4">
        <w:rPr>
          <w:rFonts w:cs="Arial"/>
          <w:szCs w:val="24"/>
        </w:rPr>
        <w:t xml:space="preserve"> </w:t>
      </w:r>
      <w:proofErr w:type="spellStart"/>
      <w:r w:rsidRPr="007B2BD4">
        <w:rPr>
          <w:rFonts w:cs="Arial"/>
          <w:szCs w:val="24"/>
        </w:rPr>
        <w:t>мэргэжлийн</w:t>
      </w:r>
      <w:proofErr w:type="spellEnd"/>
      <w:r w:rsidRPr="007B2BD4">
        <w:rPr>
          <w:rFonts w:cs="Arial"/>
          <w:szCs w:val="24"/>
        </w:rPr>
        <w:t xml:space="preserve"> </w:t>
      </w:r>
      <w:proofErr w:type="spellStart"/>
      <w:r w:rsidRPr="007B2BD4">
        <w:rPr>
          <w:rFonts w:cs="Arial"/>
          <w:szCs w:val="24"/>
        </w:rPr>
        <w:t>аргачлалыг</w:t>
      </w:r>
      <w:proofErr w:type="spellEnd"/>
      <w:r w:rsidRPr="007B2BD4">
        <w:rPr>
          <w:rFonts w:cs="Arial"/>
          <w:szCs w:val="24"/>
        </w:rPr>
        <w:t xml:space="preserve"> </w:t>
      </w:r>
      <w:proofErr w:type="spellStart"/>
      <w:r w:rsidRPr="007B2BD4">
        <w:rPr>
          <w:rFonts w:cs="Arial"/>
          <w:szCs w:val="24"/>
        </w:rPr>
        <w:t>хуульд</w:t>
      </w:r>
      <w:proofErr w:type="spellEnd"/>
      <w:r w:rsidRPr="007B2BD4">
        <w:rPr>
          <w:rFonts w:cs="Arial"/>
          <w:szCs w:val="24"/>
        </w:rPr>
        <w:t xml:space="preserve"> </w:t>
      </w:r>
      <w:proofErr w:type="spellStart"/>
      <w:r w:rsidRPr="007B2BD4">
        <w:rPr>
          <w:rFonts w:cs="Arial"/>
          <w:szCs w:val="24"/>
        </w:rPr>
        <w:t>тогтоосон</w:t>
      </w:r>
      <w:proofErr w:type="spellEnd"/>
      <w:r w:rsidRPr="007B2BD4">
        <w:rPr>
          <w:rFonts w:cs="Arial"/>
          <w:szCs w:val="24"/>
        </w:rPr>
        <w:t xml:space="preserve"> </w:t>
      </w:r>
      <w:proofErr w:type="spellStart"/>
      <w:r w:rsidRPr="007B2BD4">
        <w:rPr>
          <w:rFonts w:cs="Arial"/>
          <w:szCs w:val="24"/>
        </w:rPr>
        <w:t>босго</w:t>
      </w:r>
      <w:proofErr w:type="spellEnd"/>
      <w:r w:rsidRPr="007B2BD4">
        <w:rPr>
          <w:rFonts w:cs="Arial"/>
          <w:szCs w:val="24"/>
        </w:rPr>
        <w:t xml:space="preserve">, </w:t>
      </w:r>
      <w:proofErr w:type="spellStart"/>
      <w:r w:rsidRPr="007B2BD4">
        <w:rPr>
          <w:rFonts w:cs="Arial"/>
          <w:szCs w:val="24"/>
        </w:rPr>
        <w:t>хугацаа</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үүргийг</w:t>
      </w:r>
      <w:proofErr w:type="spellEnd"/>
      <w:r w:rsidRPr="007B2BD4">
        <w:rPr>
          <w:rFonts w:cs="Arial"/>
          <w:szCs w:val="24"/>
        </w:rPr>
        <w:t xml:space="preserve"> </w:t>
      </w:r>
      <w:proofErr w:type="spellStart"/>
      <w:r w:rsidRPr="007B2BD4">
        <w:rPr>
          <w:rFonts w:cs="Arial"/>
          <w:szCs w:val="24"/>
        </w:rPr>
        <w:t>өөрчлөхгүйгээр</w:t>
      </w:r>
      <w:proofErr w:type="spellEnd"/>
      <w:r w:rsidRPr="007B2BD4">
        <w:rPr>
          <w:rFonts w:cs="Arial"/>
          <w:szCs w:val="24"/>
        </w:rPr>
        <w:t xml:space="preserve"> </w:t>
      </w:r>
      <w:proofErr w:type="spellStart"/>
      <w:r w:rsidRPr="007B2BD4">
        <w:rPr>
          <w:rFonts w:cs="Arial"/>
          <w:szCs w:val="24"/>
        </w:rPr>
        <w:t>батална</w:t>
      </w:r>
      <w:proofErr w:type="spellEnd"/>
      <w:r w:rsidRPr="007B2BD4">
        <w:rPr>
          <w:rFonts w:cs="Arial"/>
          <w:szCs w:val="24"/>
        </w:rPr>
        <w:t>.</w:t>
      </w:r>
    </w:p>
    <w:p w14:paraId="4188051F" w14:textId="77777777" w:rsidR="00710E5D" w:rsidRDefault="00710E5D" w:rsidP="00710E5D">
      <w:pPr>
        <w:pStyle w:val="ListBullet"/>
        <w:numPr>
          <w:ilvl w:val="0"/>
          <w:numId w:val="0"/>
        </w:numPr>
        <w:spacing w:after="100"/>
        <w:ind w:firstLine="720"/>
        <w:rPr>
          <w:rFonts w:cs="Arial"/>
          <w:szCs w:val="24"/>
        </w:rPr>
      </w:pPr>
    </w:p>
    <w:p w14:paraId="74339B17" w14:textId="77777777" w:rsidR="00710E5D" w:rsidRDefault="00000000" w:rsidP="00710E5D">
      <w:pPr>
        <w:pStyle w:val="ListBullet"/>
        <w:numPr>
          <w:ilvl w:val="0"/>
          <w:numId w:val="0"/>
        </w:numPr>
        <w:spacing w:after="100"/>
        <w:ind w:firstLine="720"/>
        <w:rPr>
          <w:rFonts w:cs="Arial"/>
          <w:szCs w:val="24"/>
        </w:rPr>
      </w:pPr>
      <w:proofErr w:type="spellStart"/>
      <w:r w:rsidRPr="007B2BD4">
        <w:rPr>
          <w:rFonts w:cs="Arial"/>
          <w:szCs w:val="24"/>
        </w:rPr>
        <w:t>Нийслэл</w:t>
      </w:r>
      <w:proofErr w:type="spellEnd"/>
      <w:r w:rsidRPr="007B2BD4">
        <w:rPr>
          <w:rFonts w:cs="Arial"/>
          <w:szCs w:val="24"/>
        </w:rPr>
        <w:t xml:space="preserve">, </w:t>
      </w:r>
      <w:proofErr w:type="spellStart"/>
      <w:r w:rsidRPr="007B2BD4">
        <w:rPr>
          <w:rFonts w:cs="Arial"/>
          <w:szCs w:val="24"/>
        </w:rPr>
        <w:t>улсын</w:t>
      </w:r>
      <w:proofErr w:type="spellEnd"/>
      <w:r w:rsidRPr="007B2BD4">
        <w:rPr>
          <w:rFonts w:cs="Arial"/>
          <w:szCs w:val="24"/>
        </w:rPr>
        <w:t xml:space="preserve"> </w:t>
      </w:r>
      <w:proofErr w:type="spellStart"/>
      <w:r w:rsidRPr="007B2BD4">
        <w:rPr>
          <w:rFonts w:cs="Arial"/>
          <w:szCs w:val="24"/>
        </w:rPr>
        <w:t>зэрэглэлтэй</w:t>
      </w:r>
      <w:proofErr w:type="spellEnd"/>
      <w:r w:rsidRPr="007B2BD4">
        <w:rPr>
          <w:rFonts w:cs="Arial"/>
          <w:szCs w:val="24"/>
        </w:rPr>
        <w:t xml:space="preserve"> </w:t>
      </w:r>
      <w:proofErr w:type="spellStart"/>
      <w:r w:rsidRPr="007B2BD4">
        <w:rPr>
          <w:rFonts w:cs="Arial"/>
          <w:szCs w:val="24"/>
        </w:rPr>
        <w:t>хотод</w:t>
      </w:r>
      <w:proofErr w:type="spellEnd"/>
      <w:r w:rsidRPr="007B2BD4">
        <w:rPr>
          <w:rFonts w:cs="Arial"/>
          <w:szCs w:val="24"/>
        </w:rPr>
        <w:t xml:space="preserve"> </w:t>
      </w:r>
      <w:proofErr w:type="spellStart"/>
      <w:r w:rsidRPr="007B2BD4">
        <w:rPr>
          <w:rFonts w:cs="Arial"/>
          <w:szCs w:val="24"/>
        </w:rPr>
        <w:t>мэргэжлийн</w:t>
      </w:r>
      <w:proofErr w:type="spellEnd"/>
      <w:r w:rsidRPr="007B2BD4">
        <w:rPr>
          <w:rFonts w:cs="Arial"/>
          <w:szCs w:val="24"/>
        </w:rPr>
        <w:t xml:space="preserve"> </w:t>
      </w:r>
      <w:proofErr w:type="spellStart"/>
      <w:r w:rsidRPr="007B2BD4">
        <w:rPr>
          <w:rFonts w:cs="Arial"/>
          <w:szCs w:val="24"/>
        </w:rPr>
        <w:t>нэгж</w:t>
      </w:r>
      <w:proofErr w:type="spellEnd"/>
      <w:r w:rsidRPr="007B2BD4">
        <w:rPr>
          <w:rFonts w:cs="Arial"/>
          <w:szCs w:val="24"/>
        </w:rPr>
        <w:t xml:space="preserve">, </w:t>
      </w:r>
      <w:proofErr w:type="spellStart"/>
      <w:r w:rsidRPr="007B2BD4">
        <w:rPr>
          <w:rFonts w:cs="Arial"/>
          <w:szCs w:val="24"/>
        </w:rPr>
        <w:t>бусад</w:t>
      </w:r>
      <w:proofErr w:type="spellEnd"/>
      <w:r w:rsidRPr="007B2BD4">
        <w:rPr>
          <w:rFonts w:cs="Arial"/>
          <w:szCs w:val="24"/>
        </w:rPr>
        <w:t xml:space="preserve"> </w:t>
      </w:r>
      <w:proofErr w:type="spellStart"/>
      <w:r w:rsidRPr="007B2BD4">
        <w:rPr>
          <w:rFonts w:cs="Arial"/>
          <w:szCs w:val="24"/>
        </w:rPr>
        <w:t>хот</w:t>
      </w:r>
      <w:proofErr w:type="spellEnd"/>
      <w:r w:rsidRPr="007B2BD4">
        <w:rPr>
          <w:rFonts w:cs="Arial"/>
          <w:szCs w:val="24"/>
        </w:rPr>
        <w:t xml:space="preserve">, </w:t>
      </w:r>
      <w:proofErr w:type="spellStart"/>
      <w:r w:rsidRPr="007B2BD4">
        <w:rPr>
          <w:rFonts w:cs="Arial"/>
          <w:szCs w:val="24"/>
        </w:rPr>
        <w:t>суманд</w:t>
      </w:r>
      <w:proofErr w:type="spellEnd"/>
      <w:r w:rsidRPr="007B2BD4">
        <w:rPr>
          <w:rFonts w:cs="Arial"/>
          <w:szCs w:val="24"/>
        </w:rPr>
        <w:t xml:space="preserve"> </w:t>
      </w:r>
      <w:proofErr w:type="spellStart"/>
      <w:r w:rsidRPr="007B2BD4">
        <w:rPr>
          <w:rFonts w:cs="Arial"/>
          <w:szCs w:val="24"/>
        </w:rPr>
        <w:t>хариуцсан</w:t>
      </w:r>
      <w:proofErr w:type="spellEnd"/>
      <w:r w:rsidRPr="007B2BD4">
        <w:rPr>
          <w:rFonts w:cs="Arial"/>
          <w:szCs w:val="24"/>
        </w:rPr>
        <w:t xml:space="preserve"> </w:t>
      </w:r>
      <w:proofErr w:type="spellStart"/>
      <w:r w:rsidRPr="007B2BD4">
        <w:rPr>
          <w:rFonts w:cs="Arial"/>
          <w:szCs w:val="24"/>
        </w:rPr>
        <w:t>албан</w:t>
      </w:r>
      <w:proofErr w:type="spellEnd"/>
      <w:r w:rsidRPr="007B2BD4">
        <w:rPr>
          <w:rFonts w:cs="Arial"/>
          <w:szCs w:val="24"/>
        </w:rPr>
        <w:t xml:space="preserve"> </w:t>
      </w:r>
      <w:proofErr w:type="spellStart"/>
      <w:r w:rsidRPr="007B2BD4">
        <w:rPr>
          <w:rFonts w:cs="Arial"/>
          <w:szCs w:val="24"/>
        </w:rPr>
        <w:t>тушаалтан</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аймгийн</w:t>
      </w:r>
      <w:proofErr w:type="spellEnd"/>
      <w:r w:rsidRPr="007B2BD4">
        <w:rPr>
          <w:rFonts w:cs="Arial"/>
          <w:szCs w:val="24"/>
        </w:rPr>
        <w:t xml:space="preserve"> </w:t>
      </w:r>
      <w:proofErr w:type="spellStart"/>
      <w:r w:rsidRPr="007B2BD4">
        <w:rPr>
          <w:rFonts w:cs="Arial"/>
          <w:szCs w:val="24"/>
        </w:rPr>
        <w:t>төвлөрсөн</w:t>
      </w:r>
      <w:proofErr w:type="spellEnd"/>
      <w:r w:rsidRPr="007B2BD4">
        <w:rPr>
          <w:rFonts w:cs="Arial"/>
          <w:szCs w:val="24"/>
        </w:rPr>
        <w:t xml:space="preserve"> </w:t>
      </w:r>
      <w:proofErr w:type="spellStart"/>
      <w:r w:rsidRPr="007B2BD4">
        <w:rPr>
          <w:rFonts w:cs="Arial"/>
          <w:szCs w:val="24"/>
        </w:rPr>
        <w:t>мэргэжлийн</w:t>
      </w:r>
      <w:proofErr w:type="spellEnd"/>
      <w:r w:rsidRPr="007B2BD4">
        <w:rPr>
          <w:rFonts w:cs="Arial"/>
          <w:szCs w:val="24"/>
        </w:rPr>
        <w:t xml:space="preserve"> </w:t>
      </w:r>
      <w:proofErr w:type="spellStart"/>
      <w:r w:rsidRPr="007B2BD4">
        <w:rPr>
          <w:rFonts w:cs="Arial"/>
          <w:szCs w:val="24"/>
        </w:rPr>
        <w:t>дэмжлэгийн</w:t>
      </w:r>
      <w:proofErr w:type="spellEnd"/>
      <w:r w:rsidRPr="007B2BD4">
        <w:rPr>
          <w:rFonts w:cs="Arial"/>
          <w:szCs w:val="24"/>
        </w:rPr>
        <w:t xml:space="preserve"> </w:t>
      </w:r>
      <w:proofErr w:type="spellStart"/>
      <w:r w:rsidRPr="007B2BD4">
        <w:rPr>
          <w:rFonts w:cs="Arial"/>
          <w:szCs w:val="24"/>
        </w:rPr>
        <w:t>хэлбэрийг</w:t>
      </w:r>
      <w:proofErr w:type="spellEnd"/>
      <w:r w:rsidRPr="007B2BD4">
        <w:rPr>
          <w:rFonts w:cs="Arial"/>
          <w:szCs w:val="24"/>
        </w:rPr>
        <w:t xml:space="preserve"> </w:t>
      </w:r>
      <w:proofErr w:type="spellStart"/>
      <w:r w:rsidRPr="007B2BD4">
        <w:rPr>
          <w:rFonts w:cs="Arial"/>
          <w:szCs w:val="24"/>
        </w:rPr>
        <w:t>тогтооно</w:t>
      </w:r>
      <w:proofErr w:type="spellEnd"/>
      <w:r w:rsidRPr="007B2BD4">
        <w:rPr>
          <w:rFonts w:cs="Arial"/>
          <w:szCs w:val="24"/>
        </w:rPr>
        <w:t>.</w:t>
      </w:r>
    </w:p>
    <w:p w14:paraId="5A23F1E7" w14:textId="77777777" w:rsidR="00710E5D" w:rsidRDefault="00710E5D" w:rsidP="00710E5D">
      <w:pPr>
        <w:pStyle w:val="ListBullet"/>
        <w:numPr>
          <w:ilvl w:val="0"/>
          <w:numId w:val="0"/>
        </w:numPr>
        <w:spacing w:after="100"/>
        <w:ind w:firstLine="720"/>
        <w:rPr>
          <w:rFonts w:cs="Arial"/>
          <w:szCs w:val="24"/>
        </w:rPr>
      </w:pPr>
    </w:p>
    <w:p w14:paraId="5E5C9F05" w14:textId="77777777" w:rsidR="00710E5D" w:rsidRDefault="00000000" w:rsidP="00710E5D">
      <w:pPr>
        <w:pStyle w:val="ListBullet"/>
        <w:numPr>
          <w:ilvl w:val="0"/>
          <w:numId w:val="0"/>
        </w:numPr>
        <w:spacing w:after="100"/>
        <w:ind w:firstLine="720"/>
        <w:rPr>
          <w:rFonts w:cs="Arial"/>
          <w:szCs w:val="24"/>
        </w:rPr>
      </w:pPr>
      <w:proofErr w:type="spellStart"/>
      <w:r w:rsidRPr="007B2BD4">
        <w:rPr>
          <w:rFonts w:cs="Arial"/>
          <w:szCs w:val="24"/>
        </w:rPr>
        <w:t>Төсвийн</w:t>
      </w:r>
      <w:proofErr w:type="spellEnd"/>
      <w:r w:rsidRPr="007B2BD4">
        <w:rPr>
          <w:rFonts w:cs="Arial"/>
          <w:szCs w:val="24"/>
        </w:rPr>
        <w:t xml:space="preserve"> </w:t>
      </w:r>
      <w:proofErr w:type="spellStart"/>
      <w:r w:rsidRPr="007B2BD4">
        <w:rPr>
          <w:rFonts w:cs="Arial"/>
          <w:szCs w:val="24"/>
        </w:rPr>
        <w:t>ангилал</w:t>
      </w:r>
      <w:proofErr w:type="spellEnd"/>
      <w:r w:rsidRPr="007B2BD4">
        <w:rPr>
          <w:rFonts w:cs="Arial"/>
          <w:szCs w:val="24"/>
        </w:rPr>
        <w:t xml:space="preserve">, </w:t>
      </w:r>
      <w:proofErr w:type="spellStart"/>
      <w:r w:rsidRPr="007B2BD4">
        <w:rPr>
          <w:rFonts w:cs="Arial"/>
          <w:szCs w:val="24"/>
        </w:rPr>
        <w:t>техникийн</w:t>
      </w:r>
      <w:proofErr w:type="spellEnd"/>
      <w:r w:rsidRPr="007B2BD4">
        <w:rPr>
          <w:rFonts w:cs="Arial"/>
          <w:szCs w:val="24"/>
        </w:rPr>
        <w:t xml:space="preserve"> </w:t>
      </w:r>
      <w:proofErr w:type="spellStart"/>
      <w:r w:rsidRPr="007B2BD4">
        <w:rPr>
          <w:rFonts w:cs="Arial"/>
          <w:szCs w:val="24"/>
        </w:rPr>
        <w:t>тодорхойлолт</w:t>
      </w:r>
      <w:proofErr w:type="spellEnd"/>
      <w:r w:rsidRPr="007B2BD4">
        <w:rPr>
          <w:rFonts w:cs="Arial"/>
          <w:szCs w:val="24"/>
        </w:rPr>
        <w:t xml:space="preserve">, </w:t>
      </w:r>
      <w:proofErr w:type="spellStart"/>
      <w:r w:rsidRPr="007B2BD4">
        <w:rPr>
          <w:rFonts w:cs="Arial"/>
          <w:szCs w:val="24"/>
        </w:rPr>
        <w:t>гэрээ</w:t>
      </w:r>
      <w:proofErr w:type="spellEnd"/>
      <w:r w:rsidRPr="007B2BD4">
        <w:rPr>
          <w:rFonts w:cs="Arial"/>
          <w:szCs w:val="24"/>
        </w:rPr>
        <w:t xml:space="preserve">, </w:t>
      </w:r>
      <w:proofErr w:type="spellStart"/>
      <w:r w:rsidRPr="007B2BD4">
        <w:rPr>
          <w:rFonts w:cs="Arial"/>
          <w:szCs w:val="24"/>
        </w:rPr>
        <w:t>хүлээн</w:t>
      </w:r>
      <w:proofErr w:type="spellEnd"/>
      <w:r w:rsidRPr="007B2BD4">
        <w:rPr>
          <w:rFonts w:cs="Arial"/>
          <w:szCs w:val="24"/>
        </w:rPr>
        <w:t xml:space="preserve"> </w:t>
      </w:r>
      <w:proofErr w:type="spellStart"/>
      <w:r w:rsidRPr="007B2BD4">
        <w:rPr>
          <w:rFonts w:cs="Arial"/>
          <w:szCs w:val="24"/>
        </w:rPr>
        <w:t>авах</w:t>
      </w:r>
      <w:proofErr w:type="spellEnd"/>
      <w:r w:rsidRPr="007B2BD4">
        <w:rPr>
          <w:rFonts w:cs="Arial"/>
          <w:szCs w:val="24"/>
        </w:rPr>
        <w:t xml:space="preserve"> </w:t>
      </w:r>
      <w:proofErr w:type="spellStart"/>
      <w:r w:rsidRPr="007B2BD4">
        <w:rPr>
          <w:rFonts w:cs="Arial"/>
          <w:szCs w:val="24"/>
        </w:rPr>
        <w:t>акт</w:t>
      </w:r>
      <w:proofErr w:type="spellEnd"/>
      <w:r w:rsidRPr="007B2BD4">
        <w:rPr>
          <w:rFonts w:cs="Arial"/>
          <w:szCs w:val="24"/>
        </w:rPr>
        <w:t xml:space="preserve">, </w:t>
      </w:r>
      <w:proofErr w:type="spellStart"/>
      <w:r w:rsidRPr="007B2BD4">
        <w:rPr>
          <w:rFonts w:cs="Arial"/>
          <w:szCs w:val="24"/>
        </w:rPr>
        <w:t>гүйцэтгэлийн</w:t>
      </w:r>
      <w:proofErr w:type="spellEnd"/>
      <w:r w:rsidRPr="007B2BD4">
        <w:rPr>
          <w:rFonts w:cs="Arial"/>
          <w:szCs w:val="24"/>
        </w:rPr>
        <w:t xml:space="preserve"> </w:t>
      </w:r>
      <w:proofErr w:type="spellStart"/>
      <w:r w:rsidRPr="007B2BD4">
        <w:rPr>
          <w:rFonts w:cs="Arial"/>
          <w:szCs w:val="24"/>
        </w:rPr>
        <w:t>тайланг</w:t>
      </w:r>
      <w:proofErr w:type="spellEnd"/>
      <w:r w:rsidRPr="007B2BD4">
        <w:rPr>
          <w:rFonts w:cs="Arial"/>
          <w:szCs w:val="24"/>
        </w:rPr>
        <w:t xml:space="preserve"> </w:t>
      </w:r>
      <w:proofErr w:type="spellStart"/>
      <w:r w:rsidRPr="007B2BD4">
        <w:rPr>
          <w:rFonts w:cs="Arial"/>
          <w:szCs w:val="24"/>
        </w:rPr>
        <w:t>ургамлын</w:t>
      </w:r>
      <w:proofErr w:type="spellEnd"/>
      <w:r w:rsidRPr="007B2BD4">
        <w:rPr>
          <w:rFonts w:cs="Arial"/>
          <w:szCs w:val="24"/>
        </w:rPr>
        <w:t xml:space="preserve"> </w:t>
      </w:r>
      <w:proofErr w:type="spellStart"/>
      <w:r w:rsidRPr="007B2BD4">
        <w:rPr>
          <w:rFonts w:cs="Arial"/>
          <w:szCs w:val="24"/>
        </w:rPr>
        <w:t>амьдралтын</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тогтворжилтын</w:t>
      </w:r>
      <w:proofErr w:type="spellEnd"/>
      <w:r w:rsidRPr="007B2BD4">
        <w:rPr>
          <w:rFonts w:cs="Arial"/>
          <w:szCs w:val="24"/>
        </w:rPr>
        <w:t xml:space="preserve"> </w:t>
      </w:r>
      <w:proofErr w:type="spellStart"/>
      <w:r w:rsidRPr="007B2BD4">
        <w:rPr>
          <w:rFonts w:cs="Arial"/>
          <w:szCs w:val="24"/>
        </w:rPr>
        <w:t>үзүүлэлттэй</w:t>
      </w:r>
      <w:proofErr w:type="spellEnd"/>
      <w:r w:rsidRPr="007B2BD4">
        <w:rPr>
          <w:rFonts w:cs="Arial"/>
          <w:szCs w:val="24"/>
        </w:rPr>
        <w:t xml:space="preserve"> </w:t>
      </w:r>
      <w:proofErr w:type="spellStart"/>
      <w:r w:rsidRPr="007B2BD4">
        <w:rPr>
          <w:rFonts w:cs="Arial"/>
          <w:szCs w:val="24"/>
        </w:rPr>
        <w:t>уялдуулан</w:t>
      </w:r>
      <w:proofErr w:type="spellEnd"/>
      <w:r w:rsidRPr="007B2BD4">
        <w:rPr>
          <w:rFonts w:cs="Arial"/>
          <w:szCs w:val="24"/>
        </w:rPr>
        <w:t xml:space="preserve"> </w:t>
      </w:r>
      <w:proofErr w:type="spellStart"/>
      <w:r w:rsidRPr="007B2BD4">
        <w:rPr>
          <w:rFonts w:cs="Arial"/>
          <w:szCs w:val="24"/>
        </w:rPr>
        <w:t>шинэчилнэ</w:t>
      </w:r>
      <w:proofErr w:type="spellEnd"/>
      <w:r w:rsidRPr="007B2BD4">
        <w:rPr>
          <w:rFonts w:cs="Arial"/>
          <w:szCs w:val="24"/>
        </w:rPr>
        <w:t>.</w:t>
      </w:r>
    </w:p>
    <w:p w14:paraId="0D5178BD" w14:textId="29C0A3E7" w:rsidR="00544E5A" w:rsidRPr="007B2BD4" w:rsidRDefault="00000000" w:rsidP="00710E5D">
      <w:pPr>
        <w:pStyle w:val="ListBullet"/>
        <w:numPr>
          <w:ilvl w:val="0"/>
          <w:numId w:val="0"/>
        </w:numPr>
        <w:spacing w:after="100"/>
        <w:ind w:firstLine="720"/>
        <w:rPr>
          <w:rFonts w:cs="Arial"/>
          <w:szCs w:val="24"/>
        </w:rPr>
      </w:pPr>
      <w:proofErr w:type="spellStart"/>
      <w:r w:rsidRPr="007B2BD4">
        <w:rPr>
          <w:rFonts w:cs="Arial"/>
          <w:szCs w:val="24"/>
        </w:rPr>
        <w:t>Олон</w:t>
      </w:r>
      <w:proofErr w:type="spellEnd"/>
      <w:r w:rsidRPr="007B2BD4">
        <w:rPr>
          <w:rFonts w:cs="Arial"/>
          <w:szCs w:val="24"/>
        </w:rPr>
        <w:t xml:space="preserve"> </w:t>
      </w:r>
      <w:proofErr w:type="spellStart"/>
      <w:r w:rsidRPr="007B2BD4">
        <w:rPr>
          <w:rFonts w:cs="Arial"/>
          <w:szCs w:val="24"/>
        </w:rPr>
        <w:t>нийт</w:t>
      </w:r>
      <w:proofErr w:type="spellEnd"/>
      <w:r w:rsidRPr="007B2BD4">
        <w:rPr>
          <w:rFonts w:cs="Arial"/>
          <w:szCs w:val="24"/>
        </w:rPr>
        <w:t xml:space="preserve">, </w:t>
      </w:r>
      <w:proofErr w:type="spellStart"/>
      <w:r w:rsidRPr="007B2BD4">
        <w:rPr>
          <w:rFonts w:cs="Arial"/>
          <w:szCs w:val="24"/>
        </w:rPr>
        <w:t>гүйцэтгэгч</w:t>
      </w:r>
      <w:proofErr w:type="spellEnd"/>
      <w:r w:rsidRPr="007B2BD4">
        <w:rPr>
          <w:rFonts w:cs="Arial"/>
          <w:szCs w:val="24"/>
        </w:rPr>
        <w:t xml:space="preserve">, </w:t>
      </w:r>
      <w:proofErr w:type="spellStart"/>
      <w:r w:rsidRPr="007B2BD4">
        <w:rPr>
          <w:rFonts w:cs="Arial"/>
          <w:szCs w:val="24"/>
        </w:rPr>
        <w:t>үнэлгээчин</w:t>
      </w:r>
      <w:proofErr w:type="spellEnd"/>
      <w:r w:rsidRPr="007B2BD4">
        <w:rPr>
          <w:rFonts w:cs="Arial"/>
          <w:szCs w:val="24"/>
        </w:rPr>
        <w:t xml:space="preserve">, </w:t>
      </w:r>
      <w:proofErr w:type="spellStart"/>
      <w:r w:rsidRPr="007B2BD4">
        <w:rPr>
          <w:rFonts w:cs="Arial"/>
          <w:szCs w:val="24"/>
        </w:rPr>
        <w:t>захиалагч</w:t>
      </w:r>
      <w:proofErr w:type="spellEnd"/>
      <w:r w:rsidRPr="007B2BD4">
        <w:rPr>
          <w:rFonts w:cs="Arial"/>
          <w:szCs w:val="24"/>
        </w:rPr>
        <w:t xml:space="preserve"> </w:t>
      </w:r>
      <w:proofErr w:type="spellStart"/>
      <w:r w:rsidRPr="007B2BD4">
        <w:rPr>
          <w:rFonts w:cs="Arial"/>
          <w:szCs w:val="24"/>
        </w:rPr>
        <w:t>байгууллагад</w:t>
      </w:r>
      <w:proofErr w:type="spellEnd"/>
      <w:r w:rsidRPr="007B2BD4">
        <w:rPr>
          <w:rFonts w:cs="Arial"/>
          <w:szCs w:val="24"/>
        </w:rPr>
        <w:t xml:space="preserve"> </w:t>
      </w:r>
      <w:proofErr w:type="spellStart"/>
      <w:r w:rsidRPr="007B2BD4">
        <w:rPr>
          <w:rFonts w:cs="Arial"/>
          <w:szCs w:val="24"/>
        </w:rPr>
        <w:t>зориулсан</w:t>
      </w:r>
      <w:proofErr w:type="spellEnd"/>
      <w:r w:rsidRPr="007B2BD4">
        <w:rPr>
          <w:rFonts w:cs="Arial"/>
          <w:szCs w:val="24"/>
        </w:rPr>
        <w:t xml:space="preserve"> </w:t>
      </w:r>
      <w:proofErr w:type="spellStart"/>
      <w:r w:rsidRPr="007B2BD4">
        <w:rPr>
          <w:rFonts w:cs="Arial"/>
          <w:szCs w:val="24"/>
        </w:rPr>
        <w:t>сургалт</w:t>
      </w:r>
      <w:proofErr w:type="spellEnd"/>
      <w:r w:rsidRPr="007B2BD4">
        <w:rPr>
          <w:rFonts w:cs="Arial"/>
          <w:szCs w:val="24"/>
        </w:rPr>
        <w:t xml:space="preserve">, </w:t>
      </w:r>
      <w:proofErr w:type="spellStart"/>
      <w:r w:rsidRPr="007B2BD4">
        <w:rPr>
          <w:rFonts w:cs="Arial"/>
          <w:szCs w:val="24"/>
        </w:rPr>
        <w:t>мэдээлэл</w:t>
      </w:r>
      <w:proofErr w:type="spellEnd"/>
      <w:r w:rsidRPr="007B2BD4">
        <w:rPr>
          <w:rFonts w:cs="Arial"/>
          <w:szCs w:val="24"/>
        </w:rPr>
        <w:t xml:space="preserve">, </w:t>
      </w:r>
      <w:proofErr w:type="spellStart"/>
      <w:r w:rsidRPr="007B2BD4">
        <w:rPr>
          <w:rFonts w:cs="Arial"/>
          <w:szCs w:val="24"/>
        </w:rPr>
        <w:t>жишиг</w:t>
      </w:r>
      <w:proofErr w:type="spellEnd"/>
      <w:r w:rsidRPr="007B2BD4">
        <w:rPr>
          <w:rFonts w:cs="Arial"/>
          <w:szCs w:val="24"/>
        </w:rPr>
        <w:t xml:space="preserve"> </w:t>
      </w:r>
      <w:proofErr w:type="spellStart"/>
      <w:r w:rsidRPr="007B2BD4">
        <w:rPr>
          <w:rFonts w:cs="Arial"/>
          <w:szCs w:val="24"/>
        </w:rPr>
        <w:t>баримт</w:t>
      </w:r>
      <w:proofErr w:type="spellEnd"/>
      <w:r w:rsidRPr="007B2BD4">
        <w:rPr>
          <w:rFonts w:cs="Arial"/>
          <w:szCs w:val="24"/>
        </w:rPr>
        <w:t xml:space="preserve"> </w:t>
      </w:r>
      <w:proofErr w:type="spellStart"/>
      <w:r w:rsidRPr="007B2BD4">
        <w:rPr>
          <w:rFonts w:cs="Arial"/>
          <w:szCs w:val="24"/>
        </w:rPr>
        <w:t>бичиг</w:t>
      </w:r>
      <w:proofErr w:type="spellEnd"/>
      <w:r w:rsidRPr="007B2BD4">
        <w:rPr>
          <w:rFonts w:cs="Arial"/>
          <w:szCs w:val="24"/>
        </w:rPr>
        <w:t xml:space="preserve">, </w:t>
      </w:r>
      <w:proofErr w:type="spellStart"/>
      <w:r w:rsidRPr="007B2BD4">
        <w:rPr>
          <w:rFonts w:cs="Arial"/>
          <w:szCs w:val="24"/>
        </w:rPr>
        <w:t>хялбаршуулсан</w:t>
      </w:r>
      <w:proofErr w:type="spellEnd"/>
      <w:r w:rsidRPr="007B2BD4">
        <w:rPr>
          <w:rFonts w:cs="Arial"/>
          <w:szCs w:val="24"/>
        </w:rPr>
        <w:t xml:space="preserve"> </w:t>
      </w:r>
      <w:proofErr w:type="spellStart"/>
      <w:r w:rsidRPr="007B2BD4">
        <w:rPr>
          <w:rFonts w:cs="Arial"/>
          <w:szCs w:val="24"/>
        </w:rPr>
        <w:t>бүртгэлийн</w:t>
      </w:r>
      <w:proofErr w:type="spellEnd"/>
      <w:r w:rsidRPr="007B2BD4">
        <w:rPr>
          <w:rFonts w:cs="Arial"/>
          <w:szCs w:val="24"/>
        </w:rPr>
        <w:t xml:space="preserve"> </w:t>
      </w:r>
      <w:proofErr w:type="spellStart"/>
      <w:r w:rsidRPr="007B2BD4">
        <w:rPr>
          <w:rFonts w:cs="Arial"/>
          <w:szCs w:val="24"/>
        </w:rPr>
        <w:t>хэрэглэгдэхүүнийг</w:t>
      </w:r>
      <w:proofErr w:type="spellEnd"/>
      <w:r w:rsidRPr="007B2BD4">
        <w:rPr>
          <w:rFonts w:cs="Arial"/>
          <w:szCs w:val="24"/>
        </w:rPr>
        <w:t xml:space="preserve"> </w:t>
      </w:r>
      <w:proofErr w:type="spellStart"/>
      <w:r w:rsidRPr="007B2BD4">
        <w:rPr>
          <w:rFonts w:cs="Arial"/>
          <w:szCs w:val="24"/>
        </w:rPr>
        <w:t>үе</w:t>
      </w:r>
      <w:proofErr w:type="spellEnd"/>
      <w:r w:rsidRPr="007B2BD4">
        <w:rPr>
          <w:rFonts w:cs="Arial"/>
          <w:szCs w:val="24"/>
        </w:rPr>
        <w:t xml:space="preserve"> </w:t>
      </w:r>
      <w:proofErr w:type="spellStart"/>
      <w:r w:rsidRPr="007B2BD4">
        <w:rPr>
          <w:rFonts w:cs="Arial"/>
          <w:szCs w:val="24"/>
        </w:rPr>
        <w:t>шаттай</w:t>
      </w:r>
      <w:proofErr w:type="spellEnd"/>
      <w:r w:rsidRPr="007B2BD4">
        <w:rPr>
          <w:rFonts w:cs="Arial"/>
          <w:szCs w:val="24"/>
        </w:rPr>
        <w:t xml:space="preserve"> </w:t>
      </w:r>
      <w:proofErr w:type="spellStart"/>
      <w:r w:rsidRPr="007B2BD4">
        <w:rPr>
          <w:rFonts w:cs="Arial"/>
          <w:szCs w:val="24"/>
        </w:rPr>
        <w:t>нэвтрүүлнэ</w:t>
      </w:r>
      <w:proofErr w:type="spellEnd"/>
      <w:r w:rsidRPr="007B2BD4">
        <w:rPr>
          <w:rFonts w:cs="Arial"/>
          <w:szCs w:val="24"/>
        </w:rPr>
        <w:t>.</w:t>
      </w:r>
    </w:p>
    <w:p w14:paraId="0991B571" w14:textId="4D549DBB" w:rsidR="00544E5A" w:rsidRPr="007B2BD4" w:rsidRDefault="00000000" w:rsidP="007B037E">
      <w:pPr>
        <w:pStyle w:val="Heading1"/>
        <w:ind w:firstLine="567"/>
        <w:rPr>
          <w:rFonts w:ascii="Arial" w:hAnsi="Arial" w:cs="Arial"/>
          <w:sz w:val="24"/>
          <w:szCs w:val="24"/>
        </w:rPr>
      </w:pPr>
      <w:proofErr w:type="spellStart"/>
      <w:r w:rsidRPr="007B2BD4">
        <w:rPr>
          <w:rFonts w:ascii="Arial" w:hAnsi="Arial" w:cs="Arial"/>
          <w:sz w:val="24"/>
          <w:szCs w:val="24"/>
        </w:rPr>
        <w:t>Дөрөв</w:t>
      </w:r>
      <w:proofErr w:type="spellEnd"/>
      <w:r w:rsidRPr="007B2BD4">
        <w:rPr>
          <w:rFonts w:ascii="Arial" w:hAnsi="Arial" w:cs="Arial"/>
          <w:sz w:val="24"/>
          <w:szCs w:val="24"/>
        </w:rPr>
        <w:t xml:space="preserve">. </w:t>
      </w:r>
      <w:proofErr w:type="spellStart"/>
      <w:r w:rsidRPr="007B2BD4">
        <w:rPr>
          <w:rFonts w:ascii="Arial" w:hAnsi="Arial" w:cs="Arial"/>
          <w:sz w:val="24"/>
          <w:szCs w:val="24"/>
        </w:rPr>
        <w:t>Монгол</w:t>
      </w:r>
      <w:proofErr w:type="spellEnd"/>
      <w:r w:rsidRPr="007B2BD4">
        <w:rPr>
          <w:rFonts w:ascii="Arial" w:hAnsi="Arial" w:cs="Arial"/>
          <w:sz w:val="24"/>
          <w:szCs w:val="24"/>
        </w:rPr>
        <w:t xml:space="preserve"> </w:t>
      </w:r>
      <w:proofErr w:type="spellStart"/>
      <w:r w:rsidRPr="007B2BD4">
        <w:rPr>
          <w:rFonts w:ascii="Arial" w:hAnsi="Arial" w:cs="Arial"/>
          <w:sz w:val="24"/>
          <w:szCs w:val="24"/>
        </w:rPr>
        <w:t>Улсын</w:t>
      </w:r>
      <w:proofErr w:type="spellEnd"/>
      <w:r w:rsidRPr="007B2BD4">
        <w:rPr>
          <w:rFonts w:ascii="Arial" w:hAnsi="Arial" w:cs="Arial"/>
          <w:sz w:val="24"/>
          <w:szCs w:val="24"/>
        </w:rPr>
        <w:t xml:space="preserve"> </w:t>
      </w:r>
      <w:proofErr w:type="spellStart"/>
      <w:r w:rsidRPr="007B2BD4">
        <w:rPr>
          <w:rFonts w:ascii="Arial" w:hAnsi="Arial" w:cs="Arial"/>
          <w:sz w:val="24"/>
          <w:szCs w:val="24"/>
        </w:rPr>
        <w:t>Үндсэн</w:t>
      </w:r>
      <w:proofErr w:type="spellEnd"/>
      <w:r w:rsidRPr="007B2BD4">
        <w:rPr>
          <w:rFonts w:ascii="Arial" w:hAnsi="Arial" w:cs="Arial"/>
          <w:sz w:val="24"/>
          <w:szCs w:val="24"/>
        </w:rPr>
        <w:t xml:space="preserve"> </w:t>
      </w:r>
      <w:proofErr w:type="spellStart"/>
      <w:r w:rsidRPr="007B2BD4">
        <w:rPr>
          <w:rFonts w:ascii="Arial" w:hAnsi="Arial" w:cs="Arial"/>
          <w:sz w:val="24"/>
          <w:szCs w:val="24"/>
        </w:rPr>
        <w:t>хууль</w:t>
      </w:r>
      <w:proofErr w:type="spellEnd"/>
      <w:r w:rsidRPr="007B2BD4">
        <w:rPr>
          <w:rFonts w:ascii="Arial" w:hAnsi="Arial" w:cs="Arial"/>
          <w:sz w:val="24"/>
          <w:szCs w:val="24"/>
        </w:rPr>
        <w:t xml:space="preserve">, </w:t>
      </w:r>
      <w:proofErr w:type="spellStart"/>
      <w:r w:rsidRPr="007B2BD4">
        <w:rPr>
          <w:rFonts w:ascii="Arial" w:hAnsi="Arial" w:cs="Arial"/>
          <w:sz w:val="24"/>
          <w:szCs w:val="24"/>
        </w:rPr>
        <w:t>олон</w:t>
      </w:r>
      <w:proofErr w:type="spellEnd"/>
      <w:r w:rsidRPr="007B2BD4">
        <w:rPr>
          <w:rFonts w:ascii="Arial" w:hAnsi="Arial" w:cs="Arial"/>
          <w:sz w:val="24"/>
          <w:szCs w:val="24"/>
        </w:rPr>
        <w:t xml:space="preserve"> </w:t>
      </w:r>
      <w:proofErr w:type="spellStart"/>
      <w:r w:rsidRPr="007B2BD4">
        <w:rPr>
          <w:rFonts w:ascii="Arial" w:hAnsi="Arial" w:cs="Arial"/>
          <w:sz w:val="24"/>
          <w:szCs w:val="24"/>
        </w:rPr>
        <w:t>улсын</w:t>
      </w:r>
      <w:proofErr w:type="spellEnd"/>
      <w:r w:rsidRPr="007B2BD4">
        <w:rPr>
          <w:rFonts w:ascii="Arial" w:hAnsi="Arial" w:cs="Arial"/>
          <w:sz w:val="24"/>
          <w:szCs w:val="24"/>
        </w:rPr>
        <w:t xml:space="preserve"> </w:t>
      </w:r>
      <w:proofErr w:type="spellStart"/>
      <w:r w:rsidRPr="007B2BD4">
        <w:rPr>
          <w:rFonts w:ascii="Arial" w:hAnsi="Arial" w:cs="Arial"/>
          <w:sz w:val="24"/>
          <w:szCs w:val="24"/>
        </w:rPr>
        <w:t>гэрээ</w:t>
      </w:r>
      <w:proofErr w:type="spellEnd"/>
      <w:r w:rsidRPr="007B2BD4">
        <w:rPr>
          <w:rFonts w:ascii="Arial" w:hAnsi="Arial" w:cs="Arial"/>
          <w:sz w:val="24"/>
          <w:szCs w:val="24"/>
        </w:rPr>
        <w:t xml:space="preserve">, </w:t>
      </w:r>
      <w:proofErr w:type="spellStart"/>
      <w:r w:rsidRPr="007B2BD4">
        <w:rPr>
          <w:rFonts w:ascii="Arial" w:hAnsi="Arial" w:cs="Arial"/>
          <w:sz w:val="24"/>
          <w:szCs w:val="24"/>
        </w:rPr>
        <w:t>бусад</w:t>
      </w:r>
      <w:proofErr w:type="spellEnd"/>
      <w:r w:rsidRPr="007B2BD4">
        <w:rPr>
          <w:rFonts w:ascii="Arial" w:hAnsi="Arial" w:cs="Arial"/>
          <w:sz w:val="24"/>
          <w:szCs w:val="24"/>
        </w:rPr>
        <w:t xml:space="preserve"> </w:t>
      </w:r>
      <w:proofErr w:type="spellStart"/>
      <w:r w:rsidRPr="007B2BD4">
        <w:rPr>
          <w:rFonts w:ascii="Arial" w:hAnsi="Arial" w:cs="Arial"/>
          <w:sz w:val="24"/>
          <w:szCs w:val="24"/>
        </w:rPr>
        <w:t>хуультай</w:t>
      </w:r>
      <w:proofErr w:type="spellEnd"/>
      <w:r w:rsidRPr="007B2BD4">
        <w:rPr>
          <w:rFonts w:ascii="Arial" w:hAnsi="Arial" w:cs="Arial"/>
          <w:sz w:val="24"/>
          <w:szCs w:val="24"/>
        </w:rPr>
        <w:t xml:space="preserve"> </w:t>
      </w:r>
      <w:proofErr w:type="spellStart"/>
      <w:r w:rsidRPr="007B2BD4">
        <w:rPr>
          <w:rFonts w:ascii="Arial" w:hAnsi="Arial" w:cs="Arial"/>
          <w:sz w:val="24"/>
          <w:szCs w:val="24"/>
        </w:rPr>
        <w:t>уялдсан</w:t>
      </w:r>
      <w:proofErr w:type="spellEnd"/>
      <w:r w:rsidRPr="007B2BD4">
        <w:rPr>
          <w:rFonts w:ascii="Arial" w:hAnsi="Arial" w:cs="Arial"/>
          <w:sz w:val="24"/>
          <w:szCs w:val="24"/>
        </w:rPr>
        <w:t xml:space="preserve"> </w:t>
      </w:r>
      <w:proofErr w:type="spellStart"/>
      <w:r w:rsidRPr="007B2BD4">
        <w:rPr>
          <w:rFonts w:ascii="Arial" w:hAnsi="Arial" w:cs="Arial"/>
          <w:sz w:val="24"/>
          <w:szCs w:val="24"/>
        </w:rPr>
        <w:t>байдал</w:t>
      </w:r>
      <w:proofErr w:type="spellEnd"/>
      <w:r w:rsidRPr="007B2BD4">
        <w:rPr>
          <w:rFonts w:ascii="Arial" w:hAnsi="Arial" w:cs="Arial"/>
          <w:sz w:val="24"/>
          <w:szCs w:val="24"/>
        </w:rPr>
        <w:t xml:space="preserve">, </w:t>
      </w:r>
      <w:proofErr w:type="spellStart"/>
      <w:r w:rsidRPr="007B2BD4">
        <w:rPr>
          <w:rFonts w:ascii="Arial" w:hAnsi="Arial" w:cs="Arial"/>
          <w:sz w:val="24"/>
          <w:szCs w:val="24"/>
        </w:rPr>
        <w:t>дагалдах</w:t>
      </w:r>
      <w:proofErr w:type="spellEnd"/>
      <w:r w:rsidRPr="007B2BD4">
        <w:rPr>
          <w:rFonts w:ascii="Arial" w:hAnsi="Arial" w:cs="Arial"/>
          <w:sz w:val="24"/>
          <w:szCs w:val="24"/>
        </w:rPr>
        <w:t xml:space="preserve"> </w:t>
      </w:r>
      <w:proofErr w:type="spellStart"/>
      <w:r w:rsidRPr="007B2BD4">
        <w:rPr>
          <w:rFonts w:ascii="Arial" w:hAnsi="Arial" w:cs="Arial"/>
          <w:sz w:val="24"/>
          <w:szCs w:val="24"/>
        </w:rPr>
        <w:t>хуулийн</w:t>
      </w:r>
      <w:proofErr w:type="spellEnd"/>
      <w:r w:rsidRPr="007B2BD4">
        <w:rPr>
          <w:rFonts w:ascii="Arial" w:hAnsi="Arial" w:cs="Arial"/>
          <w:sz w:val="24"/>
          <w:szCs w:val="24"/>
        </w:rPr>
        <w:t xml:space="preserve"> </w:t>
      </w:r>
      <w:proofErr w:type="spellStart"/>
      <w:r w:rsidR="007903E3">
        <w:rPr>
          <w:rFonts w:ascii="Arial" w:hAnsi="Arial" w:cs="Arial"/>
          <w:sz w:val="24"/>
          <w:szCs w:val="24"/>
        </w:rPr>
        <w:t>төсөл</w:t>
      </w:r>
      <w:proofErr w:type="spellEnd"/>
      <w:r w:rsidR="007903E3">
        <w:rPr>
          <w:rFonts w:ascii="Arial" w:hAnsi="Arial" w:cs="Arial"/>
          <w:sz w:val="24"/>
          <w:szCs w:val="24"/>
        </w:rPr>
        <w:t xml:space="preserve"> </w:t>
      </w:r>
    </w:p>
    <w:p w14:paraId="7D913159" w14:textId="77777777" w:rsidR="00544E5A" w:rsidRPr="007B2BD4" w:rsidRDefault="00000000">
      <w:pPr>
        <w:rPr>
          <w:rFonts w:cs="Arial"/>
          <w:szCs w:val="24"/>
        </w:rPr>
      </w:pPr>
      <w:proofErr w:type="spellStart"/>
      <w:r w:rsidRPr="007B2BD4">
        <w:rPr>
          <w:rFonts w:cs="Arial"/>
          <w:szCs w:val="24"/>
        </w:rPr>
        <w:t>Хуулийн</w:t>
      </w:r>
      <w:proofErr w:type="spellEnd"/>
      <w:r w:rsidRPr="007B2BD4">
        <w:rPr>
          <w:rFonts w:cs="Arial"/>
          <w:szCs w:val="24"/>
        </w:rPr>
        <w:t xml:space="preserve"> </w:t>
      </w:r>
      <w:proofErr w:type="spellStart"/>
      <w:r w:rsidRPr="007B2BD4">
        <w:rPr>
          <w:rFonts w:cs="Arial"/>
          <w:szCs w:val="24"/>
        </w:rPr>
        <w:t>төсөл</w:t>
      </w:r>
      <w:proofErr w:type="spellEnd"/>
      <w:r w:rsidRPr="007B2BD4">
        <w:rPr>
          <w:rFonts w:cs="Arial"/>
          <w:szCs w:val="24"/>
        </w:rPr>
        <w:t xml:space="preserve"> </w:t>
      </w:r>
      <w:proofErr w:type="spellStart"/>
      <w:r w:rsidRPr="007B2BD4">
        <w:rPr>
          <w:rFonts w:cs="Arial"/>
          <w:szCs w:val="24"/>
        </w:rPr>
        <w:t>нь</w:t>
      </w:r>
      <w:proofErr w:type="spellEnd"/>
      <w:r w:rsidRPr="007B2BD4">
        <w:rPr>
          <w:rFonts w:cs="Arial"/>
          <w:szCs w:val="24"/>
        </w:rPr>
        <w:t xml:space="preserve"> </w:t>
      </w:r>
      <w:proofErr w:type="spellStart"/>
      <w:r w:rsidRPr="007B2BD4">
        <w:rPr>
          <w:rFonts w:cs="Arial"/>
          <w:szCs w:val="24"/>
        </w:rPr>
        <w:t>Монгол</w:t>
      </w:r>
      <w:proofErr w:type="spellEnd"/>
      <w:r w:rsidRPr="007B2BD4">
        <w:rPr>
          <w:rFonts w:cs="Arial"/>
          <w:szCs w:val="24"/>
        </w:rPr>
        <w:t xml:space="preserve"> </w:t>
      </w:r>
      <w:proofErr w:type="spellStart"/>
      <w:r w:rsidRPr="007B2BD4">
        <w:rPr>
          <w:rFonts w:cs="Arial"/>
          <w:szCs w:val="24"/>
        </w:rPr>
        <w:t>Улсын</w:t>
      </w:r>
      <w:proofErr w:type="spellEnd"/>
      <w:r w:rsidRPr="007B2BD4">
        <w:rPr>
          <w:rFonts w:cs="Arial"/>
          <w:szCs w:val="24"/>
        </w:rPr>
        <w:t xml:space="preserve"> </w:t>
      </w:r>
      <w:proofErr w:type="spellStart"/>
      <w:r w:rsidRPr="007B2BD4">
        <w:rPr>
          <w:rFonts w:cs="Arial"/>
          <w:szCs w:val="24"/>
        </w:rPr>
        <w:t>Үндсэн</w:t>
      </w:r>
      <w:proofErr w:type="spellEnd"/>
      <w:r w:rsidRPr="007B2BD4">
        <w:rPr>
          <w:rFonts w:cs="Arial"/>
          <w:szCs w:val="24"/>
        </w:rPr>
        <w:t xml:space="preserve"> </w:t>
      </w:r>
      <w:proofErr w:type="spellStart"/>
      <w:r w:rsidRPr="007B2BD4">
        <w:rPr>
          <w:rFonts w:cs="Arial"/>
          <w:szCs w:val="24"/>
        </w:rPr>
        <w:t>хуулийн</w:t>
      </w:r>
      <w:proofErr w:type="spellEnd"/>
      <w:r w:rsidRPr="007B2BD4">
        <w:rPr>
          <w:rFonts w:cs="Arial"/>
          <w:szCs w:val="24"/>
        </w:rPr>
        <w:t xml:space="preserve"> Арван </w:t>
      </w:r>
      <w:proofErr w:type="spellStart"/>
      <w:r w:rsidRPr="007B2BD4">
        <w:rPr>
          <w:rFonts w:cs="Arial"/>
          <w:szCs w:val="24"/>
        </w:rPr>
        <w:t>зургадугаар</w:t>
      </w:r>
      <w:proofErr w:type="spellEnd"/>
      <w:r w:rsidRPr="007B2BD4">
        <w:rPr>
          <w:rFonts w:cs="Arial"/>
          <w:szCs w:val="24"/>
        </w:rPr>
        <w:t xml:space="preserve"> </w:t>
      </w:r>
      <w:proofErr w:type="spellStart"/>
      <w:r w:rsidRPr="007B2BD4">
        <w:rPr>
          <w:rFonts w:cs="Arial"/>
          <w:szCs w:val="24"/>
        </w:rPr>
        <w:t>зүйлийн</w:t>
      </w:r>
      <w:proofErr w:type="spellEnd"/>
      <w:r w:rsidRPr="007B2BD4">
        <w:rPr>
          <w:rFonts w:cs="Arial"/>
          <w:szCs w:val="24"/>
        </w:rPr>
        <w:t xml:space="preserve"> 2 </w:t>
      </w:r>
      <w:proofErr w:type="spellStart"/>
      <w:r w:rsidRPr="007B2BD4">
        <w:rPr>
          <w:rFonts w:cs="Arial"/>
          <w:szCs w:val="24"/>
        </w:rPr>
        <w:t>дахь</w:t>
      </w:r>
      <w:proofErr w:type="spellEnd"/>
      <w:r w:rsidRPr="007B2BD4">
        <w:rPr>
          <w:rFonts w:cs="Arial"/>
          <w:szCs w:val="24"/>
        </w:rPr>
        <w:t xml:space="preserve"> </w:t>
      </w:r>
      <w:proofErr w:type="spellStart"/>
      <w:r w:rsidRPr="007B2BD4">
        <w:rPr>
          <w:rFonts w:cs="Arial"/>
          <w:szCs w:val="24"/>
        </w:rPr>
        <w:t>заалтад</w:t>
      </w:r>
      <w:proofErr w:type="spellEnd"/>
      <w:r w:rsidRPr="007B2BD4">
        <w:rPr>
          <w:rFonts w:cs="Arial"/>
          <w:szCs w:val="24"/>
        </w:rPr>
        <w:t xml:space="preserve"> </w:t>
      </w:r>
      <w:proofErr w:type="spellStart"/>
      <w:r w:rsidRPr="007B2BD4">
        <w:rPr>
          <w:rFonts w:cs="Arial"/>
          <w:szCs w:val="24"/>
        </w:rPr>
        <w:t>заасан</w:t>
      </w:r>
      <w:proofErr w:type="spellEnd"/>
      <w:r w:rsidRPr="007B2BD4">
        <w:rPr>
          <w:rFonts w:cs="Arial"/>
          <w:szCs w:val="24"/>
        </w:rPr>
        <w:t xml:space="preserve"> </w:t>
      </w:r>
      <w:proofErr w:type="spellStart"/>
      <w:r w:rsidRPr="007B2BD4">
        <w:rPr>
          <w:rFonts w:cs="Arial"/>
          <w:szCs w:val="24"/>
        </w:rPr>
        <w:t>эрүүл</w:t>
      </w:r>
      <w:proofErr w:type="spellEnd"/>
      <w:r w:rsidRPr="007B2BD4">
        <w:rPr>
          <w:rFonts w:cs="Arial"/>
          <w:szCs w:val="24"/>
        </w:rPr>
        <w:t xml:space="preserve">, </w:t>
      </w:r>
      <w:proofErr w:type="spellStart"/>
      <w:r w:rsidRPr="007B2BD4">
        <w:rPr>
          <w:rFonts w:cs="Arial"/>
          <w:szCs w:val="24"/>
        </w:rPr>
        <w:t>аюулгүй</w:t>
      </w:r>
      <w:proofErr w:type="spellEnd"/>
      <w:r w:rsidRPr="007B2BD4">
        <w:rPr>
          <w:rFonts w:cs="Arial"/>
          <w:szCs w:val="24"/>
        </w:rPr>
        <w:t xml:space="preserve"> </w:t>
      </w:r>
      <w:proofErr w:type="spellStart"/>
      <w:r w:rsidRPr="007B2BD4">
        <w:rPr>
          <w:rFonts w:cs="Arial"/>
          <w:szCs w:val="24"/>
        </w:rPr>
        <w:t>орчинд</w:t>
      </w:r>
      <w:proofErr w:type="spellEnd"/>
      <w:r w:rsidRPr="007B2BD4">
        <w:rPr>
          <w:rFonts w:cs="Arial"/>
          <w:szCs w:val="24"/>
        </w:rPr>
        <w:t xml:space="preserve"> </w:t>
      </w:r>
      <w:proofErr w:type="spellStart"/>
      <w:r w:rsidRPr="007B2BD4">
        <w:rPr>
          <w:rFonts w:cs="Arial"/>
          <w:szCs w:val="24"/>
        </w:rPr>
        <w:t>амьдрах</w:t>
      </w:r>
      <w:proofErr w:type="spellEnd"/>
      <w:r w:rsidRPr="007B2BD4">
        <w:rPr>
          <w:rFonts w:cs="Arial"/>
          <w:szCs w:val="24"/>
        </w:rPr>
        <w:t xml:space="preserve">, </w:t>
      </w:r>
      <w:proofErr w:type="spellStart"/>
      <w:r w:rsidRPr="007B2BD4">
        <w:rPr>
          <w:rFonts w:cs="Arial"/>
          <w:szCs w:val="24"/>
        </w:rPr>
        <w:t>орчны</w:t>
      </w:r>
      <w:proofErr w:type="spellEnd"/>
      <w:r w:rsidRPr="007B2BD4">
        <w:rPr>
          <w:rFonts w:cs="Arial"/>
          <w:szCs w:val="24"/>
        </w:rPr>
        <w:t xml:space="preserve"> </w:t>
      </w:r>
      <w:proofErr w:type="spellStart"/>
      <w:r w:rsidRPr="007B2BD4">
        <w:rPr>
          <w:rFonts w:cs="Arial"/>
          <w:szCs w:val="24"/>
        </w:rPr>
        <w:t>бохирдол</w:t>
      </w:r>
      <w:proofErr w:type="spellEnd"/>
      <w:r w:rsidRPr="007B2BD4">
        <w:rPr>
          <w:rFonts w:cs="Arial"/>
          <w:szCs w:val="24"/>
        </w:rPr>
        <w:t xml:space="preserve">, </w:t>
      </w:r>
      <w:proofErr w:type="spellStart"/>
      <w:r w:rsidRPr="007B2BD4">
        <w:rPr>
          <w:rFonts w:cs="Arial"/>
          <w:szCs w:val="24"/>
        </w:rPr>
        <w:t>байгалийн</w:t>
      </w:r>
      <w:proofErr w:type="spellEnd"/>
      <w:r w:rsidRPr="007B2BD4">
        <w:rPr>
          <w:rFonts w:cs="Arial"/>
          <w:szCs w:val="24"/>
        </w:rPr>
        <w:t xml:space="preserve"> </w:t>
      </w:r>
      <w:proofErr w:type="spellStart"/>
      <w:r w:rsidRPr="007B2BD4">
        <w:rPr>
          <w:rFonts w:cs="Arial"/>
          <w:szCs w:val="24"/>
        </w:rPr>
        <w:t>тэнцэл</w:t>
      </w:r>
      <w:proofErr w:type="spellEnd"/>
      <w:r w:rsidRPr="007B2BD4">
        <w:rPr>
          <w:rFonts w:cs="Arial"/>
          <w:szCs w:val="24"/>
        </w:rPr>
        <w:t xml:space="preserve"> </w:t>
      </w:r>
      <w:proofErr w:type="spellStart"/>
      <w:r w:rsidRPr="007B2BD4">
        <w:rPr>
          <w:rFonts w:cs="Arial"/>
          <w:szCs w:val="24"/>
        </w:rPr>
        <w:t>алдагдахаас</w:t>
      </w:r>
      <w:proofErr w:type="spellEnd"/>
      <w:r w:rsidRPr="007B2BD4">
        <w:rPr>
          <w:rFonts w:cs="Arial"/>
          <w:szCs w:val="24"/>
        </w:rPr>
        <w:t xml:space="preserve"> </w:t>
      </w:r>
      <w:proofErr w:type="spellStart"/>
      <w:r w:rsidRPr="007B2BD4">
        <w:rPr>
          <w:rFonts w:cs="Arial"/>
          <w:szCs w:val="24"/>
        </w:rPr>
        <w:t>хамгаалуулах</w:t>
      </w:r>
      <w:proofErr w:type="spellEnd"/>
      <w:r w:rsidRPr="007B2BD4">
        <w:rPr>
          <w:rFonts w:cs="Arial"/>
          <w:szCs w:val="24"/>
        </w:rPr>
        <w:t xml:space="preserve"> </w:t>
      </w:r>
      <w:proofErr w:type="spellStart"/>
      <w:r w:rsidRPr="007B2BD4">
        <w:rPr>
          <w:rFonts w:cs="Arial"/>
          <w:szCs w:val="24"/>
        </w:rPr>
        <w:t>эрхийг</w:t>
      </w:r>
      <w:proofErr w:type="spellEnd"/>
      <w:r w:rsidRPr="007B2BD4">
        <w:rPr>
          <w:rFonts w:cs="Arial"/>
          <w:szCs w:val="24"/>
        </w:rPr>
        <w:t xml:space="preserve"> </w:t>
      </w:r>
      <w:proofErr w:type="spellStart"/>
      <w:r w:rsidRPr="007B2BD4">
        <w:rPr>
          <w:rFonts w:cs="Arial"/>
          <w:szCs w:val="24"/>
        </w:rPr>
        <w:t>хангах</w:t>
      </w:r>
      <w:proofErr w:type="spellEnd"/>
      <w:r w:rsidRPr="007B2BD4">
        <w:rPr>
          <w:rFonts w:cs="Arial"/>
          <w:szCs w:val="24"/>
        </w:rPr>
        <w:t xml:space="preserve">, </w:t>
      </w:r>
      <w:proofErr w:type="spellStart"/>
      <w:r w:rsidRPr="007B2BD4">
        <w:rPr>
          <w:rFonts w:cs="Arial"/>
          <w:szCs w:val="24"/>
        </w:rPr>
        <w:t>Тавдугаар</w:t>
      </w:r>
      <w:proofErr w:type="spellEnd"/>
      <w:r w:rsidRPr="007B2BD4">
        <w:rPr>
          <w:rFonts w:cs="Arial"/>
          <w:szCs w:val="24"/>
        </w:rPr>
        <w:t xml:space="preserve"> </w:t>
      </w:r>
      <w:proofErr w:type="spellStart"/>
      <w:r w:rsidRPr="007B2BD4">
        <w:rPr>
          <w:rFonts w:cs="Arial"/>
          <w:szCs w:val="24"/>
        </w:rPr>
        <w:t>зүйлийн</w:t>
      </w:r>
      <w:proofErr w:type="spellEnd"/>
      <w:r w:rsidRPr="007B2BD4">
        <w:rPr>
          <w:rFonts w:cs="Arial"/>
          <w:szCs w:val="24"/>
        </w:rPr>
        <w:t xml:space="preserve"> 2 </w:t>
      </w:r>
      <w:proofErr w:type="spellStart"/>
      <w:r w:rsidRPr="007B2BD4">
        <w:rPr>
          <w:rFonts w:cs="Arial"/>
          <w:szCs w:val="24"/>
        </w:rPr>
        <w:t>дахь</w:t>
      </w:r>
      <w:proofErr w:type="spellEnd"/>
      <w:r w:rsidRPr="007B2BD4">
        <w:rPr>
          <w:rFonts w:cs="Arial"/>
          <w:szCs w:val="24"/>
        </w:rPr>
        <w:t xml:space="preserve"> </w:t>
      </w:r>
      <w:proofErr w:type="spellStart"/>
      <w:r w:rsidRPr="007B2BD4">
        <w:rPr>
          <w:rFonts w:cs="Arial"/>
          <w:szCs w:val="24"/>
        </w:rPr>
        <w:t>хэсэгт</w:t>
      </w:r>
      <w:proofErr w:type="spellEnd"/>
      <w:r w:rsidRPr="007B2BD4">
        <w:rPr>
          <w:rFonts w:cs="Arial"/>
          <w:szCs w:val="24"/>
        </w:rPr>
        <w:t xml:space="preserve"> </w:t>
      </w:r>
      <w:proofErr w:type="spellStart"/>
      <w:r w:rsidRPr="007B2BD4">
        <w:rPr>
          <w:rFonts w:cs="Arial"/>
          <w:szCs w:val="24"/>
        </w:rPr>
        <w:t>заасан</w:t>
      </w:r>
      <w:proofErr w:type="spellEnd"/>
      <w:r w:rsidRPr="007B2BD4">
        <w:rPr>
          <w:rFonts w:cs="Arial"/>
          <w:szCs w:val="24"/>
        </w:rPr>
        <w:t xml:space="preserve"> </w:t>
      </w:r>
      <w:proofErr w:type="spellStart"/>
      <w:r w:rsidRPr="007B2BD4">
        <w:rPr>
          <w:rFonts w:cs="Arial"/>
          <w:szCs w:val="24"/>
        </w:rPr>
        <w:t>нийтийн</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хувийн</w:t>
      </w:r>
      <w:proofErr w:type="spellEnd"/>
      <w:r w:rsidRPr="007B2BD4">
        <w:rPr>
          <w:rFonts w:cs="Arial"/>
          <w:szCs w:val="24"/>
        </w:rPr>
        <w:t xml:space="preserve"> </w:t>
      </w:r>
      <w:proofErr w:type="spellStart"/>
      <w:r w:rsidRPr="007B2BD4">
        <w:rPr>
          <w:rFonts w:cs="Arial"/>
          <w:szCs w:val="24"/>
        </w:rPr>
        <w:t>өмчийн</w:t>
      </w:r>
      <w:proofErr w:type="spellEnd"/>
      <w:r w:rsidRPr="007B2BD4">
        <w:rPr>
          <w:rFonts w:cs="Arial"/>
          <w:szCs w:val="24"/>
        </w:rPr>
        <w:t xml:space="preserve"> </w:t>
      </w:r>
      <w:proofErr w:type="spellStart"/>
      <w:r w:rsidRPr="007B2BD4">
        <w:rPr>
          <w:rFonts w:cs="Arial"/>
          <w:szCs w:val="24"/>
        </w:rPr>
        <w:t>хэлбэрийг</w:t>
      </w:r>
      <w:proofErr w:type="spellEnd"/>
      <w:r w:rsidRPr="007B2BD4">
        <w:rPr>
          <w:rFonts w:cs="Arial"/>
          <w:szCs w:val="24"/>
        </w:rPr>
        <w:t xml:space="preserve"> </w:t>
      </w:r>
      <w:proofErr w:type="spellStart"/>
      <w:r w:rsidRPr="007B2BD4">
        <w:rPr>
          <w:rFonts w:cs="Arial"/>
          <w:szCs w:val="24"/>
        </w:rPr>
        <w:t>хүлээн</w:t>
      </w:r>
      <w:proofErr w:type="spellEnd"/>
      <w:r w:rsidRPr="007B2BD4">
        <w:rPr>
          <w:rFonts w:cs="Arial"/>
          <w:szCs w:val="24"/>
        </w:rPr>
        <w:t xml:space="preserve"> </w:t>
      </w:r>
      <w:proofErr w:type="spellStart"/>
      <w:r w:rsidRPr="007B2BD4">
        <w:rPr>
          <w:rFonts w:cs="Arial"/>
          <w:szCs w:val="24"/>
        </w:rPr>
        <w:t>зөвшөөрөх</w:t>
      </w:r>
      <w:proofErr w:type="spellEnd"/>
      <w:r w:rsidRPr="007B2BD4">
        <w:rPr>
          <w:rFonts w:cs="Arial"/>
          <w:szCs w:val="24"/>
        </w:rPr>
        <w:t xml:space="preserve">, Арван </w:t>
      </w:r>
      <w:proofErr w:type="spellStart"/>
      <w:r w:rsidRPr="007B2BD4">
        <w:rPr>
          <w:rFonts w:cs="Arial"/>
          <w:szCs w:val="24"/>
        </w:rPr>
        <w:t>есдүгээр</w:t>
      </w:r>
      <w:proofErr w:type="spellEnd"/>
      <w:r w:rsidRPr="007B2BD4">
        <w:rPr>
          <w:rFonts w:cs="Arial"/>
          <w:szCs w:val="24"/>
        </w:rPr>
        <w:t xml:space="preserve"> </w:t>
      </w:r>
      <w:proofErr w:type="spellStart"/>
      <w:r w:rsidRPr="007B2BD4">
        <w:rPr>
          <w:rFonts w:cs="Arial"/>
          <w:szCs w:val="24"/>
        </w:rPr>
        <w:t>зүйлийн</w:t>
      </w:r>
      <w:proofErr w:type="spellEnd"/>
      <w:r w:rsidRPr="007B2BD4">
        <w:rPr>
          <w:rFonts w:cs="Arial"/>
          <w:szCs w:val="24"/>
        </w:rPr>
        <w:t xml:space="preserve"> 1 </w:t>
      </w:r>
      <w:proofErr w:type="spellStart"/>
      <w:r w:rsidRPr="007B2BD4">
        <w:rPr>
          <w:rFonts w:cs="Arial"/>
          <w:szCs w:val="24"/>
        </w:rPr>
        <w:t>дэх</w:t>
      </w:r>
      <w:proofErr w:type="spellEnd"/>
      <w:r w:rsidRPr="007B2BD4">
        <w:rPr>
          <w:rFonts w:cs="Arial"/>
          <w:szCs w:val="24"/>
        </w:rPr>
        <w:t xml:space="preserve"> </w:t>
      </w:r>
      <w:proofErr w:type="spellStart"/>
      <w:r w:rsidRPr="007B2BD4">
        <w:rPr>
          <w:rFonts w:cs="Arial"/>
          <w:szCs w:val="24"/>
        </w:rPr>
        <w:t>хэсэгт</w:t>
      </w:r>
      <w:proofErr w:type="spellEnd"/>
      <w:r w:rsidRPr="007B2BD4">
        <w:rPr>
          <w:rFonts w:cs="Arial"/>
          <w:szCs w:val="24"/>
        </w:rPr>
        <w:t xml:space="preserve"> </w:t>
      </w:r>
      <w:proofErr w:type="spellStart"/>
      <w:r w:rsidRPr="007B2BD4">
        <w:rPr>
          <w:rFonts w:cs="Arial"/>
          <w:szCs w:val="24"/>
        </w:rPr>
        <w:t>заасан</w:t>
      </w:r>
      <w:proofErr w:type="spellEnd"/>
      <w:r w:rsidRPr="007B2BD4">
        <w:rPr>
          <w:rFonts w:cs="Arial"/>
          <w:szCs w:val="24"/>
        </w:rPr>
        <w:t xml:space="preserve"> </w:t>
      </w:r>
      <w:proofErr w:type="spellStart"/>
      <w:r w:rsidRPr="007B2BD4">
        <w:rPr>
          <w:rFonts w:cs="Arial"/>
          <w:szCs w:val="24"/>
        </w:rPr>
        <w:t>хүний</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чөлөөг</w:t>
      </w:r>
      <w:proofErr w:type="spellEnd"/>
      <w:r w:rsidRPr="007B2BD4">
        <w:rPr>
          <w:rFonts w:cs="Arial"/>
          <w:szCs w:val="24"/>
        </w:rPr>
        <w:t xml:space="preserve"> </w:t>
      </w:r>
      <w:proofErr w:type="spellStart"/>
      <w:r w:rsidRPr="007B2BD4">
        <w:rPr>
          <w:rFonts w:cs="Arial"/>
          <w:szCs w:val="24"/>
        </w:rPr>
        <w:t>хангах</w:t>
      </w:r>
      <w:proofErr w:type="spellEnd"/>
      <w:r w:rsidRPr="007B2BD4">
        <w:rPr>
          <w:rFonts w:cs="Arial"/>
          <w:szCs w:val="24"/>
        </w:rPr>
        <w:t xml:space="preserve"> </w:t>
      </w:r>
      <w:proofErr w:type="spellStart"/>
      <w:r w:rsidRPr="007B2BD4">
        <w:rPr>
          <w:rFonts w:cs="Arial"/>
          <w:szCs w:val="24"/>
        </w:rPr>
        <w:t>төрийн</w:t>
      </w:r>
      <w:proofErr w:type="spellEnd"/>
      <w:r w:rsidRPr="007B2BD4">
        <w:rPr>
          <w:rFonts w:cs="Arial"/>
          <w:szCs w:val="24"/>
        </w:rPr>
        <w:t xml:space="preserve"> </w:t>
      </w:r>
      <w:proofErr w:type="spellStart"/>
      <w:r w:rsidRPr="007B2BD4">
        <w:rPr>
          <w:rFonts w:cs="Arial"/>
          <w:szCs w:val="24"/>
        </w:rPr>
        <w:t>үүргийг</w:t>
      </w:r>
      <w:proofErr w:type="spellEnd"/>
      <w:r w:rsidRPr="007B2BD4">
        <w:rPr>
          <w:rFonts w:cs="Arial"/>
          <w:szCs w:val="24"/>
        </w:rPr>
        <w:t xml:space="preserve"> </w:t>
      </w:r>
      <w:proofErr w:type="spellStart"/>
      <w:r w:rsidRPr="007B2BD4">
        <w:rPr>
          <w:rFonts w:cs="Arial"/>
          <w:szCs w:val="24"/>
        </w:rPr>
        <w:t>хэрэгжүүлэх</w:t>
      </w:r>
      <w:proofErr w:type="spellEnd"/>
      <w:r w:rsidRPr="007B2BD4">
        <w:rPr>
          <w:rFonts w:cs="Arial"/>
          <w:szCs w:val="24"/>
        </w:rPr>
        <w:t xml:space="preserve"> </w:t>
      </w:r>
      <w:proofErr w:type="spellStart"/>
      <w:r w:rsidRPr="007B2BD4">
        <w:rPr>
          <w:rFonts w:cs="Arial"/>
          <w:szCs w:val="24"/>
        </w:rPr>
        <w:t>агуулгатай</w:t>
      </w:r>
      <w:proofErr w:type="spellEnd"/>
      <w:r w:rsidRPr="007B2BD4">
        <w:rPr>
          <w:rFonts w:cs="Arial"/>
          <w:szCs w:val="24"/>
        </w:rPr>
        <w:t xml:space="preserve"> </w:t>
      </w:r>
      <w:proofErr w:type="spellStart"/>
      <w:r w:rsidRPr="007B2BD4">
        <w:rPr>
          <w:rFonts w:cs="Arial"/>
          <w:szCs w:val="24"/>
        </w:rPr>
        <w:t>нийцнэ</w:t>
      </w:r>
      <w:proofErr w:type="spellEnd"/>
      <w:r w:rsidRPr="007B2BD4">
        <w:rPr>
          <w:rFonts w:cs="Arial"/>
          <w:szCs w:val="24"/>
        </w:rPr>
        <w:t>.</w:t>
      </w:r>
    </w:p>
    <w:p w14:paraId="461F1958" w14:textId="77777777" w:rsidR="00544E5A" w:rsidRPr="007B2BD4" w:rsidRDefault="00000000">
      <w:pPr>
        <w:rPr>
          <w:rFonts w:cs="Arial"/>
          <w:szCs w:val="24"/>
        </w:rPr>
      </w:pPr>
      <w:proofErr w:type="spellStart"/>
      <w:r w:rsidRPr="007B2BD4">
        <w:rPr>
          <w:rFonts w:cs="Arial"/>
          <w:szCs w:val="24"/>
        </w:rPr>
        <w:t>Монгол</w:t>
      </w:r>
      <w:proofErr w:type="spellEnd"/>
      <w:r w:rsidRPr="007B2BD4">
        <w:rPr>
          <w:rFonts w:cs="Arial"/>
          <w:szCs w:val="24"/>
        </w:rPr>
        <w:t xml:space="preserve"> </w:t>
      </w:r>
      <w:proofErr w:type="spellStart"/>
      <w:r w:rsidRPr="007B2BD4">
        <w:rPr>
          <w:rFonts w:cs="Arial"/>
          <w:szCs w:val="24"/>
        </w:rPr>
        <w:t>Улсын</w:t>
      </w:r>
      <w:proofErr w:type="spellEnd"/>
      <w:r w:rsidRPr="007B2BD4">
        <w:rPr>
          <w:rFonts w:cs="Arial"/>
          <w:szCs w:val="24"/>
        </w:rPr>
        <w:t xml:space="preserve"> </w:t>
      </w:r>
      <w:proofErr w:type="spellStart"/>
      <w:r w:rsidRPr="007B2BD4">
        <w:rPr>
          <w:rFonts w:cs="Arial"/>
          <w:szCs w:val="24"/>
        </w:rPr>
        <w:t>нэгдэн</w:t>
      </w:r>
      <w:proofErr w:type="spellEnd"/>
      <w:r w:rsidRPr="007B2BD4">
        <w:rPr>
          <w:rFonts w:cs="Arial"/>
          <w:szCs w:val="24"/>
        </w:rPr>
        <w:t xml:space="preserve"> </w:t>
      </w:r>
      <w:proofErr w:type="spellStart"/>
      <w:r w:rsidRPr="007B2BD4">
        <w:rPr>
          <w:rFonts w:cs="Arial"/>
          <w:szCs w:val="24"/>
        </w:rPr>
        <w:t>орсон</w:t>
      </w:r>
      <w:proofErr w:type="spellEnd"/>
      <w:r w:rsidRPr="007B2BD4">
        <w:rPr>
          <w:rFonts w:cs="Arial"/>
          <w:szCs w:val="24"/>
        </w:rPr>
        <w:t xml:space="preserve"> </w:t>
      </w:r>
      <w:proofErr w:type="spellStart"/>
      <w:r w:rsidRPr="007B2BD4">
        <w:rPr>
          <w:rFonts w:cs="Arial"/>
          <w:szCs w:val="24"/>
        </w:rPr>
        <w:t>байгаль</w:t>
      </w:r>
      <w:proofErr w:type="spellEnd"/>
      <w:r w:rsidRPr="007B2BD4">
        <w:rPr>
          <w:rFonts w:cs="Arial"/>
          <w:szCs w:val="24"/>
        </w:rPr>
        <w:t xml:space="preserve"> </w:t>
      </w:r>
      <w:proofErr w:type="spellStart"/>
      <w:r w:rsidRPr="007B2BD4">
        <w:rPr>
          <w:rFonts w:cs="Arial"/>
          <w:szCs w:val="24"/>
        </w:rPr>
        <w:t>орчин</w:t>
      </w:r>
      <w:proofErr w:type="spellEnd"/>
      <w:r w:rsidRPr="007B2BD4">
        <w:rPr>
          <w:rFonts w:cs="Arial"/>
          <w:szCs w:val="24"/>
        </w:rPr>
        <w:t xml:space="preserve">, </w:t>
      </w:r>
      <w:proofErr w:type="spellStart"/>
      <w:r w:rsidRPr="007B2BD4">
        <w:rPr>
          <w:rFonts w:cs="Arial"/>
          <w:szCs w:val="24"/>
        </w:rPr>
        <w:t>уур</w:t>
      </w:r>
      <w:proofErr w:type="spellEnd"/>
      <w:r w:rsidRPr="007B2BD4">
        <w:rPr>
          <w:rFonts w:cs="Arial"/>
          <w:szCs w:val="24"/>
        </w:rPr>
        <w:t xml:space="preserve"> </w:t>
      </w:r>
      <w:proofErr w:type="spellStart"/>
      <w:r w:rsidRPr="007B2BD4">
        <w:rPr>
          <w:rFonts w:cs="Arial"/>
          <w:szCs w:val="24"/>
        </w:rPr>
        <w:t>амьсгал</w:t>
      </w:r>
      <w:proofErr w:type="spellEnd"/>
      <w:r w:rsidRPr="007B2BD4">
        <w:rPr>
          <w:rFonts w:cs="Arial"/>
          <w:szCs w:val="24"/>
        </w:rPr>
        <w:t xml:space="preserve">, </w:t>
      </w:r>
      <w:proofErr w:type="spellStart"/>
      <w:r w:rsidRPr="007B2BD4">
        <w:rPr>
          <w:rFonts w:cs="Arial"/>
          <w:szCs w:val="24"/>
        </w:rPr>
        <w:t>биологийн</w:t>
      </w:r>
      <w:proofErr w:type="spellEnd"/>
      <w:r w:rsidRPr="007B2BD4">
        <w:rPr>
          <w:rFonts w:cs="Arial"/>
          <w:szCs w:val="24"/>
        </w:rPr>
        <w:t xml:space="preserve"> </w:t>
      </w:r>
      <w:proofErr w:type="spellStart"/>
      <w:r w:rsidRPr="007B2BD4">
        <w:rPr>
          <w:rFonts w:cs="Arial"/>
          <w:szCs w:val="24"/>
        </w:rPr>
        <w:t>олон</w:t>
      </w:r>
      <w:proofErr w:type="spellEnd"/>
      <w:r w:rsidRPr="007B2BD4">
        <w:rPr>
          <w:rFonts w:cs="Arial"/>
          <w:szCs w:val="24"/>
        </w:rPr>
        <w:t xml:space="preserve"> </w:t>
      </w:r>
      <w:proofErr w:type="spellStart"/>
      <w:r w:rsidRPr="007B2BD4">
        <w:rPr>
          <w:rFonts w:cs="Arial"/>
          <w:szCs w:val="24"/>
        </w:rPr>
        <w:t>янз</w:t>
      </w:r>
      <w:proofErr w:type="spellEnd"/>
      <w:r w:rsidRPr="007B2BD4">
        <w:rPr>
          <w:rFonts w:cs="Arial"/>
          <w:szCs w:val="24"/>
        </w:rPr>
        <w:t xml:space="preserve"> </w:t>
      </w:r>
      <w:proofErr w:type="spellStart"/>
      <w:r w:rsidRPr="007B2BD4">
        <w:rPr>
          <w:rFonts w:cs="Arial"/>
          <w:szCs w:val="24"/>
        </w:rPr>
        <w:t>байдал</w:t>
      </w:r>
      <w:proofErr w:type="spellEnd"/>
      <w:r w:rsidRPr="007B2BD4">
        <w:rPr>
          <w:rFonts w:cs="Arial"/>
          <w:szCs w:val="24"/>
        </w:rPr>
        <w:t xml:space="preserve">, </w:t>
      </w:r>
      <w:proofErr w:type="spellStart"/>
      <w:r w:rsidRPr="007B2BD4">
        <w:rPr>
          <w:rFonts w:cs="Arial"/>
          <w:szCs w:val="24"/>
        </w:rPr>
        <w:t>хүний</w:t>
      </w:r>
      <w:proofErr w:type="spellEnd"/>
      <w:r w:rsidRPr="007B2BD4">
        <w:rPr>
          <w:rFonts w:cs="Arial"/>
          <w:szCs w:val="24"/>
        </w:rPr>
        <w:t xml:space="preserve"> </w:t>
      </w:r>
      <w:proofErr w:type="spellStart"/>
      <w:r w:rsidRPr="007B2BD4">
        <w:rPr>
          <w:rFonts w:cs="Arial"/>
          <w:szCs w:val="24"/>
        </w:rPr>
        <w:t>эрүүл</w:t>
      </w:r>
      <w:proofErr w:type="spellEnd"/>
      <w:r w:rsidRPr="007B2BD4">
        <w:rPr>
          <w:rFonts w:cs="Arial"/>
          <w:szCs w:val="24"/>
        </w:rPr>
        <w:t xml:space="preserve"> </w:t>
      </w:r>
      <w:proofErr w:type="spellStart"/>
      <w:r w:rsidRPr="007B2BD4">
        <w:rPr>
          <w:rFonts w:cs="Arial"/>
          <w:szCs w:val="24"/>
        </w:rPr>
        <w:t>мэнд</w:t>
      </w:r>
      <w:proofErr w:type="spellEnd"/>
      <w:r w:rsidRPr="007B2BD4">
        <w:rPr>
          <w:rFonts w:cs="Arial"/>
          <w:szCs w:val="24"/>
        </w:rPr>
        <w:t xml:space="preserve">, </w:t>
      </w:r>
      <w:proofErr w:type="spellStart"/>
      <w:r w:rsidRPr="007B2BD4">
        <w:rPr>
          <w:rFonts w:cs="Arial"/>
          <w:szCs w:val="24"/>
        </w:rPr>
        <w:t>мэдээллийн</w:t>
      </w:r>
      <w:proofErr w:type="spellEnd"/>
      <w:r w:rsidRPr="007B2BD4">
        <w:rPr>
          <w:rFonts w:cs="Arial"/>
          <w:szCs w:val="24"/>
        </w:rPr>
        <w:t xml:space="preserve"> </w:t>
      </w:r>
      <w:proofErr w:type="spellStart"/>
      <w:r w:rsidRPr="007B2BD4">
        <w:rPr>
          <w:rFonts w:cs="Arial"/>
          <w:szCs w:val="24"/>
        </w:rPr>
        <w:t>хүртээмжтэй</w:t>
      </w:r>
      <w:proofErr w:type="spellEnd"/>
      <w:r w:rsidRPr="007B2BD4">
        <w:rPr>
          <w:rFonts w:cs="Arial"/>
          <w:szCs w:val="24"/>
        </w:rPr>
        <w:t xml:space="preserve"> </w:t>
      </w:r>
      <w:proofErr w:type="spellStart"/>
      <w:r w:rsidRPr="007B2BD4">
        <w:rPr>
          <w:rFonts w:cs="Arial"/>
          <w:szCs w:val="24"/>
        </w:rPr>
        <w:t>холбоотой</w:t>
      </w:r>
      <w:proofErr w:type="spellEnd"/>
      <w:r w:rsidRPr="007B2BD4">
        <w:rPr>
          <w:rFonts w:cs="Arial"/>
          <w:szCs w:val="24"/>
        </w:rPr>
        <w:t xml:space="preserve"> </w:t>
      </w:r>
      <w:proofErr w:type="spellStart"/>
      <w:r w:rsidRPr="007B2BD4">
        <w:rPr>
          <w:rFonts w:cs="Arial"/>
          <w:szCs w:val="24"/>
        </w:rPr>
        <w:t>олон</w:t>
      </w:r>
      <w:proofErr w:type="spellEnd"/>
      <w:r w:rsidRPr="007B2BD4">
        <w:rPr>
          <w:rFonts w:cs="Arial"/>
          <w:szCs w:val="24"/>
        </w:rPr>
        <w:t xml:space="preserve"> </w:t>
      </w:r>
      <w:proofErr w:type="spellStart"/>
      <w:r w:rsidRPr="007B2BD4">
        <w:rPr>
          <w:rFonts w:cs="Arial"/>
          <w:szCs w:val="24"/>
        </w:rPr>
        <w:t>улсын</w:t>
      </w:r>
      <w:proofErr w:type="spellEnd"/>
      <w:r w:rsidRPr="007B2BD4">
        <w:rPr>
          <w:rFonts w:cs="Arial"/>
          <w:szCs w:val="24"/>
        </w:rPr>
        <w:t xml:space="preserve"> </w:t>
      </w:r>
      <w:proofErr w:type="spellStart"/>
      <w:r w:rsidRPr="007B2BD4">
        <w:rPr>
          <w:rFonts w:cs="Arial"/>
          <w:szCs w:val="24"/>
        </w:rPr>
        <w:t>гэрээний</w:t>
      </w:r>
      <w:proofErr w:type="spellEnd"/>
      <w:r w:rsidRPr="007B2BD4">
        <w:rPr>
          <w:rFonts w:cs="Arial"/>
          <w:szCs w:val="24"/>
        </w:rPr>
        <w:t xml:space="preserve"> </w:t>
      </w:r>
      <w:proofErr w:type="spellStart"/>
      <w:r w:rsidRPr="007B2BD4">
        <w:rPr>
          <w:rFonts w:cs="Arial"/>
          <w:szCs w:val="24"/>
        </w:rPr>
        <w:t>зорилго</w:t>
      </w:r>
      <w:proofErr w:type="spellEnd"/>
      <w:r w:rsidRPr="007B2BD4">
        <w:rPr>
          <w:rFonts w:cs="Arial"/>
          <w:szCs w:val="24"/>
        </w:rPr>
        <w:t xml:space="preserve">, </w:t>
      </w:r>
      <w:proofErr w:type="spellStart"/>
      <w:r w:rsidRPr="007B2BD4">
        <w:rPr>
          <w:rFonts w:cs="Arial"/>
          <w:szCs w:val="24"/>
        </w:rPr>
        <w:t>зарчимтай</w:t>
      </w:r>
      <w:proofErr w:type="spellEnd"/>
      <w:r w:rsidRPr="007B2BD4">
        <w:rPr>
          <w:rFonts w:cs="Arial"/>
          <w:szCs w:val="24"/>
        </w:rPr>
        <w:t xml:space="preserve"> </w:t>
      </w:r>
      <w:proofErr w:type="spellStart"/>
      <w:r w:rsidRPr="007B2BD4">
        <w:rPr>
          <w:rFonts w:cs="Arial"/>
          <w:szCs w:val="24"/>
        </w:rPr>
        <w:t>харшлахгүй</w:t>
      </w:r>
      <w:proofErr w:type="spellEnd"/>
      <w:r w:rsidRPr="007B2BD4">
        <w:rPr>
          <w:rFonts w:cs="Arial"/>
          <w:szCs w:val="24"/>
        </w:rPr>
        <w:t xml:space="preserve">. </w:t>
      </w:r>
      <w:proofErr w:type="spellStart"/>
      <w:r w:rsidRPr="007B2BD4">
        <w:rPr>
          <w:rFonts w:cs="Arial"/>
          <w:szCs w:val="24"/>
        </w:rPr>
        <w:t>Олон</w:t>
      </w:r>
      <w:proofErr w:type="spellEnd"/>
      <w:r w:rsidRPr="007B2BD4">
        <w:rPr>
          <w:rFonts w:cs="Arial"/>
          <w:szCs w:val="24"/>
        </w:rPr>
        <w:t xml:space="preserve"> </w:t>
      </w:r>
      <w:proofErr w:type="spellStart"/>
      <w:r w:rsidRPr="007B2BD4">
        <w:rPr>
          <w:rFonts w:cs="Arial"/>
          <w:szCs w:val="24"/>
        </w:rPr>
        <w:t>улсын</w:t>
      </w:r>
      <w:proofErr w:type="spellEnd"/>
      <w:r w:rsidRPr="007B2BD4">
        <w:rPr>
          <w:rFonts w:cs="Arial"/>
          <w:szCs w:val="24"/>
        </w:rPr>
        <w:t xml:space="preserve"> </w:t>
      </w:r>
      <w:proofErr w:type="spellStart"/>
      <w:r w:rsidRPr="007B2BD4">
        <w:rPr>
          <w:rFonts w:cs="Arial"/>
          <w:szCs w:val="24"/>
        </w:rPr>
        <w:t>гэрээнд</w:t>
      </w:r>
      <w:proofErr w:type="spellEnd"/>
      <w:r w:rsidRPr="007B2BD4">
        <w:rPr>
          <w:rFonts w:cs="Arial"/>
          <w:szCs w:val="24"/>
        </w:rPr>
        <w:t xml:space="preserve"> </w:t>
      </w:r>
      <w:proofErr w:type="spellStart"/>
      <w:r w:rsidRPr="007B2BD4">
        <w:rPr>
          <w:rFonts w:cs="Arial"/>
          <w:szCs w:val="24"/>
        </w:rPr>
        <w:t>өөрөөр</w:t>
      </w:r>
      <w:proofErr w:type="spellEnd"/>
      <w:r w:rsidRPr="007B2BD4">
        <w:rPr>
          <w:rFonts w:cs="Arial"/>
          <w:szCs w:val="24"/>
        </w:rPr>
        <w:t xml:space="preserve"> </w:t>
      </w:r>
      <w:proofErr w:type="spellStart"/>
      <w:r w:rsidRPr="007B2BD4">
        <w:rPr>
          <w:rFonts w:cs="Arial"/>
          <w:szCs w:val="24"/>
        </w:rPr>
        <w:t>заасан</w:t>
      </w:r>
      <w:proofErr w:type="spellEnd"/>
      <w:r w:rsidRPr="007B2BD4">
        <w:rPr>
          <w:rFonts w:cs="Arial"/>
          <w:szCs w:val="24"/>
        </w:rPr>
        <w:t xml:space="preserve"> </w:t>
      </w:r>
      <w:proofErr w:type="spellStart"/>
      <w:r w:rsidRPr="007B2BD4">
        <w:rPr>
          <w:rFonts w:cs="Arial"/>
          <w:szCs w:val="24"/>
        </w:rPr>
        <w:t>тохиолдолд</w:t>
      </w:r>
      <w:proofErr w:type="spellEnd"/>
      <w:r w:rsidRPr="007B2BD4">
        <w:rPr>
          <w:rFonts w:cs="Arial"/>
          <w:szCs w:val="24"/>
        </w:rPr>
        <w:t xml:space="preserve"> </w:t>
      </w:r>
      <w:proofErr w:type="spellStart"/>
      <w:r w:rsidRPr="007B2BD4">
        <w:rPr>
          <w:rFonts w:cs="Arial"/>
          <w:szCs w:val="24"/>
        </w:rPr>
        <w:t>олон</w:t>
      </w:r>
      <w:proofErr w:type="spellEnd"/>
      <w:r w:rsidRPr="007B2BD4">
        <w:rPr>
          <w:rFonts w:cs="Arial"/>
          <w:szCs w:val="24"/>
        </w:rPr>
        <w:t xml:space="preserve"> </w:t>
      </w:r>
      <w:proofErr w:type="spellStart"/>
      <w:r w:rsidRPr="007B2BD4">
        <w:rPr>
          <w:rFonts w:cs="Arial"/>
          <w:szCs w:val="24"/>
        </w:rPr>
        <w:t>улсын</w:t>
      </w:r>
      <w:proofErr w:type="spellEnd"/>
      <w:r w:rsidRPr="007B2BD4">
        <w:rPr>
          <w:rFonts w:cs="Arial"/>
          <w:szCs w:val="24"/>
        </w:rPr>
        <w:t xml:space="preserve"> </w:t>
      </w:r>
      <w:proofErr w:type="spellStart"/>
      <w:r w:rsidRPr="007B2BD4">
        <w:rPr>
          <w:rFonts w:cs="Arial"/>
          <w:szCs w:val="24"/>
        </w:rPr>
        <w:t>гэрээний</w:t>
      </w:r>
      <w:proofErr w:type="spellEnd"/>
      <w:r w:rsidRPr="007B2BD4">
        <w:rPr>
          <w:rFonts w:cs="Arial"/>
          <w:szCs w:val="24"/>
        </w:rPr>
        <w:t xml:space="preserve"> </w:t>
      </w:r>
      <w:proofErr w:type="spellStart"/>
      <w:r w:rsidRPr="007B2BD4">
        <w:rPr>
          <w:rFonts w:cs="Arial"/>
          <w:szCs w:val="24"/>
        </w:rPr>
        <w:t>заалтыг</w:t>
      </w:r>
      <w:proofErr w:type="spellEnd"/>
      <w:r w:rsidRPr="007B2BD4">
        <w:rPr>
          <w:rFonts w:cs="Arial"/>
          <w:szCs w:val="24"/>
        </w:rPr>
        <w:t xml:space="preserve"> </w:t>
      </w:r>
      <w:proofErr w:type="spellStart"/>
      <w:r w:rsidRPr="007B2BD4">
        <w:rPr>
          <w:rFonts w:cs="Arial"/>
          <w:szCs w:val="24"/>
        </w:rPr>
        <w:t>дагаж</w:t>
      </w:r>
      <w:proofErr w:type="spellEnd"/>
      <w:r w:rsidRPr="007B2BD4">
        <w:rPr>
          <w:rFonts w:cs="Arial"/>
          <w:szCs w:val="24"/>
        </w:rPr>
        <w:t xml:space="preserve"> </w:t>
      </w:r>
      <w:proofErr w:type="spellStart"/>
      <w:r w:rsidRPr="007B2BD4">
        <w:rPr>
          <w:rFonts w:cs="Arial"/>
          <w:szCs w:val="24"/>
        </w:rPr>
        <w:t>мөрдөхөөр</w:t>
      </w:r>
      <w:proofErr w:type="spellEnd"/>
      <w:r w:rsidRPr="007B2BD4">
        <w:rPr>
          <w:rFonts w:cs="Arial"/>
          <w:szCs w:val="24"/>
        </w:rPr>
        <w:t xml:space="preserve"> </w:t>
      </w:r>
      <w:proofErr w:type="spellStart"/>
      <w:r w:rsidRPr="007B2BD4">
        <w:rPr>
          <w:rFonts w:cs="Arial"/>
          <w:szCs w:val="24"/>
        </w:rPr>
        <w:t>төсөлд</w:t>
      </w:r>
      <w:proofErr w:type="spellEnd"/>
      <w:r w:rsidRPr="007B2BD4">
        <w:rPr>
          <w:rFonts w:cs="Arial"/>
          <w:szCs w:val="24"/>
        </w:rPr>
        <w:t xml:space="preserve"> </w:t>
      </w:r>
      <w:proofErr w:type="spellStart"/>
      <w:r w:rsidRPr="007B2BD4">
        <w:rPr>
          <w:rFonts w:cs="Arial"/>
          <w:szCs w:val="24"/>
        </w:rPr>
        <w:t>тусгана</w:t>
      </w:r>
      <w:proofErr w:type="spellEnd"/>
      <w:r w:rsidRPr="007B2BD4">
        <w:rPr>
          <w:rFonts w:cs="Arial"/>
          <w:szCs w:val="24"/>
        </w:rPr>
        <w:t>.</w:t>
      </w:r>
    </w:p>
    <w:p w14:paraId="7C55372D" w14:textId="77777777" w:rsidR="00544E5A" w:rsidRPr="007B2BD4" w:rsidRDefault="00000000">
      <w:pPr>
        <w:rPr>
          <w:rFonts w:cs="Arial"/>
          <w:szCs w:val="24"/>
        </w:rPr>
      </w:pPr>
      <w:proofErr w:type="spellStart"/>
      <w:r w:rsidRPr="007B2BD4">
        <w:rPr>
          <w:rFonts w:cs="Arial"/>
          <w:szCs w:val="24"/>
        </w:rPr>
        <w:t>Хуулийн</w:t>
      </w:r>
      <w:proofErr w:type="spellEnd"/>
      <w:r w:rsidRPr="007B2BD4">
        <w:rPr>
          <w:rFonts w:cs="Arial"/>
          <w:szCs w:val="24"/>
        </w:rPr>
        <w:t xml:space="preserve"> </w:t>
      </w:r>
      <w:proofErr w:type="spellStart"/>
      <w:r w:rsidRPr="007B2BD4">
        <w:rPr>
          <w:rFonts w:cs="Arial"/>
          <w:szCs w:val="24"/>
        </w:rPr>
        <w:t>төслийг</w:t>
      </w:r>
      <w:proofErr w:type="spellEnd"/>
      <w:r w:rsidRPr="007B2BD4">
        <w:rPr>
          <w:rFonts w:cs="Arial"/>
          <w:szCs w:val="24"/>
        </w:rPr>
        <w:t xml:space="preserve"> </w:t>
      </w:r>
      <w:proofErr w:type="spellStart"/>
      <w:r w:rsidRPr="007B2BD4">
        <w:rPr>
          <w:rFonts w:cs="Arial"/>
          <w:szCs w:val="24"/>
        </w:rPr>
        <w:t>Газрын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Хот</w:t>
      </w:r>
      <w:proofErr w:type="spellEnd"/>
      <w:r w:rsidRPr="007B2BD4">
        <w:rPr>
          <w:rFonts w:cs="Arial"/>
          <w:szCs w:val="24"/>
        </w:rPr>
        <w:t xml:space="preserve"> </w:t>
      </w:r>
      <w:proofErr w:type="spellStart"/>
      <w:r w:rsidRPr="007B2BD4">
        <w:rPr>
          <w:rFonts w:cs="Arial"/>
          <w:szCs w:val="24"/>
        </w:rPr>
        <w:t>байгуулалтын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Хот</w:t>
      </w:r>
      <w:proofErr w:type="spellEnd"/>
      <w:r w:rsidRPr="007B2BD4">
        <w:rPr>
          <w:rFonts w:cs="Arial"/>
          <w:szCs w:val="24"/>
        </w:rPr>
        <w:t xml:space="preserve">, </w:t>
      </w:r>
      <w:proofErr w:type="spellStart"/>
      <w:r w:rsidRPr="007B2BD4">
        <w:rPr>
          <w:rFonts w:cs="Arial"/>
          <w:szCs w:val="24"/>
        </w:rPr>
        <w:t>тосгоны</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зүйн</w:t>
      </w:r>
      <w:proofErr w:type="spellEnd"/>
      <w:r w:rsidRPr="007B2BD4">
        <w:rPr>
          <w:rFonts w:cs="Arial"/>
          <w:szCs w:val="24"/>
        </w:rPr>
        <w:t xml:space="preserve"> </w:t>
      </w:r>
      <w:proofErr w:type="spellStart"/>
      <w:r w:rsidRPr="007B2BD4">
        <w:rPr>
          <w:rFonts w:cs="Arial"/>
          <w:szCs w:val="24"/>
        </w:rPr>
        <w:t>байдлын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Барилгын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Ойн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Усны</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Байгаль</w:t>
      </w:r>
      <w:proofErr w:type="spellEnd"/>
      <w:r w:rsidRPr="007B2BD4">
        <w:rPr>
          <w:rFonts w:cs="Arial"/>
          <w:szCs w:val="24"/>
        </w:rPr>
        <w:t xml:space="preserve"> </w:t>
      </w:r>
      <w:proofErr w:type="spellStart"/>
      <w:r w:rsidRPr="007B2BD4">
        <w:rPr>
          <w:rFonts w:cs="Arial"/>
          <w:szCs w:val="24"/>
        </w:rPr>
        <w:t>орчныг</w:t>
      </w:r>
      <w:proofErr w:type="spellEnd"/>
      <w:r w:rsidRPr="007B2BD4">
        <w:rPr>
          <w:rFonts w:cs="Arial"/>
          <w:szCs w:val="24"/>
        </w:rPr>
        <w:t xml:space="preserve"> </w:t>
      </w:r>
      <w:proofErr w:type="spellStart"/>
      <w:r w:rsidRPr="007B2BD4">
        <w:rPr>
          <w:rFonts w:cs="Arial"/>
          <w:szCs w:val="24"/>
        </w:rPr>
        <w:t>хамгаалах</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Байгаль</w:t>
      </w:r>
      <w:proofErr w:type="spellEnd"/>
      <w:r w:rsidRPr="007B2BD4">
        <w:rPr>
          <w:rFonts w:cs="Arial"/>
          <w:szCs w:val="24"/>
        </w:rPr>
        <w:t xml:space="preserve"> </w:t>
      </w:r>
      <w:proofErr w:type="spellStart"/>
      <w:r w:rsidRPr="007B2BD4">
        <w:rPr>
          <w:rFonts w:cs="Arial"/>
          <w:szCs w:val="24"/>
        </w:rPr>
        <w:t>орчинд</w:t>
      </w:r>
      <w:proofErr w:type="spellEnd"/>
      <w:r w:rsidRPr="007B2BD4">
        <w:rPr>
          <w:rFonts w:cs="Arial"/>
          <w:szCs w:val="24"/>
        </w:rPr>
        <w:t xml:space="preserve"> </w:t>
      </w:r>
      <w:proofErr w:type="spellStart"/>
      <w:r w:rsidRPr="007B2BD4">
        <w:rPr>
          <w:rFonts w:cs="Arial"/>
          <w:szCs w:val="24"/>
        </w:rPr>
        <w:t>нөлөөлөх</w:t>
      </w:r>
      <w:proofErr w:type="spellEnd"/>
      <w:r w:rsidRPr="007B2BD4">
        <w:rPr>
          <w:rFonts w:cs="Arial"/>
          <w:szCs w:val="24"/>
        </w:rPr>
        <w:t xml:space="preserve"> </w:t>
      </w:r>
      <w:proofErr w:type="spellStart"/>
      <w:r w:rsidRPr="007B2BD4">
        <w:rPr>
          <w:rFonts w:cs="Arial"/>
          <w:szCs w:val="24"/>
        </w:rPr>
        <w:t>байдлын</w:t>
      </w:r>
      <w:proofErr w:type="spellEnd"/>
      <w:r w:rsidRPr="007B2BD4">
        <w:rPr>
          <w:rFonts w:cs="Arial"/>
          <w:szCs w:val="24"/>
        </w:rPr>
        <w:t xml:space="preserve"> </w:t>
      </w:r>
      <w:proofErr w:type="spellStart"/>
      <w:r w:rsidRPr="007B2BD4">
        <w:rPr>
          <w:rFonts w:cs="Arial"/>
          <w:szCs w:val="24"/>
        </w:rPr>
        <w:t>үнэлгээний</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Ургамал</w:t>
      </w:r>
      <w:proofErr w:type="spellEnd"/>
      <w:r w:rsidRPr="007B2BD4">
        <w:rPr>
          <w:rFonts w:cs="Arial"/>
          <w:szCs w:val="24"/>
        </w:rPr>
        <w:t xml:space="preserve"> </w:t>
      </w:r>
      <w:proofErr w:type="spellStart"/>
      <w:r w:rsidRPr="007B2BD4">
        <w:rPr>
          <w:rFonts w:cs="Arial"/>
          <w:szCs w:val="24"/>
        </w:rPr>
        <w:t>хамгааллын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Төсвийн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Төрийн</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орон</w:t>
      </w:r>
      <w:proofErr w:type="spellEnd"/>
      <w:r w:rsidRPr="007B2BD4">
        <w:rPr>
          <w:rFonts w:cs="Arial"/>
          <w:szCs w:val="24"/>
        </w:rPr>
        <w:t xml:space="preserve"> </w:t>
      </w:r>
      <w:proofErr w:type="spellStart"/>
      <w:r w:rsidRPr="007B2BD4">
        <w:rPr>
          <w:rFonts w:cs="Arial"/>
          <w:szCs w:val="24"/>
        </w:rPr>
        <w:t>нутгийн</w:t>
      </w:r>
      <w:proofErr w:type="spellEnd"/>
      <w:r w:rsidRPr="007B2BD4">
        <w:rPr>
          <w:rFonts w:cs="Arial"/>
          <w:szCs w:val="24"/>
        </w:rPr>
        <w:t xml:space="preserve"> </w:t>
      </w:r>
      <w:proofErr w:type="spellStart"/>
      <w:r w:rsidRPr="007B2BD4">
        <w:rPr>
          <w:rFonts w:cs="Arial"/>
          <w:szCs w:val="24"/>
        </w:rPr>
        <w:t>өмчийн</w:t>
      </w:r>
      <w:proofErr w:type="spellEnd"/>
      <w:r w:rsidRPr="007B2BD4">
        <w:rPr>
          <w:rFonts w:cs="Arial"/>
          <w:szCs w:val="24"/>
        </w:rPr>
        <w:t xml:space="preserve"> </w:t>
      </w:r>
      <w:proofErr w:type="spellStart"/>
      <w:r w:rsidRPr="007B2BD4">
        <w:rPr>
          <w:rFonts w:cs="Arial"/>
          <w:szCs w:val="24"/>
        </w:rPr>
        <w:t>хөрөнгөөр</w:t>
      </w:r>
      <w:proofErr w:type="spellEnd"/>
      <w:r w:rsidRPr="007B2BD4">
        <w:rPr>
          <w:rFonts w:cs="Arial"/>
          <w:szCs w:val="24"/>
        </w:rPr>
        <w:t xml:space="preserve"> </w:t>
      </w:r>
      <w:proofErr w:type="spellStart"/>
      <w:r w:rsidRPr="007B2BD4">
        <w:rPr>
          <w:rFonts w:cs="Arial"/>
          <w:szCs w:val="24"/>
        </w:rPr>
        <w:t>бараа</w:t>
      </w:r>
      <w:proofErr w:type="spellEnd"/>
      <w:r w:rsidRPr="007B2BD4">
        <w:rPr>
          <w:rFonts w:cs="Arial"/>
          <w:szCs w:val="24"/>
        </w:rPr>
        <w:t xml:space="preserve">, </w:t>
      </w:r>
      <w:proofErr w:type="spellStart"/>
      <w:r w:rsidRPr="007B2BD4">
        <w:rPr>
          <w:rFonts w:cs="Arial"/>
          <w:szCs w:val="24"/>
        </w:rPr>
        <w:t>ажил</w:t>
      </w:r>
      <w:proofErr w:type="spellEnd"/>
      <w:r w:rsidRPr="007B2BD4">
        <w:rPr>
          <w:rFonts w:cs="Arial"/>
          <w:szCs w:val="24"/>
        </w:rPr>
        <w:t xml:space="preserve">, </w:t>
      </w:r>
      <w:proofErr w:type="spellStart"/>
      <w:r w:rsidRPr="007B2BD4">
        <w:rPr>
          <w:rFonts w:cs="Arial"/>
          <w:szCs w:val="24"/>
        </w:rPr>
        <w:t>үйлчилгээ</w:t>
      </w:r>
      <w:proofErr w:type="spellEnd"/>
      <w:r w:rsidRPr="007B2BD4">
        <w:rPr>
          <w:rFonts w:cs="Arial"/>
          <w:szCs w:val="24"/>
        </w:rPr>
        <w:t xml:space="preserve"> </w:t>
      </w:r>
      <w:proofErr w:type="spellStart"/>
      <w:r w:rsidRPr="007B2BD4">
        <w:rPr>
          <w:rFonts w:cs="Arial"/>
          <w:szCs w:val="24"/>
        </w:rPr>
        <w:t>худалдан</w:t>
      </w:r>
      <w:proofErr w:type="spellEnd"/>
      <w:r w:rsidRPr="007B2BD4">
        <w:rPr>
          <w:rFonts w:cs="Arial"/>
          <w:szCs w:val="24"/>
        </w:rPr>
        <w:t xml:space="preserve"> </w:t>
      </w:r>
      <w:proofErr w:type="spellStart"/>
      <w:r w:rsidRPr="007B2BD4">
        <w:rPr>
          <w:rFonts w:cs="Arial"/>
          <w:szCs w:val="24"/>
        </w:rPr>
        <w:t>авах</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Төрийн</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орон</w:t>
      </w:r>
      <w:proofErr w:type="spellEnd"/>
      <w:r w:rsidRPr="007B2BD4">
        <w:rPr>
          <w:rFonts w:cs="Arial"/>
          <w:szCs w:val="24"/>
        </w:rPr>
        <w:t xml:space="preserve"> </w:t>
      </w:r>
      <w:proofErr w:type="spellStart"/>
      <w:r w:rsidRPr="007B2BD4">
        <w:rPr>
          <w:rFonts w:cs="Arial"/>
          <w:szCs w:val="24"/>
        </w:rPr>
        <w:t>нутгийн</w:t>
      </w:r>
      <w:proofErr w:type="spellEnd"/>
      <w:r w:rsidRPr="007B2BD4">
        <w:rPr>
          <w:rFonts w:cs="Arial"/>
          <w:szCs w:val="24"/>
        </w:rPr>
        <w:t xml:space="preserve"> </w:t>
      </w:r>
      <w:proofErr w:type="spellStart"/>
      <w:r w:rsidRPr="007B2BD4">
        <w:rPr>
          <w:rFonts w:cs="Arial"/>
          <w:szCs w:val="24"/>
        </w:rPr>
        <w:t>өмчийн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Иргэний</w:t>
      </w:r>
      <w:proofErr w:type="spellEnd"/>
      <w:r w:rsidRPr="007B2BD4">
        <w:rPr>
          <w:rFonts w:cs="Arial"/>
          <w:szCs w:val="24"/>
        </w:rPr>
        <w:t xml:space="preserve"> </w:t>
      </w:r>
      <w:proofErr w:type="spellStart"/>
      <w:r w:rsidRPr="007B2BD4">
        <w:rPr>
          <w:rFonts w:cs="Arial"/>
          <w:szCs w:val="24"/>
        </w:rPr>
        <w:t>хууль</w:t>
      </w:r>
      <w:proofErr w:type="spellEnd"/>
      <w:r w:rsidRPr="007B2BD4">
        <w:rPr>
          <w:rFonts w:cs="Arial"/>
          <w:szCs w:val="24"/>
        </w:rPr>
        <w:t xml:space="preserve">, </w:t>
      </w:r>
      <w:proofErr w:type="spellStart"/>
      <w:r w:rsidRPr="007B2BD4">
        <w:rPr>
          <w:rFonts w:cs="Arial"/>
          <w:szCs w:val="24"/>
        </w:rPr>
        <w:t>Захиргааны</w:t>
      </w:r>
      <w:proofErr w:type="spellEnd"/>
      <w:r w:rsidRPr="007B2BD4">
        <w:rPr>
          <w:rFonts w:cs="Arial"/>
          <w:szCs w:val="24"/>
        </w:rPr>
        <w:t xml:space="preserve"> </w:t>
      </w:r>
      <w:proofErr w:type="spellStart"/>
      <w:r w:rsidRPr="007B2BD4">
        <w:rPr>
          <w:rFonts w:cs="Arial"/>
          <w:szCs w:val="24"/>
        </w:rPr>
        <w:t>ерөнхий</w:t>
      </w:r>
      <w:proofErr w:type="spellEnd"/>
      <w:r w:rsidRPr="007B2BD4">
        <w:rPr>
          <w:rFonts w:cs="Arial"/>
          <w:szCs w:val="24"/>
        </w:rPr>
        <w:t xml:space="preserve"> </w:t>
      </w:r>
      <w:proofErr w:type="spellStart"/>
      <w:r w:rsidRPr="007B2BD4">
        <w:rPr>
          <w:rFonts w:cs="Arial"/>
          <w:szCs w:val="24"/>
        </w:rPr>
        <w:t>хууль</w:t>
      </w:r>
      <w:proofErr w:type="spellEnd"/>
      <w:r w:rsidRPr="007B2BD4">
        <w:rPr>
          <w:rFonts w:cs="Arial"/>
          <w:szCs w:val="24"/>
        </w:rPr>
        <w:t xml:space="preserve">, </w:t>
      </w:r>
      <w:proofErr w:type="spellStart"/>
      <w:r w:rsidRPr="007B2BD4">
        <w:rPr>
          <w:rFonts w:cs="Arial"/>
          <w:szCs w:val="24"/>
        </w:rPr>
        <w:t>Хүний</w:t>
      </w:r>
      <w:proofErr w:type="spellEnd"/>
      <w:r w:rsidRPr="007B2BD4">
        <w:rPr>
          <w:rFonts w:cs="Arial"/>
          <w:szCs w:val="24"/>
        </w:rPr>
        <w:t xml:space="preserve"> </w:t>
      </w:r>
      <w:proofErr w:type="spellStart"/>
      <w:r w:rsidRPr="007B2BD4">
        <w:rPr>
          <w:rFonts w:cs="Arial"/>
          <w:szCs w:val="24"/>
        </w:rPr>
        <w:t>хувийн</w:t>
      </w:r>
      <w:proofErr w:type="spellEnd"/>
      <w:r w:rsidRPr="007B2BD4">
        <w:rPr>
          <w:rFonts w:cs="Arial"/>
          <w:szCs w:val="24"/>
        </w:rPr>
        <w:t xml:space="preserve"> </w:t>
      </w:r>
      <w:proofErr w:type="spellStart"/>
      <w:r w:rsidRPr="007B2BD4">
        <w:rPr>
          <w:rFonts w:cs="Arial"/>
          <w:szCs w:val="24"/>
        </w:rPr>
        <w:t>мэдээлэл</w:t>
      </w:r>
      <w:proofErr w:type="spellEnd"/>
      <w:r w:rsidRPr="007B2BD4">
        <w:rPr>
          <w:rFonts w:cs="Arial"/>
          <w:szCs w:val="24"/>
        </w:rPr>
        <w:t xml:space="preserve"> </w:t>
      </w:r>
      <w:proofErr w:type="spellStart"/>
      <w:r w:rsidRPr="007B2BD4">
        <w:rPr>
          <w:rFonts w:cs="Arial"/>
          <w:szCs w:val="24"/>
        </w:rPr>
        <w:t>хамгаалах</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Нийтийн</w:t>
      </w:r>
      <w:proofErr w:type="spellEnd"/>
      <w:r w:rsidRPr="007B2BD4">
        <w:rPr>
          <w:rFonts w:cs="Arial"/>
          <w:szCs w:val="24"/>
        </w:rPr>
        <w:t xml:space="preserve"> </w:t>
      </w:r>
      <w:proofErr w:type="spellStart"/>
      <w:r w:rsidRPr="007B2BD4">
        <w:rPr>
          <w:rFonts w:cs="Arial"/>
          <w:szCs w:val="24"/>
        </w:rPr>
        <w:t>мэдээллийн</w:t>
      </w:r>
      <w:proofErr w:type="spellEnd"/>
      <w:r w:rsidRPr="007B2BD4">
        <w:rPr>
          <w:rFonts w:cs="Arial"/>
          <w:szCs w:val="24"/>
        </w:rPr>
        <w:t xml:space="preserve"> </w:t>
      </w:r>
      <w:proofErr w:type="spellStart"/>
      <w:r w:rsidRPr="007B2BD4">
        <w:rPr>
          <w:rFonts w:cs="Arial"/>
          <w:szCs w:val="24"/>
        </w:rPr>
        <w:t>ил</w:t>
      </w:r>
      <w:proofErr w:type="spellEnd"/>
      <w:r w:rsidRPr="007B2BD4">
        <w:rPr>
          <w:rFonts w:cs="Arial"/>
          <w:szCs w:val="24"/>
        </w:rPr>
        <w:t xml:space="preserve"> </w:t>
      </w:r>
      <w:proofErr w:type="spellStart"/>
      <w:r w:rsidRPr="007B2BD4">
        <w:rPr>
          <w:rFonts w:cs="Arial"/>
          <w:szCs w:val="24"/>
        </w:rPr>
        <w:t>тод</w:t>
      </w:r>
      <w:proofErr w:type="spellEnd"/>
      <w:r w:rsidRPr="007B2BD4">
        <w:rPr>
          <w:rFonts w:cs="Arial"/>
          <w:szCs w:val="24"/>
        </w:rPr>
        <w:t xml:space="preserve"> </w:t>
      </w:r>
      <w:proofErr w:type="spellStart"/>
      <w:r w:rsidRPr="007B2BD4">
        <w:rPr>
          <w:rFonts w:cs="Arial"/>
          <w:szCs w:val="24"/>
        </w:rPr>
        <w:t>байдлын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Зөрчлийн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Эрүүгийн</w:t>
      </w:r>
      <w:proofErr w:type="spellEnd"/>
      <w:r w:rsidRPr="007B2BD4">
        <w:rPr>
          <w:rFonts w:cs="Arial"/>
          <w:szCs w:val="24"/>
        </w:rPr>
        <w:t xml:space="preserve"> </w:t>
      </w:r>
      <w:proofErr w:type="spellStart"/>
      <w:r w:rsidRPr="007B2BD4">
        <w:rPr>
          <w:rFonts w:cs="Arial"/>
          <w:szCs w:val="24"/>
        </w:rPr>
        <w:t>хууль</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холбогдох</w:t>
      </w:r>
      <w:proofErr w:type="spellEnd"/>
      <w:r w:rsidRPr="007B2BD4">
        <w:rPr>
          <w:rFonts w:cs="Arial"/>
          <w:szCs w:val="24"/>
        </w:rPr>
        <w:t xml:space="preserve"> </w:t>
      </w:r>
      <w:proofErr w:type="spellStart"/>
      <w:r w:rsidRPr="007B2BD4">
        <w:rPr>
          <w:rFonts w:cs="Arial"/>
          <w:szCs w:val="24"/>
        </w:rPr>
        <w:t>бусад</w:t>
      </w:r>
      <w:proofErr w:type="spellEnd"/>
      <w:r w:rsidRPr="007B2BD4">
        <w:rPr>
          <w:rFonts w:cs="Arial"/>
          <w:szCs w:val="24"/>
        </w:rPr>
        <w:t xml:space="preserve"> </w:t>
      </w:r>
      <w:proofErr w:type="spellStart"/>
      <w:r w:rsidRPr="007B2BD4">
        <w:rPr>
          <w:rFonts w:cs="Arial"/>
          <w:szCs w:val="24"/>
        </w:rPr>
        <w:t>хуультай</w:t>
      </w:r>
      <w:proofErr w:type="spellEnd"/>
      <w:r w:rsidRPr="007B2BD4">
        <w:rPr>
          <w:rFonts w:cs="Arial"/>
          <w:szCs w:val="24"/>
        </w:rPr>
        <w:t xml:space="preserve"> </w:t>
      </w:r>
      <w:proofErr w:type="spellStart"/>
      <w:r w:rsidRPr="007B2BD4">
        <w:rPr>
          <w:rFonts w:cs="Arial"/>
          <w:szCs w:val="24"/>
        </w:rPr>
        <w:t>уялдуулан</w:t>
      </w:r>
      <w:proofErr w:type="spellEnd"/>
      <w:r w:rsidRPr="007B2BD4">
        <w:rPr>
          <w:rFonts w:cs="Arial"/>
          <w:szCs w:val="24"/>
        </w:rPr>
        <w:t xml:space="preserve"> </w:t>
      </w:r>
      <w:proofErr w:type="spellStart"/>
      <w:r w:rsidRPr="007B2BD4">
        <w:rPr>
          <w:rFonts w:cs="Arial"/>
          <w:szCs w:val="24"/>
        </w:rPr>
        <w:t>боловсруулна</w:t>
      </w:r>
      <w:proofErr w:type="spellEnd"/>
      <w:r w:rsidRPr="007B2BD4">
        <w:rPr>
          <w:rFonts w:cs="Arial"/>
          <w:szCs w:val="24"/>
        </w:rPr>
        <w:t>.</w:t>
      </w:r>
    </w:p>
    <w:p w14:paraId="6C32C397" w14:textId="77777777" w:rsidR="00544E5A" w:rsidRPr="007B2BD4" w:rsidRDefault="00000000">
      <w:pPr>
        <w:rPr>
          <w:rFonts w:cs="Arial"/>
          <w:szCs w:val="24"/>
        </w:rPr>
      </w:pPr>
      <w:proofErr w:type="spellStart"/>
      <w:r w:rsidRPr="007B2BD4">
        <w:rPr>
          <w:rFonts w:cs="Arial"/>
          <w:szCs w:val="24"/>
        </w:rPr>
        <w:t>Ойн</w:t>
      </w:r>
      <w:proofErr w:type="spellEnd"/>
      <w:r w:rsidRPr="007B2BD4">
        <w:rPr>
          <w:rFonts w:cs="Arial"/>
          <w:szCs w:val="24"/>
        </w:rPr>
        <w:t xml:space="preserve"> </w:t>
      </w:r>
      <w:proofErr w:type="spellStart"/>
      <w:r w:rsidRPr="007B2BD4">
        <w:rPr>
          <w:rFonts w:cs="Arial"/>
          <w:szCs w:val="24"/>
        </w:rPr>
        <w:t>сангийн</w:t>
      </w:r>
      <w:proofErr w:type="spellEnd"/>
      <w:r w:rsidRPr="007B2BD4">
        <w:rPr>
          <w:rFonts w:cs="Arial"/>
          <w:szCs w:val="24"/>
        </w:rPr>
        <w:t xml:space="preserve"> </w:t>
      </w:r>
      <w:proofErr w:type="spellStart"/>
      <w:r w:rsidRPr="007B2BD4">
        <w:rPr>
          <w:rFonts w:cs="Arial"/>
          <w:szCs w:val="24"/>
        </w:rPr>
        <w:t>газар</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хот</w:t>
      </w:r>
      <w:proofErr w:type="spellEnd"/>
      <w:r w:rsidRPr="007B2BD4">
        <w:rPr>
          <w:rFonts w:cs="Arial"/>
          <w:szCs w:val="24"/>
        </w:rPr>
        <w:t xml:space="preserve">, </w:t>
      </w:r>
      <w:proofErr w:type="spellStart"/>
      <w:r w:rsidRPr="007B2BD4">
        <w:rPr>
          <w:rFonts w:cs="Arial"/>
          <w:szCs w:val="24"/>
        </w:rPr>
        <w:t>суурин</w:t>
      </w:r>
      <w:proofErr w:type="spellEnd"/>
      <w:r w:rsidRPr="007B2BD4">
        <w:rPr>
          <w:rFonts w:cs="Arial"/>
          <w:szCs w:val="24"/>
        </w:rPr>
        <w:t xml:space="preserve"> </w:t>
      </w:r>
      <w:proofErr w:type="spellStart"/>
      <w:r w:rsidRPr="007B2BD4">
        <w:rPr>
          <w:rFonts w:cs="Arial"/>
          <w:szCs w:val="24"/>
        </w:rPr>
        <w:t>газрын</w:t>
      </w:r>
      <w:proofErr w:type="spellEnd"/>
      <w:r w:rsidRPr="007B2BD4">
        <w:rPr>
          <w:rFonts w:cs="Arial"/>
          <w:szCs w:val="24"/>
        </w:rPr>
        <w:t xml:space="preserve"> </w:t>
      </w:r>
      <w:proofErr w:type="spellStart"/>
      <w:r w:rsidRPr="007B2BD4">
        <w:rPr>
          <w:rFonts w:cs="Arial"/>
          <w:szCs w:val="24"/>
        </w:rPr>
        <w:t>эдэлбэр</w:t>
      </w:r>
      <w:proofErr w:type="spellEnd"/>
      <w:r w:rsidRPr="007B2BD4">
        <w:rPr>
          <w:rFonts w:cs="Arial"/>
          <w:szCs w:val="24"/>
        </w:rPr>
        <w:t xml:space="preserve"> </w:t>
      </w:r>
      <w:proofErr w:type="spellStart"/>
      <w:r w:rsidRPr="007B2BD4">
        <w:rPr>
          <w:rFonts w:cs="Arial"/>
          <w:szCs w:val="24"/>
        </w:rPr>
        <w:t>газар</w:t>
      </w:r>
      <w:proofErr w:type="spellEnd"/>
      <w:r w:rsidRPr="007B2BD4">
        <w:rPr>
          <w:rFonts w:cs="Arial"/>
          <w:szCs w:val="24"/>
        </w:rPr>
        <w:t xml:space="preserve"> </w:t>
      </w:r>
      <w:proofErr w:type="spellStart"/>
      <w:r w:rsidRPr="007B2BD4">
        <w:rPr>
          <w:rFonts w:cs="Arial"/>
          <w:szCs w:val="24"/>
        </w:rPr>
        <w:t>дахь</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хөрөнгийн</w:t>
      </w:r>
      <w:proofErr w:type="spellEnd"/>
      <w:r w:rsidRPr="007B2BD4">
        <w:rPr>
          <w:rFonts w:cs="Arial"/>
          <w:szCs w:val="24"/>
        </w:rPr>
        <w:t xml:space="preserve"> </w:t>
      </w:r>
      <w:proofErr w:type="spellStart"/>
      <w:r w:rsidRPr="007B2BD4">
        <w:rPr>
          <w:rFonts w:cs="Arial"/>
          <w:szCs w:val="24"/>
        </w:rPr>
        <w:t>зохицуулалтыг</w:t>
      </w:r>
      <w:proofErr w:type="spellEnd"/>
      <w:r w:rsidRPr="007B2BD4">
        <w:rPr>
          <w:rFonts w:cs="Arial"/>
          <w:szCs w:val="24"/>
        </w:rPr>
        <w:t xml:space="preserve"> </w:t>
      </w:r>
      <w:proofErr w:type="spellStart"/>
      <w:r w:rsidRPr="007B2BD4">
        <w:rPr>
          <w:rFonts w:cs="Arial"/>
          <w:szCs w:val="24"/>
        </w:rPr>
        <w:t>давхардуулахгүй</w:t>
      </w:r>
      <w:proofErr w:type="spellEnd"/>
      <w:r w:rsidRPr="007B2BD4">
        <w:rPr>
          <w:rFonts w:cs="Arial"/>
          <w:szCs w:val="24"/>
        </w:rPr>
        <w:t xml:space="preserve">, </w:t>
      </w:r>
      <w:proofErr w:type="spellStart"/>
      <w:r w:rsidRPr="007B2BD4">
        <w:rPr>
          <w:rFonts w:cs="Arial"/>
          <w:szCs w:val="24"/>
        </w:rPr>
        <w:t>барилгын</w:t>
      </w:r>
      <w:proofErr w:type="spellEnd"/>
      <w:r w:rsidRPr="007B2BD4">
        <w:rPr>
          <w:rFonts w:cs="Arial"/>
          <w:szCs w:val="24"/>
        </w:rPr>
        <w:t xml:space="preserve"> </w:t>
      </w:r>
      <w:proofErr w:type="spellStart"/>
      <w:r w:rsidRPr="007B2BD4">
        <w:rPr>
          <w:rFonts w:cs="Arial"/>
          <w:szCs w:val="24"/>
        </w:rPr>
        <w:t>зөвшөөрөл</w:t>
      </w:r>
      <w:proofErr w:type="spellEnd"/>
      <w:r w:rsidRPr="007B2BD4">
        <w:rPr>
          <w:rFonts w:cs="Arial"/>
          <w:szCs w:val="24"/>
        </w:rPr>
        <w:t xml:space="preserve">, </w:t>
      </w:r>
      <w:proofErr w:type="spellStart"/>
      <w:r w:rsidRPr="007B2BD4">
        <w:rPr>
          <w:rFonts w:cs="Arial"/>
          <w:szCs w:val="24"/>
        </w:rPr>
        <w:t>ашиглалтад</w:t>
      </w:r>
      <w:proofErr w:type="spellEnd"/>
      <w:r w:rsidRPr="007B2BD4">
        <w:rPr>
          <w:rFonts w:cs="Arial"/>
          <w:szCs w:val="24"/>
        </w:rPr>
        <w:t xml:space="preserve"> </w:t>
      </w:r>
      <w:proofErr w:type="spellStart"/>
      <w:r w:rsidRPr="007B2BD4">
        <w:rPr>
          <w:rFonts w:cs="Arial"/>
          <w:szCs w:val="24"/>
        </w:rPr>
        <w:t>оруулах</w:t>
      </w:r>
      <w:proofErr w:type="spellEnd"/>
      <w:r w:rsidRPr="007B2BD4">
        <w:rPr>
          <w:rFonts w:cs="Arial"/>
          <w:szCs w:val="24"/>
        </w:rPr>
        <w:t xml:space="preserve"> </w:t>
      </w:r>
      <w:proofErr w:type="spellStart"/>
      <w:r w:rsidRPr="007B2BD4">
        <w:rPr>
          <w:rFonts w:cs="Arial"/>
          <w:szCs w:val="24"/>
        </w:rPr>
        <w:t>ажиллагаанд</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шаардлагын</w:t>
      </w:r>
      <w:proofErr w:type="spellEnd"/>
      <w:r w:rsidRPr="007B2BD4">
        <w:rPr>
          <w:rFonts w:cs="Arial"/>
          <w:szCs w:val="24"/>
        </w:rPr>
        <w:t xml:space="preserve"> </w:t>
      </w:r>
      <w:proofErr w:type="spellStart"/>
      <w:r w:rsidRPr="007B2BD4">
        <w:rPr>
          <w:rFonts w:cs="Arial"/>
          <w:szCs w:val="24"/>
        </w:rPr>
        <w:t>дүгнэлтийг</w:t>
      </w:r>
      <w:proofErr w:type="spellEnd"/>
      <w:r w:rsidRPr="007B2BD4">
        <w:rPr>
          <w:rFonts w:cs="Arial"/>
          <w:szCs w:val="24"/>
        </w:rPr>
        <w:t xml:space="preserve"> </w:t>
      </w:r>
      <w:proofErr w:type="spellStart"/>
      <w:r w:rsidRPr="007B2BD4">
        <w:rPr>
          <w:rFonts w:cs="Arial"/>
          <w:szCs w:val="24"/>
        </w:rPr>
        <w:t>нэгтгэх</w:t>
      </w:r>
      <w:proofErr w:type="spellEnd"/>
      <w:r w:rsidRPr="007B2BD4">
        <w:rPr>
          <w:rFonts w:cs="Arial"/>
          <w:szCs w:val="24"/>
        </w:rPr>
        <w:t xml:space="preserve">, </w:t>
      </w:r>
      <w:proofErr w:type="spellStart"/>
      <w:r w:rsidRPr="007B2BD4">
        <w:rPr>
          <w:rFonts w:cs="Arial"/>
          <w:szCs w:val="24"/>
        </w:rPr>
        <w:t>ус</w:t>
      </w:r>
      <w:proofErr w:type="spellEnd"/>
      <w:r w:rsidRPr="007B2BD4">
        <w:rPr>
          <w:rFonts w:cs="Arial"/>
          <w:szCs w:val="24"/>
        </w:rPr>
        <w:t xml:space="preserve"> </w:t>
      </w:r>
      <w:proofErr w:type="spellStart"/>
      <w:r w:rsidRPr="007B2BD4">
        <w:rPr>
          <w:rFonts w:cs="Arial"/>
          <w:szCs w:val="24"/>
        </w:rPr>
        <w:t>ашиглалт</w:t>
      </w:r>
      <w:proofErr w:type="spellEnd"/>
      <w:r w:rsidRPr="007B2BD4">
        <w:rPr>
          <w:rFonts w:cs="Arial"/>
          <w:szCs w:val="24"/>
        </w:rPr>
        <w:t xml:space="preserve">, </w:t>
      </w:r>
      <w:proofErr w:type="spellStart"/>
      <w:r w:rsidRPr="007B2BD4">
        <w:rPr>
          <w:rFonts w:cs="Arial"/>
          <w:szCs w:val="24"/>
        </w:rPr>
        <w:t>газар</w:t>
      </w:r>
      <w:proofErr w:type="spellEnd"/>
      <w:r w:rsidRPr="007B2BD4">
        <w:rPr>
          <w:rFonts w:cs="Arial"/>
          <w:szCs w:val="24"/>
        </w:rPr>
        <w:t xml:space="preserve"> </w:t>
      </w:r>
      <w:proofErr w:type="spellStart"/>
      <w:r w:rsidRPr="007B2BD4">
        <w:rPr>
          <w:rFonts w:cs="Arial"/>
          <w:szCs w:val="24"/>
        </w:rPr>
        <w:t>эзэмшил</w:t>
      </w:r>
      <w:proofErr w:type="spellEnd"/>
      <w:r w:rsidRPr="007B2BD4">
        <w:rPr>
          <w:rFonts w:cs="Arial"/>
          <w:szCs w:val="24"/>
        </w:rPr>
        <w:t xml:space="preserve">, </w:t>
      </w:r>
      <w:proofErr w:type="spellStart"/>
      <w:r w:rsidRPr="007B2BD4">
        <w:rPr>
          <w:rFonts w:cs="Arial"/>
          <w:szCs w:val="24"/>
        </w:rPr>
        <w:t>мэдээлэл</w:t>
      </w:r>
      <w:proofErr w:type="spellEnd"/>
      <w:r w:rsidRPr="007B2BD4">
        <w:rPr>
          <w:rFonts w:cs="Arial"/>
          <w:szCs w:val="24"/>
        </w:rPr>
        <w:t xml:space="preserve"> </w:t>
      </w:r>
      <w:proofErr w:type="spellStart"/>
      <w:r w:rsidRPr="007B2BD4">
        <w:rPr>
          <w:rFonts w:cs="Arial"/>
          <w:szCs w:val="24"/>
        </w:rPr>
        <w:t>хамгаалалт</w:t>
      </w:r>
      <w:proofErr w:type="spellEnd"/>
      <w:r w:rsidRPr="007B2BD4">
        <w:rPr>
          <w:rFonts w:cs="Arial"/>
          <w:szCs w:val="24"/>
        </w:rPr>
        <w:t xml:space="preserve">, </w:t>
      </w:r>
      <w:proofErr w:type="spellStart"/>
      <w:r w:rsidRPr="007B2BD4">
        <w:rPr>
          <w:rFonts w:cs="Arial"/>
          <w:szCs w:val="24"/>
        </w:rPr>
        <w:t>төсөв</w:t>
      </w:r>
      <w:proofErr w:type="spellEnd"/>
      <w:r w:rsidRPr="007B2BD4">
        <w:rPr>
          <w:rFonts w:cs="Arial"/>
          <w:szCs w:val="24"/>
        </w:rPr>
        <w:t xml:space="preserve">, </w:t>
      </w:r>
      <w:proofErr w:type="spellStart"/>
      <w:r w:rsidRPr="007B2BD4">
        <w:rPr>
          <w:rFonts w:cs="Arial"/>
          <w:szCs w:val="24"/>
        </w:rPr>
        <w:t>худалдан</w:t>
      </w:r>
      <w:proofErr w:type="spellEnd"/>
      <w:r w:rsidRPr="007B2BD4">
        <w:rPr>
          <w:rFonts w:cs="Arial"/>
          <w:szCs w:val="24"/>
        </w:rPr>
        <w:t xml:space="preserve"> </w:t>
      </w:r>
      <w:proofErr w:type="spellStart"/>
      <w:r w:rsidRPr="007B2BD4">
        <w:rPr>
          <w:rFonts w:cs="Arial"/>
          <w:szCs w:val="24"/>
        </w:rPr>
        <w:t>авах</w:t>
      </w:r>
      <w:proofErr w:type="spellEnd"/>
      <w:r w:rsidRPr="007B2BD4">
        <w:rPr>
          <w:rFonts w:cs="Arial"/>
          <w:szCs w:val="24"/>
        </w:rPr>
        <w:t xml:space="preserve"> </w:t>
      </w:r>
      <w:proofErr w:type="spellStart"/>
      <w:r w:rsidRPr="007B2BD4">
        <w:rPr>
          <w:rFonts w:cs="Arial"/>
          <w:szCs w:val="24"/>
        </w:rPr>
        <w:t>ажиллагааны</w:t>
      </w:r>
      <w:proofErr w:type="spellEnd"/>
      <w:r w:rsidRPr="007B2BD4">
        <w:rPr>
          <w:rFonts w:cs="Arial"/>
          <w:szCs w:val="24"/>
        </w:rPr>
        <w:t xml:space="preserve"> </w:t>
      </w:r>
      <w:proofErr w:type="spellStart"/>
      <w:r w:rsidRPr="007B2BD4">
        <w:rPr>
          <w:rFonts w:cs="Arial"/>
          <w:szCs w:val="24"/>
        </w:rPr>
        <w:t>нийтлэг</w:t>
      </w:r>
      <w:proofErr w:type="spellEnd"/>
      <w:r w:rsidRPr="007B2BD4">
        <w:rPr>
          <w:rFonts w:cs="Arial"/>
          <w:szCs w:val="24"/>
        </w:rPr>
        <w:t xml:space="preserve"> </w:t>
      </w:r>
      <w:proofErr w:type="spellStart"/>
      <w:r w:rsidRPr="007B2BD4">
        <w:rPr>
          <w:rFonts w:cs="Arial"/>
          <w:szCs w:val="24"/>
        </w:rPr>
        <w:t>зарчмыг</w:t>
      </w:r>
      <w:proofErr w:type="spellEnd"/>
      <w:r w:rsidRPr="007B2BD4">
        <w:rPr>
          <w:rFonts w:cs="Arial"/>
          <w:szCs w:val="24"/>
        </w:rPr>
        <w:t xml:space="preserve"> </w:t>
      </w:r>
      <w:proofErr w:type="spellStart"/>
      <w:r w:rsidRPr="007B2BD4">
        <w:rPr>
          <w:rFonts w:cs="Arial"/>
          <w:szCs w:val="24"/>
        </w:rPr>
        <w:t>тусгай</w:t>
      </w:r>
      <w:proofErr w:type="spellEnd"/>
      <w:r w:rsidRPr="007B2BD4">
        <w:rPr>
          <w:rFonts w:cs="Arial"/>
          <w:szCs w:val="24"/>
        </w:rPr>
        <w:t xml:space="preserve"> </w:t>
      </w:r>
      <w:proofErr w:type="spellStart"/>
      <w:r w:rsidRPr="007B2BD4">
        <w:rPr>
          <w:rFonts w:cs="Arial"/>
          <w:szCs w:val="24"/>
        </w:rPr>
        <w:t>хуультай</w:t>
      </w:r>
      <w:proofErr w:type="spellEnd"/>
      <w:r w:rsidRPr="007B2BD4">
        <w:rPr>
          <w:rFonts w:cs="Arial"/>
          <w:szCs w:val="24"/>
        </w:rPr>
        <w:t xml:space="preserve"> </w:t>
      </w:r>
      <w:proofErr w:type="spellStart"/>
      <w:r w:rsidRPr="007B2BD4">
        <w:rPr>
          <w:rFonts w:cs="Arial"/>
          <w:szCs w:val="24"/>
        </w:rPr>
        <w:t>нийцүүлнэ</w:t>
      </w:r>
      <w:proofErr w:type="spellEnd"/>
      <w:r w:rsidRPr="007B2BD4">
        <w:rPr>
          <w:rFonts w:cs="Arial"/>
          <w:szCs w:val="24"/>
        </w:rPr>
        <w:t xml:space="preserve">. </w:t>
      </w:r>
      <w:proofErr w:type="spellStart"/>
      <w:r w:rsidRPr="007B2BD4">
        <w:rPr>
          <w:rFonts w:cs="Arial"/>
          <w:szCs w:val="24"/>
        </w:rPr>
        <w:t>Хуулийн</w:t>
      </w:r>
      <w:proofErr w:type="spellEnd"/>
      <w:r w:rsidRPr="007B2BD4">
        <w:rPr>
          <w:rFonts w:cs="Arial"/>
          <w:szCs w:val="24"/>
        </w:rPr>
        <w:t xml:space="preserve"> </w:t>
      </w:r>
      <w:proofErr w:type="spellStart"/>
      <w:r w:rsidRPr="007B2BD4">
        <w:rPr>
          <w:rFonts w:cs="Arial"/>
          <w:szCs w:val="24"/>
        </w:rPr>
        <w:t>төсөл</w:t>
      </w:r>
      <w:proofErr w:type="spellEnd"/>
      <w:r w:rsidRPr="007B2BD4">
        <w:rPr>
          <w:rFonts w:cs="Arial"/>
          <w:szCs w:val="24"/>
        </w:rPr>
        <w:t xml:space="preserve"> </w:t>
      </w:r>
      <w:proofErr w:type="spellStart"/>
      <w:r w:rsidRPr="007B2BD4">
        <w:rPr>
          <w:rFonts w:cs="Arial"/>
          <w:szCs w:val="24"/>
        </w:rPr>
        <w:t>нь</w:t>
      </w:r>
      <w:proofErr w:type="spellEnd"/>
      <w:r w:rsidRPr="007B2BD4">
        <w:rPr>
          <w:rFonts w:cs="Arial"/>
          <w:szCs w:val="24"/>
        </w:rPr>
        <w:t xml:space="preserve"> </w:t>
      </w:r>
      <w:proofErr w:type="spellStart"/>
      <w:r w:rsidRPr="007B2BD4">
        <w:rPr>
          <w:rFonts w:cs="Arial"/>
          <w:szCs w:val="24"/>
        </w:rPr>
        <w:t>шинэ</w:t>
      </w:r>
      <w:proofErr w:type="spellEnd"/>
      <w:r w:rsidRPr="007B2BD4">
        <w:rPr>
          <w:rFonts w:cs="Arial"/>
          <w:szCs w:val="24"/>
        </w:rPr>
        <w:t xml:space="preserve"> </w:t>
      </w:r>
      <w:proofErr w:type="spellStart"/>
      <w:r w:rsidRPr="007B2BD4">
        <w:rPr>
          <w:rFonts w:cs="Arial"/>
          <w:szCs w:val="24"/>
        </w:rPr>
        <w:t>төрлийн</w:t>
      </w:r>
      <w:proofErr w:type="spellEnd"/>
      <w:r w:rsidRPr="007B2BD4">
        <w:rPr>
          <w:rFonts w:cs="Arial"/>
          <w:szCs w:val="24"/>
        </w:rPr>
        <w:t xml:space="preserve"> </w:t>
      </w:r>
      <w:proofErr w:type="spellStart"/>
      <w:r w:rsidRPr="007B2BD4">
        <w:rPr>
          <w:rFonts w:cs="Arial"/>
          <w:szCs w:val="24"/>
        </w:rPr>
        <w:t>газар</w:t>
      </w:r>
      <w:proofErr w:type="spellEnd"/>
      <w:r w:rsidRPr="007B2BD4">
        <w:rPr>
          <w:rFonts w:cs="Arial"/>
          <w:szCs w:val="24"/>
        </w:rPr>
        <w:t xml:space="preserve"> </w:t>
      </w:r>
      <w:proofErr w:type="spellStart"/>
      <w:r w:rsidRPr="007B2BD4">
        <w:rPr>
          <w:rFonts w:cs="Arial"/>
          <w:szCs w:val="24"/>
        </w:rPr>
        <w:t>эзэмших</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татвар</w:t>
      </w:r>
      <w:proofErr w:type="spellEnd"/>
      <w:r w:rsidRPr="007B2BD4">
        <w:rPr>
          <w:rFonts w:cs="Arial"/>
          <w:szCs w:val="24"/>
        </w:rPr>
        <w:t xml:space="preserve">, </w:t>
      </w:r>
      <w:proofErr w:type="spellStart"/>
      <w:r w:rsidRPr="007B2BD4">
        <w:rPr>
          <w:rFonts w:cs="Arial"/>
          <w:szCs w:val="24"/>
        </w:rPr>
        <w:t>төлбөр</w:t>
      </w:r>
      <w:proofErr w:type="spellEnd"/>
      <w:r w:rsidRPr="007B2BD4">
        <w:rPr>
          <w:rFonts w:cs="Arial"/>
          <w:szCs w:val="24"/>
        </w:rPr>
        <w:t xml:space="preserve">, </w:t>
      </w:r>
      <w:proofErr w:type="spellStart"/>
      <w:r w:rsidRPr="007B2BD4">
        <w:rPr>
          <w:rFonts w:cs="Arial"/>
          <w:szCs w:val="24"/>
        </w:rPr>
        <w:t>зөвшөөрлийг</w:t>
      </w:r>
      <w:proofErr w:type="spellEnd"/>
      <w:r w:rsidRPr="007B2BD4">
        <w:rPr>
          <w:rFonts w:cs="Arial"/>
          <w:szCs w:val="24"/>
        </w:rPr>
        <w:t xml:space="preserve"> </w:t>
      </w:r>
      <w:proofErr w:type="spellStart"/>
      <w:r w:rsidRPr="007B2BD4">
        <w:rPr>
          <w:rFonts w:cs="Arial"/>
          <w:szCs w:val="24"/>
        </w:rPr>
        <w:t>далд</w:t>
      </w:r>
      <w:proofErr w:type="spellEnd"/>
      <w:r w:rsidRPr="007B2BD4">
        <w:rPr>
          <w:rFonts w:cs="Arial"/>
          <w:szCs w:val="24"/>
        </w:rPr>
        <w:t xml:space="preserve"> </w:t>
      </w:r>
      <w:proofErr w:type="spellStart"/>
      <w:r w:rsidRPr="007B2BD4">
        <w:rPr>
          <w:rFonts w:cs="Arial"/>
          <w:szCs w:val="24"/>
        </w:rPr>
        <w:t>хэлбэрээр</w:t>
      </w:r>
      <w:proofErr w:type="spellEnd"/>
      <w:r w:rsidRPr="007B2BD4">
        <w:rPr>
          <w:rFonts w:cs="Arial"/>
          <w:szCs w:val="24"/>
        </w:rPr>
        <w:t xml:space="preserve"> </w:t>
      </w:r>
      <w:proofErr w:type="spellStart"/>
      <w:r w:rsidRPr="007B2BD4">
        <w:rPr>
          <w:rFonts w:cs="Arial"/>
          <w:szCs w:val="24"/>
        </w:rPr>
        <w:t>бий</w:t>
      </w:r>
      <w:proofErr w:type="spellEnd"/>
      <w:r w:rsidRPr="007B2BD4">
        <w:rPr>
          <w:rFonts w:cs="Arial"/>
          <w:szCs w:val="24"/>
        </w:rPr>
        <w:t xml:space="preserve"> </w:t>
      </w:r>
      <w:proofErr w:type="spellStart"/>
      <w:r w:rsidRPr="007B2BD4">
        <w:rPr>
          <w:rFonts w:cs="Arial"/>
          <w:szCs w:val="24"/>
        </w:rPr>
        <w:t>болгохгүй</w:t>
      </w:r>
      <w:proofErr w:type="spellEnd"/>
      <w:r w:rsidRPr="007B2BD4">
        <w:rPr>
          <w:rFonts w:cs="Arial"/>
          <w:szCs w:val="24"/>
        </w:rPr>
        <w:t xml:space="preserve"> </w:t>
      </w:r>
      <w:proofErr w:type="spellStart"/>
      <w:r w:rsidRPr="007B2BD4">
        <w:rPr>
          <w:rFonts w:cs="Arial"/>
          <w:szCs w:val="24"/>
        </w:rPr>
        <w:t>байх</w:t>
      </w:r>
      <w:proofErr w:type="spellEnd"/>
      <w:r w:rsidRPr="007B2BD4">
        <w:rPr>
          <w:rFonts w:cs="Arial"/>
          <w:szCs w:val="24"/>
        </w:rPr>
        <w:t xml:space="preserve"> </w:t>
      </w:r>
      <w:proofErr w:type="spellStart"/>
      <w:r w:rsidRPr="007B2BD4">
        <w:rPr>
          <w:rFonts w:cs="Arial"/>
          <w:szCs w:val="24"/>
        </w:rPr>
        <w:t>зарчмыг</w:t>
      </w:r>
      <w:proofErr w:type="spellEnd"/>
      <w:r w:rsidRPr="007B2BD4">
        <w:rPr>
          <w:rFonts w:cs="Arial"/>
          <w:szCs w:val="24"/>
        </w:rPr>
        <w:t xml:space="preserve"> </w:t>
      </w:r>
      <w:proofErr w:type="spellStart"/>
      <w:r w:rsidRPr="007B2BD4">
        <w:rPr>
          <w:rFonts w:cs="Arial"/>
          <w:szCs w:val="24"/>
        </w:rPr>
        <w:t>баримтална</w:t>
      </w:r>
      <w:proofErr w:type="spellEnd"/>
      <w:r w:rsidRPr="007B2BD4">
        <w:rPr>
          <w:rFonts w:cs="Arial"/>
          <w:szCs w:val="24"/>
        </w:rPr>
        <w:t>.</w:t>
      </w:r>
    </w:p>
    <w:p w14:paraId="063BF0DA" w14:textId="77777777" w:rsidR="009845DF" w:rsidRDefault="00000000" w:rsidP="009845DF">
      <w:pPr>
        <w:rPr>
          <w:rFonts w:cs="Arial"/>
          <w:szCs w:val="24"/>
        </w:rPr>
      </w:pPr>
      <w:proofErr w:type="spellStart"/>
      <w:r w:rsidRPr="007B2BD4">
        <w:rPr>
          <w:rFonts w:cs="Arial"/>
          <w:szCs w:val="24"/>
        </w:rPr>
        <w:lastRenderedPageBreak/>
        <w:t>Хуулийн</w:t>
      </w:r>
      <w:proofErr w:type="spellEnd"/>
      <w:r w:rsidRPr="007B2BD4">
        <w:rPr>
          <w:rFonts w:cs="Arial"/>
          <w:szCs w:val="24"/>
        </w:rPr>
        <w:t xml:space="preserve"> </w:t>
      </w:r>
      <w:proofErr w:type="spellStart"/>
      <w:r w:rsidRPr="007B2BD4">
        <w:rPr>
          <w:rFonts w:cs="Arial"/>
          <w:szCs w:val="24"/>
        </w:rPr>
        <w:t>төсөл</w:t>
      </w:r>
      <w:proofErr w:type="spellEnd"/>
      <w:r w:rsidRPr="007B2BD4">
        <w:rPr>
          <w:rFonts w:cs="Arial"/>
          <w:szCs w:val="24"/>
        </w:rPr>
        <w:t xml:space="preserve"> </w:t>
      </w:r>
      <w:proofErr w:type="spellStart"/>
      <w:r w:rsidRPr="007B2BD4">
        <w:rPr>
          <w:rFonts w:cs="Arial"/>
          <w:szCs w:val="24"/>
        </w:rPr>
        <w:t>батлагдахтай</w:t>
      </w:r>
      <w:proofErr w:type="spellEnd"/>
      <w:r w:rsidRPr="007B2BD4">
        <w:rPr>
          <w:rFonts w:cs="Arial"/>
          <w:szCs w:val="24"/>
        </w:rPr>
        <w:t xml:space="preserve"> </w:t>
      </w:r>
      <w:proofErr w:type="spellStart"/>
      <w:r w:rsidRPr="007B2BD4">
        <w:rPr>
          <w:rFonts w:cs="Arial"/>
          <w:szCs w:val="24"/>
        </w:rPr>
        <w:t>холбогдуулан</w:t>
      </w:r>
      <w:proofErr w:type="spellEnd"/>
      <w:r w:rsidRPr="007B2BD4">
        <w:rPr>
          <w:rFonts w:cs="Arial"/>
          <w:szCs w:val="24"/>
        </w:rPr>
        <w:t xml:space="preserve"> </w:t>
      </w:r>
      <w:proofErr w:type="spellStart"/>
      <w:r w:rsidRPr="007B2BD4">
        <w:rPr>
          <w:rFonts w:cs="Arial"/>
          <w:szCs w:val="24"/>
        </w:rPr>
        <w:t>нэр</w:t>
      </w:r>
      <w:proofErr w:type="spellEnd"/>
      <w:r w:rsidRPr="007B2BD4">
        <w:rPr>
          <w:rFonts w:cs="Arial"/>
          <w:szCs w:val="24"/>
        </w:rPr>
        <w:t xml:space="preserve"> </w:t>
      </w:r>
      <w:proofErr w:type="spellStart"/>
      <w:r w:rsidRPr="007B2BD4">
        <w:rPr>
          <w:rFonts w:cs="Arial"/>
          <w:szCs w:val="24"/>
        </w:rPr>
        <w:t>томьёо</w:t>
      </w:r>
      <w:proofErr w:type="spellEnd"/>
      <w:r w:rsidRPr="007B2BD4">
        <w:rPr>
          <w:rFonts w:cs="Arial"/>
          <w:szCs w:val="24"/>
        </w:rPr>
        <w:t xml:space="preserve">, </w:t>
      </w:r>
      <w:proofErr w:type="spellStart"/>
      <w:r w:rsidRPr="007B2BD4">
        <w:rPr>
          <w:rFonts w:cs="Arial"/>
          <w:szCs w:val="24"/>
        </w:rPr>
        <w:t>байгууллагын</w:t>
      </w:r>
      <w:proofErr w:type="spellEnd"/>
      <w:r w:rsidRPr="007B2BD4">
        <w:rPr>
          <w:rFonts w:cs="Arial"/>
          <w:szCs w:val="24"/>
        </w:rPr>
        <w:t xml:space="preserve"> </w:t>
      </w:r>
      <w:proofErr w:type="spellStart"/>
      <w:r w:rsidRPr="007B2BD4">
        <w:rPr>
          <w:rFonts w:cs="Arial"/>
          <w:szCs w:val="24"/>
        </w:rPr>
        <w:t>бүрэн</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барилга</w:t>
      </w:r>
      <w:proofErr w:type="spellEnd"/>
      <w:r w:rsidRPr="007B2BD4">
        <w:rPr>
          <w:rFonts w:cs="Arial"/>
          <w:szCs w:val="24"/>
        </w:rPr>
        <w:t xml:space="preserve"> </w:t>
      </w:r>
      <w:proofErr w:type="spellStart"/>
      <w:r w:rsidRPr="007B2BD4">
        <w:rPr>
          <w:rFonts w:cs="Arial"/>
          <w:szCs w:val="24"/>
        </w:rPr>
        <w:t>байгууламжийг</w:t>
      </w:r>
      <w:proofErr w:type="spellEnd"/>
      <w:r w:rsidRPr="007B2BD4">
        <w:rPr>
          <w:rFonts w:cs="Arial"/>
          <w:szCs w:val="24"/>
        </w:rPr>
        <w:t xml:space="preserve"> </w:t>
      </w:r>
      <w:proofErr w:type="spellStart"/>
      <w:r w:rsidRPr="007B2BD4">
        <w:rPr>
          <w:rFonts w:cs="Arial"/>
          <w:szCs w:val="24"/>
        </w:rPr>
        <w:t>ашиглалтад</w:t>
      </w:r>
      <w:proofErr w:type="spellEnd"/>
      <w:r w:rsidRPr="007B2BD4">
        <w:rPr>
          <w:rFonts w:cs="Arial"/>
          <w:szCs w:val="24"/>
        </w:rPr>
        <w:t xml:space="preserve"> </w:t>
      </w:r>
      <w:proofErr w:type="spellStart"/>
      <w:r w:rsidRPr="007B2BD4">
        <w:rPr>
          <w:rFonts w:cs="Arial"/>
          <w:szCs w:val="24"/>
        </w:rPr>
        <w:t>оруулах</w:t>
      </w:r>
      <w:proofErr w:type="spellEnd"/>
      <w:r w:rsidRPr="007B2BD4">
        <w:rPr>
          <w:rFonts w:cs="Arial"/>
          <w:szCs w:val="24"/>
        </w:rPr>
        <w:t xml:space="preserve"> </w:t>
      </w:r>
      <w:proofErr w:type="spellStart"/>
      <w:r w:rsidRPr="007B2BD4">
        <w:rPr>
          <w:rFonts w:cs="Arial"/>
          <w:szCs w:val="24"/>
        </w:rPr>
        <w:t>шалгуур</w:t>
      </w:r>
      <w:proofErr w:type="spellEnd"/>
      <w:r w:rsidRPr="007B2BD4">
        <w:rPr>
          <w:rFonts w:cs="Arial"/>
          <w:szCs w:val="24"/>
        </w:rPr>
        <w:t xml:space="preserve">, </w:t>
      </w:r>
      <w:proofErr w:type="spellStart"/>
      <w:r w:rsidRPr="007B2BD4">
        <w:rPr>
          <w:rFonts w:cs="Arial"/>
          <w:szCs w:val="24"/>
        </w:rPr>
        <w:t>төсвийн</w:t>
      </w:r>
      <w:proofErr w:type="spellEnd"/>
      <w:r w:rsidRPr="007B2BD4">
        <w:rPr>
          <w:rFonts w:cs="Arial"/>
          <w:szCs w:val="24"/>
        </w:rPr>
        <w:t xml:space="preserve"> </w:t>
      </w:r>
      <w:proofErr w:type="spellStart"/>
      <w:r w:rsidRPr="007B2BD4">
        <w:rPr>
          <w:rFonts w:cs="Arial"/>
          <w:szCs w:val="24"/>
        </w:rPr>
        <w:t>хөтөлбөрийн</w:t>
      </w:r>
      <w:proofErr w:type="spellEnd"/>
      <w:r w:rsidRPr="007B2BD4">
        <w:rPr>
          <w:rFonts w:cs="Arial"/>
          <w:szCs w:val="24"/>
        </w:rPr>
        <w:t xml:space="preserve"> </w:t>
      </w:r>
      <w:proofErr w:type="spellStart"/>
      <w:r w:rsidRPr="007B2BD4">
        <w:rPr>
          <w:rFonts w:cs="Arial"/>
          <w:szCs w:val="24"/>
        </w:rPr>
        <w:t>үр</w:t>
      </w:r>
      <w:proofErr w:type="spellEnd"/>
      <w:r w:rsidRPr="007B2BD4">
        <w:rPr>
          <w:rFonts w:cs="Arial"/>
          <w:szCs w:val="24"/>
        </w:rPr>
        <w:t xml:space="preserve"> </w:t>
      </w:r>
      <w:proofErr w:type="spellStart"/>
      <w:r w:rsidRPr="007B2BD4">
        <w:rPr>
          <w:rFonts w:cs="Arial"/>
          <w:szCs w:val="24"/>
        </w:rPr>
        <w:t>дүн</w:t>
      </w:r>
      <w:proofErr w:type="spellEnd"/>
      <w:r w:rsidRPr="007B2BD4">
        <w:rPr>
          <w:rFonts w:cs="Arial"/>
          <w:szCs w:val="24"/>
        </w:rPr>
        <w:t xml:space="preserve">, </w:t>
      </w:r>
      <w:proofErr w:type="spellStart"/>
      <w:r w:rsidRPr="007B2BD4">
        <w:rPr>
          <w:rFonts w:cs="Arial"/>
          <w:szCs w:val="24"/>
        </w:rPr>
        <w:t>худалдан</w:t>
      </w:r>
      <w:proofErr w:type="spellEnd"/>
      <w:r w:rsidRPr="007B2BD4">
        <w:rPr>
          <w:rFonts w:cs="Arial"/>
          <w:szCs w:val="24"/>
        </w:rPr>
        <w:t xml:space="preserve"> </w:t>
      </w:r>
      <w:proofErr w:type="spellStart"/>
      <w:r w:rsidRPr="007B2BD4">
        <w:rPr>
          <w:rFonts w:cs="Arial"/>
          <w:szCs w:val="24"/>
        </w:rPr>
        <w:t>авах</w:t>
      </w:r>
      <w:proofErr w:type="spellEnd"/>
      <w:r w:rsidRPr="007B2BD4">
        <w:rPr>
          <w:rFonts w:cs="Arial"/>
          <w:szCs w:val="24"/>
        </w:rPr>
        <w:t xml:space="preserve"> </w:t>
      </w:r>
      <w:proofErr w:type="spellStart"/>
      <w:r w:rsidRPr="007B2BD4">
        <w:rPr>
          <w:rFonts w:cs="Arial"/>
          <w:szCs w:val="24"/>
        </w:rPr>
        <w:t>ажиллагааны</w:t>
      </w:r>
      <w:proofErr w:type="spellEnd"/>
      <w:r w:rsidRPr="007B2BD4">
        <w:rPr>
          <w:rFonts w:cs="Arial"/>
          <w:szCs w:val="24"/>
        </w:rPr>
        <w:t xml:space="preserve"> </w:t>
      </w:r>
      <w:proofErr w:type="spellStart"/>
      <w:r w:rsidRPr="007B2BD4">
        <w:rPr>
          <w:rFonts w:cs="Arial"/>
          <w:szCs w:val="24"/>
        </w:rPr>
        <w:t>техникийн</w:t>
      </w:r>
      <w:proofErr w:type="spellEnd"/>
      <w:r w:rsidRPr="007B2BD4">
        <w:rPr>
          <w:rFonts w:cs="Arial"/>
          <w:szCs w:val="24"/>
        </w:rPr>
        <w:t xml:space="preserve"> </w:t>
      </w:r>
      <w:proofErr w:type="spellStart"/>
      <w:r w:rsidRPr="007B2BD4">
        <w:rPr>
          <w:rFonts w:cs="Arial"/>
          <w:szCs w:val="24"/>
        </w:rPr>
        <w:t>тодорхойлолт</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хөрөнгөд</w:t>
      </w:r>
      <w:proofErr w:type="spellEnd"/>
      <w:r w:rsidRPr="007B2BD4">
        <w:rPr>
          <w:rFonts w:cs="Arial"/>
          <w:szCs w:val="24"/>
        </w:rPr>
        <w:t xml:space="preserve"> </w:t>
      </w:r>
      <w:proofErr w:type="spellStart"/>
      <w:r w:rsidRPr="007B2BD4">
        <w:rPr>
          <w:rFonts w:cs="Arial"/>
          <w:szCs w:val="24"/>
        </w:rPr>
        <w:t>учруулсан</w:t>
      </w:r>
      <w:proofErr w:type="spellEnd"/>
      <w:r w:rsidRPr="007B2BD4">
        <w:rPr>
          <w:rFonts w:cs="Arial"/>
          <w:szCs w:val="24"/>
        </w:rPr>
        <w:t xml:space="preserve"> </w:t>
      </w:r>
      <w:proofErr w:type="spellStart"/>
      <w:r w:rsidRPr="007B2BD4">
        <w:rPr>
          <w:rFonts w:cs="Arial"/>
          <w:szCs w:val="24"/>
        </w:rPr>
        <w:t>зөрчил</w:t>
      </w:r>
      <w:proofErr w:type="spellEnd"/>
      <w:r w:rsidRPr="007B2BD4">
        <w:rPr>
          <w:rFonts w:cs="Arial"/>
          <w:szCs w:val="24"/>
        </w:rPr>
        <w:t xml:space="preserve">, </w:t>
      </w:r>
      <w:proofErr w:type="spellStart"/>
      <w:r w:rsidRPr="007B2BD4">
        <w:rPr>
          <w:rFonts w:cs="Arial"/>
          <w:szCs w:val="24"/>
        </w:rPr>
        <w:t>хохирол</w:t>
      </w:r>
      <w:proofErr w:type="spellEnd"/>
      <w:r w:rsidRPr="007B2BD4">
        <w:rPr>
          <w:rFonts w:cs="Arial"/>
          <w:szCs w:val="24"/>
        </w:rPr>
        <w:t xml:space="preserve">, </w:t>
      </w:r>
      <w:proofErr w:type="spellStart"/>
      <w:r w:rsidRPr="007B2BD4">
        <w:rPr>
          <w:rFonts w:cs="Arial"/>
          <w:szCs w:val="24"/>
        </w:rPr>
        <w:t>нөхөн</w:t>
      </w:r>
      <w:proofErr w:type="spellEnd"/>
      <w:r w:rsidRPr="007B2BD4">
        <w:rPr>
          <w:rFonts w:cs="Arial"/>
          <w:szCs w:val="24"/>
        </w:rPr>
        <w:t xml:space="preserve"> </w:t>
      </w:r>
      <w:proofErr w:type="spellStart"/>
      <w:r w:rsidRPr="007B2BD4">
        <w:rPr>
          <w:rFonts w:cs="Arial"/>
          <w:szCs w:val="24"/>
        </w:rPr>
        <w:t>дүйцүүлэлт</w:t>
      </w:r>
      <w:proofErr w:type="spellEnd"/>
      <w:r w:rsidRPr="007B2BD4">
        <w:rPr>
          <w:rFonts w:cs="Arial"/>
          <w:szCs w:val="24"/>
        </w:rPr>
        <w:t xml:space="preserve">, </w:t>
      </w:r>
      <w:proofErr w:type="spellStart"/>
      <w:r w:rsidRPr="007B2BD4">
        <w:rPr>
          <w:rFonts w:cs="Arial"/>
          <w:szCs w:val="24"/>
        </w:rPr>
        <w:t>нийтийн</w:t>
      </w:r>
      <w:proofErr w:type="spellEnd"/>
      <w:r w:rsidRPr="007B2BD4">
        <w:rPr>
          <w:rFonts w:cs="Arial"/>
          <w:szCs w:val="24"/>
        </w:rPr>
        <w:t xml:space="preserve"> </w:t>
      </w:r>
      <w:proofErr w:type="spellStart"/>
      <w:r w:rsidRPr="007B2BD4">
        <w:rPr>
          <w:rFonts w:cs="Arial"/>
          <w:szCs w:val="24"/>
        </w:rPr>
        <w:t>зориулалтаар</w:t>
      </w:r>
      <w:proofErr w:type="spellEnd"/>
      <w:r w:rsidRPr="007B2BD4">
        <w:rPr>
          <w:rFonts w:cs="Arial"/>
          <w:szCs w:val="24"/>
        </w:rPr>
        <w:t xml:space="preserve"> </w:t>
      </w:r>
      <w:proofErr w:type="spellStart"/>
      <w:r w:rsidRPr="007B2BD4">
        <w:rPr>
          <w:rFonts w:cs="Arial"/>
          <w:szCs w:val="24"/>
        </w:rPr>
        <w:t>худалдан</w:t>
      </w:r>
      <w:proofErr w:type="spellEnd"/>
      <w:r w:rsidRPr="007B2BD4">
        <w:rPr>
          <w:rFonts w:cs="Arial"/>
          <w:szCs w:val="24"/>
        </w:rPr>
        <w:t xml:space="preserve"> </w:t>
      </w:r>
      <w:proofErr w:type="spellStart"/>
      <w:r w:rsidRPr="007B2BD4">
        <w:rPr>
          <w:rFonts w:cs="Arial"/>
          <w:szCs w:val="24"/>
        </w:rPr>
        <w:t>авах</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урамшууллын</w:t>
      </w:r>
      <w:proofErr w:type="spellEnd"/>
      <w:r w:rsidRPr="007B2BD4">
        <w:rPr>
          <w:rFonts w:cs="Arial"/>
          <w:szCs w:val="24"/>
        </w:rPr>
        <w:t xml:space="preserve"> </w:t>
      </w:r>
      <w:proofErr w:type="spellStart"/>
      <w:r w:rsidRPr="007B2BD4">
        <w:rPr>
          <w:rFonts w:cs="Arial"/>
          <w:szCs w:val="24"/>
        </w:rPr>
        <w:t>зохицуулалтыг</w:t>
      </w:r>
      <w:proofErr w:type="spellEnd"/>
      <w:r w:rsidRPr="007B2BD4">
        <w:rPr>
          <w:rFonts w:cs="Arial"/>
          <w:szCs w:val="24"/>
        </w:rPr>
        <w:t xml:space="preserve"> </w:t>
      </w:r>
      <w:proofErr w:type="spellStart"/>
      <w:r w:rsidRPr="007B2BD4">
        <w:rPr>
          <w:rFonts w:cs="Arial"/>
          <w:szCs w:val="24"/>
        </w:rPr>
        <w:t>уялдуулах</w:t>
      </w:r>
      <w:proofErr w:type="spellEnd"/>
      <w:r w:rsidRPr="007B2BD4">
        <w:rPr>
          <w:rFonts w:cs="Arial"/>
          <w:szCs w:val="24"/>
        </w:rPr>
        <w:t xml:space="preserve"> </w:t>
      </w:r>
      <w:proofErr w:type="spellStart"/>
      <w:r w:rsidRPr="007B2BD4">
        <w:rPr>
          <w:rFonts w:cs="Arial"/>
          <w:szCs w:val="24"/>
        </w:rPr>
        <w:t>шаардлагатай</w:t>
      </w:r>
      <w:proofErr w:type="spellEnd"/>
      <w:r w:rsidRPr="007B2BD4">
        <w:rPr>
          <w:rFonts w:cs="Arial"/>
          <w:szCs w:val="24"/>
        </w:rPr>
        <w:t xml:space="preserve"> </w:t>
      </w:r>
      <w:proofErr w:type="spellStart"/>
      <w:r w:rsidRPr="007B2BD4">
        <w:rPr>
          <w:rFonts w:cs="Arial"/>
          <w:szCs w:val="24"/>
        </w:rPr>
        <w:t>эсэхийг</w:t>
      </w:r>
      <w:proofErr w:type="spellEnd"/>
      <w:r w:rsidRPr="007B2BD4">
        <w:rPr>
          <w:rFonts w:cs="Arial"/>
          <w:szCs w:val="24"/>
        </w:rPr>
        <w:t xml:space="preserve"> </w:t>
      </w:r>
      <w:proofErr w:type="spellStart"/>
      <w:r w:rsidRPr="007B2BD4">
        <w:rPr>
          <w:rFonts w:cs="Arial"/>
          <w:szCs w:val="24"/>
        </w:rPr>
        <w:t>хууль</w:t>
      </w:r>
      <w:proofErr w:type="spellEnd"/>
      <w:r w:rsidRPr="007B2BD4">
        <w:rPr>
          <w:rFonts w:cs="Arial"/>
          <w:szCs w:val="24"/>
        </w:rPr>
        <w:t xml:space="preserve"> </w:t>
      </w:r>
      <w:proofErr w:type="spellStart"/>
      <w:r w:rsidRPr="007B2BD4">
        <w:rPr>
          <w:rFonts w:cs="Arial"/>
          <w:szCs w:val="24"/>
        </w:rPr>
        <w:t>тус</w:t>
      </w:r>
      <w:proofErr w:type="spellEnd"/>
      <w:r w:rsidRPr="007B2BD4">
        <w:rPr>
          <w:rFonts w:cs="Arial"/>
          <w:szCs w:val="24"/>
        </w:rPr>
        <w:t xml:space="preserve"> </w:t>
      </w:r>
      <w:proofErr w:type="spellStart"/>
      <w:r w:rsidRPr="007B2BD4">
        <w:rPr>
          <w:rFonts w:cs="Arial"/>
          <w:szCs w:val="24"/>
        </w:rPr>
        <w:t>бүрээр</w:t>
      </w:r>
      <w:proofErr w:type="spellEnd"/>
      <w:r w:rsidRPr="007B2BD4">
        <w:rPr>
          <w:rFonts w:cs="Arial"/>
          <w:szCs w:val="24"/>
        </w:rPr>
        <w:t xml:space="preserve"> </w:t>
      </w:r>
      <w:proofErr w:type="spellStart"/>
      <w:r w:rsidRPr="007B2BD4">
        <w:rPr>
          <w:rFonts w:cs="Arial"/>
          <w:szCs w:val="24"/>
        </w:rPr>
        <w:t>нарийвчлан</w:t>
      </w:r>
      <w:proofErr w:type="spellEnd"/>
      <w:r w:rsidRPr="007B2BD4">
        <w:rPr>
          <w:rFonts w:cs="Arial"/>
          <w:szCs w:val="24"/>
        </w:rPr>
        <w:t xml:space="preserve"> </w:t>
      </w:r>
      <w:proofErr w:type="spellStart"/>
      <w:r w:rsidRPr="007B2BD4">
        <w:rPr>
          <w:rFonts w:cs="Arial"/>
          <w:szCs w:val="24"/>
        </w:rPr>
        <w:t>шалгаж</w:t>
      </w:r>
      <w:proofErr w:type="spellEnd"/>
      <w:r w:rsidRPr="007B2BD4">
        <w:rPr>
          <w:rFonts w:cs="Arial"/>
          <w:szCs w:val="24"/>
        </w:rPr>
        <w:t xml:space="preserve">, </w:t>
      </w:r>
      <w:proofErr w:type="spellStart"/>
      <w:r w:rsidRPr="007B2BD4">
        <w:rPr>
          <w:rFonts w:cs="Arial"/>
          <w:szCs w:val="24"/>
        </w:rPr>
        <w:t>шаардлагатай</w:t>
      </w:r>
      <w:proofErr w:type="spellEnd"/>
      <w:r w:rsidRPr="007B2BD4">
        <w:rPr>
          <w:rFonts w:cs="Arial"/>
          <w:szCs w:val="24"/>
        </w:rPr>
        <w:t xml:space="preserve"> </w:t>
      </w:r>
      <w:proofErr w:type="spellStart"/>
      <w:r w:rsidRPr="007B2BD4">
        <w:rPr>
          <w:rFonts w:cs="Arial"/>
          <w:szCs w:val="24"/>
        </w:rPr>
        <w:t>нэмэлт</w:t>
      </w:r>
      <w:proofErr w:type="spellEnd"/>
      <w:r w:rsidRPr="007B2BD4">
        <w:rPr>
          <w:rFonts w:cs="Arial"/>
          <w:szCs w:val="24"/>
        </w:rPr>
        <w:t xml:space="preserve">, </w:t>
      </w:r>
      <w:proofErr w:type="spellStart"/>
      <w:r w:rsidRPr="007B2BD4">
        <w:rPr>
          <w:rFonts w:cs="Arial"/>
          <w:szCs w:val="24"/>
        </w:rPr>
        <w:t>өөрчлөлтийн</w:t>
      </w:r>
      <w:proofErr w:type="spellEnd"/>
      <w:r w:rsidRPr="007B2BD4">
        <w:rPr>
          <w:rFonts w:cs="Arial"/>
          <w:szCs w:val="24"/>
        </w:rPr>
        <w:t xml:space="preserve"> </w:t>
      </w:r>
      <w:proofErr w:type="spellStart"/>
      <w:r w:rsidRPr="007B2BD4">
        <w:rPr>
          <w:rFonts w:cs="Arial"/>
          <w:szCs w:val="24"/>
        </w:rPr>
        <w:t>төслийг</w:t>
      </w:r>
      <w:proofErr w:type="spellEnd"/>
      <w:r w:rsidRPr="007B2BD4">
        <w:rPr>
          <w:rFonts w:cs="Arial"/>
          <w:szCs w:val="24"/>
        </w:rPr>
        <w:t xml:space="preserve"> </w:t>
      </w:r>
      <w:proofErr w:type="spellStart"/>
      <w:r w:rsidRPr="007B2BD4">
        <w:rPr>
          <w:rFonts w:cs="Arial"/>
          <w:szCs w:val="24"/>
        </w:rPr>
        <w:t>хамтад</w:t>
      </w:r>
      <w:proofErr w:type="spellEnd"/>
      <w:r w:rsidRPr="007B2BD4">
        <w:rPr>
          <w:rFonts w:cs="Arial"/>
          <w:szCs w:val="24"/>
        </w:rPr>
        <w:t xml:space="preserve"> </w:t>
      </w:r>
      <w:proofErr w:type="spellStart"/>
      <w:r w:rsidRPr="007B2BD4">
        <w:rPr>
          <w:rFonts w:cs="Arial"/>
          <w:szCs w:val="24"/>
        </w:rPr>
        <w:t>нь</w:t>
      </w:r>
      <w:proofErr w:type="spellEnd"/>
      <w:r w:rsidRPr="007B2BD4">
        <w:rPr>
          <w:rFonts w:cs="Arial"/>
          <w:szCs w:val="24"/>
        </w:rPr>
        <w:t xml:space="preserve"> </w:t>
      </w:r>
      <w:proofErr w:type="spellStart"/>
      <w:r w:rsidRPr="007B2BD4">
        <w:rPr>
          <w:rFonts w:cs="Arial"/>
          <w:szCs w:val="24"/>
        </w:rPr>
        <w:t>боловсруулна</w:t>
      </w:r>
      <w:proofErr w:type="spellEnd"/>
      <w:r w:rsidRPr="007B2BD4">
        <w:rPr>
          <w:rFonts w:cs="Arial"/>
          <w:szCs w:val="24"/>
        </w:rPr>
        <w:t>.</w:t>
      </w:r>
    </w:p>
    <w:p w14:paraId="4793485C" w14:textId="1D70AA24" w:rsidR="00544E5A" w:rsidRPr="007B2BD4" w:rsidRDefault="00000000" w:rsidP="009845DF">
      <w:pPr>
        <w:rPr>
          <w:rFonts w:cs="Arial"/>
          <w:szCs w:val="24"/>
        </w:rPr>
      </w:pPr>
      <w:proofErr w:type="spellStart"/>
      <w:r w:rsidRPr="007B2BD4">
        <w:rPr>
          <w:rFonts w:cs="Arial"/>
          <w:szCs w:val="24"/>
        </w:rPr>
        <w:t>Хот</w:t>
      </w:r>
      <w:proofErr w:type="spellEnd"/>
      <w:r w:rsidRPr="007B2BD4">
        <w:rPr>
          <w:rFonts w:cs="Arial"/>
          <w:szCs w:val="24"/>
        </w:rPr>
        <w:t xml:space="preserve"> </w:t>
      </w:r>
      <w:proofErr w:type="spellStart"/>
      <w:r w:rsidRPr="007B2BD4">
        <w:rPr>
          <w:rFonts w:cs="Arial"/>
          <w:szCs w:val="24"/>
        </w:rPr>
        <w:t>байгуулалтын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Барилгын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Ойн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Усны</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Газрын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Байгаль</w:t>
      </w:r>
      <w:proofErr w:type="spellEnd"/>
      <w:r w:rsidRPr="007B2BD4">
        <w:rPr>
          <w:rFonts w:cs="Arial"/>
          <w:szCs w:val="24"/>
        </w:rPr>
        <w:t xml:space="preserve"> </w:t>
      </w:r>
      <w:proofErr w:type="spellStart"/>
      <w:r w:rsidRPr="007B2BD4">
        <w:rPr>
          <w:rFonts w:cs="Arial"/>
          <w:szCs w:val="24"/>
        </w:rPr>
        <w:t>орчныг</w:t>
      </w:r>
      <w:proofErr w:type="spellEnd"/>
      <w:r w:rsidRPr="007B2BD4">
        <w:rPr>
          <w:rFonts w:cs="Arial"/>
          <w:szCs w:val="24"/>
        </w:rPr>
        <w:t xml:space="preserve"> </w:t>
      </w:r>
      <w:proofErr w:type="spellStart"/>
      <w:r w:rsidRPr="007B2BD4">
        <w:rPr>
          <w:rFonts w:cs="Arial"/>
          <w:szCs w:val="24"/>
        </w:rPr>
        <w:t>хамгаалах</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Төсвийн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Төрийн</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орон</w:t>
      </w:r>
      <w:proofErr w:type="spellEnd"/>
      <w:r w:rsidRPr="007B2BD4">
        <w:rPr>
          <w:rFonts w:cs="Arial"/>
          <w:szCs w:val="24"/>
        </w:rPr>
        <w:t xml:space="preserve"> </w:t>
      </w:r>
      <w:proofErr w:type="spellStart"/>
      <w:r w:rsidRPr="007B2BD4">
        <w:rPr>
          <w:rFonts w:cs="Arial"/>
          <w:szCs w:val="24"/>
        </w:rPr>
        <w:t>нутгийн</w:t>
      </w:r>
      <w:proofErr w:type="spellEnd"/>
      <w:r w:rsidRPr="007B2BD4">
        <w:rPr>
          <w:rFonts w:cs="Arial"/>
          <w:szCs w:val="24"/>
        </w:rPr>
        <w:t xml:space="preserve"> </w:t>
      </w:r>
      <w:proofErr w:type="spellStart"/>
      <w:r w:rsidRPr="007B2BD4">
        <w:rPr>
          <w:rFonts w:cs="Arial"/>
          <w:szCs w:val="24"/>
        </w:rPr>
        <w:t>өмчийн</w:t>
      </w:r>
      <w:proofErr w:type="spellEnd"/>
      <w:r w:rsidRPr="007B2BD4">
        <w:rPr>
          <w:rFonts w:cs="Arial"/>
          <w:szCs w:val="24"/>
        </w:rPr>
        <w:t xml:space="preserve"> </w:t>
      </w:r>
      <w:proofErr w:type="spellStart"/>
      <w:r w:rsidRPr="007B2BD4">
        <w:rPr>
          <w:rFonts w:cs="Arial"/>
          <w:szCs w:val="24"/>
        </w:rPr>
        <w:t>хөрөнгөөр</w:t>
      </w:r>
      <w:proofErr w:type="spellEnd"/>
      <w:r w:rsidRPr="007B2BD4">
        <w:rPr>
          <w:rFonts w:cs="Arial"/>
          <w:szCs w:val="24"/>
        </w:rPr>
        <w:t xml:space="preserve"> </w:t>
      </w:r>
      <w:proofErr w:type="spellStart"/>
      <w:r w:rsidRPr="007B2BD4">
        <w:rPr>
          <w:rFonts w:cs="Arial"/>
          <w:szCs w:val="24"/>
        </w:rPr>
        <w:t>бараа</w:t>
      </w:r>
      <w:proofErr w:type="spellEnd"/>
      <w:r w:rsidRPr="007B2BD4">
        <w:rPr>
          <w:rFonts w:cs="Arial"/>
          <w:szCs w:val="24"/>
        </w:rPr>
        <w:t xml:space="preserve">, </w:t>
      </w:r>
      <w:proofErr w:type="spellStart"/>
      <w:r w:rsidRPr="007B2BD4">
        <w:rPr>
          <w:rFonts w:cs="Arial"/>
          <w:szCs w:val="24"/>
        </w:rPr>
        <w:t>ажил</w:t>
      </w:r>
      <w:proofErr w:type="spellEnd"/>
      <w:r w:rsidRPr="007B2BD4">
        <w:rPr>
          <w:rFonts w:cs="Arial"/>
          <w:szCs w:val="24"/>
        </w:rPr>
        <w:t xml:space="preserve">, </w:t>
      </w:r>
      <w:proofErr w:type="spellStart"/>
      <w:r w:rsidRPr="007B2BD4">
        <w:rPr>
          <w:rFonts w:cs="Arial"/>
          <w:szCs w:val="24"/>
        </w:rPr>
        <w:t>үйлчилгээ</w:t>
      </w:r>
      <w:proofErr w:type="spellEnd"/>
      <w:r w:rsidRPr="007B2BD4">
        <w:rPr>
          <w:rFonts w:cs="Arial"/>
          <w:szCs w:val="24"/>
        </w:rPr>
        <w:t xml:space="preserve"> </w:t>
      </w:r>
      <w:proofErr w:type="spellStart"/>
      <w:r w:rsidRPr="007B2BD4">
        <w:rPr>
          <w:rFonts w:cs="Arial"/>
          <w:szCs w:val="24"/>
        </w:rPr>
        <w:t>худалдан</w:t>
      </w:r>
      <w:proofErr w:type="spellEnd"/>
      <w:r w:rsidRPr="007B2BD4">
        <w:rPr>
          <w:rFonts w:cs="Arial"/>
          <w:szCs w:val="24"/>
        </w:rPr>
        <w:t xml:space="preserve"> </w:t>
      </w:r>
      <w:proofErr w:type="spellStart"/>
      <w:r w:rsidRPr="007B2BD4">
        <w:rPr>
          <w:rFonts w:cs="Arial"/>
          <w:szCs w:val="24"/>
        </w:rPr>
        <w:t>авах</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Зөрчлийн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хуульд</w:t>
      </w:r>
      <w:proofErr w:type="spellEnd"/>
      <w:r w:rsidRPr="007B2BD4">
        <w:rPr>
          <w:rFonts w:cs="Arial"/>
          <w:szCs w:val="24"/>
        </w:rPr>
        <w:t xml:space="preserve"> </w:t>
      </w:r>
      <w:proofErr w:type="spellStart"/>
      <w:r w:rsidRPr="007B2BD4">
        <w:rPr>
          <w:rFonts w:cs="Arial"/>
          <w:szCs w:val="24"/>
        </w:rPr>
        <w:t>холбогдох</w:t>
      </w:r>
      <w:proofErr w:type="spellEnd"/>
      <w:r w:rsidRPr="007B2BD4">
        <w:rPr>
          <w:rFonts w:cs="Arial"/>
          <w:szCs w:val="24"/>
        </w:rPr>
        <w:t xml:space="preserve"> </w:t>
      </w:r>
      <w:proofErr w:type="spellStart"/>
      <w:r w:rsidRPr="007B2BD4">
        <w:rPr>
          <w:rFonts w:cs="Arial"/>
          <w:szCs w:val="24"/>
        </w:rPr>
        <w:t>нэмэлт</w:t>
      </w:r>
      <w:proofErr w:type="spellEnd"/>
      <w:r w:rsidRPr="007B2BD4">
        <w:rPr>
          <w:rFonts w:cs="Arial"/>
          <w:szCs w:val="24"/>
        </w:rPr>
        <w:t xml:space="preserve">, </w:t>
      </w:r>
      <w:proofErr w:type="spellStart"/>
      <w:r w:rsidRPr="007B2BD4">
        <w:rPr>
          <w:rFonts w:cs="Arial"/>
          <w:szCs w:val="24"/>
        </w:rPr>
        <w:t>өөрчлөлт</w:t>
      </w:r>
      <w:proofErr w:type="spellEnd"/>
      <w:r w:rsidRPr="007B2BD4">
        <w:rPr>
          <w:rFonts w:cs="Arial"/>
          <w:szCs w:val="24"/>
        </w:rPr>
        <w:t xml:space="preserve"> </w:t>
      </w:r>
      <w:proofErr w:type="spellStart"/>
      <w:r w:rsidRPr="007B2BD4">
        <w:rPr>
          <w:rFonts w:cs="Arial"/>
          <w:szCs w:val="24"/>
        </w:rPr>
        <w:t>оруулах</w:t>
      </w:r>
      <w:proofErr w:type="spellEnd"/>
      <w:r w:rsidRPr="007B2BD4">
        <w:rPr>
          <w:rFonts w:cs="Arial"/>
          <w:szCs w:val="24"/>
        </w:rPr>
        <w:t xml:space="preserve"> </w:t>
      </w:r>
      <w:proofErr w:type="spellStart"/>
      <w:r w:rsidRPr="007B2BD4">
        <w:rPr>
          <w:rFonts w:cs="Arial"/>
          <w:szCs w:val="24"/>
        </w:rPr>
        <w:t>хэрэгцээг</w:t>
      </w:r>
      <w:proofErr w:type="spellEnd"/>
      <w:r w:rsidRPr="007B2BD4">
        <w:rPr>
          <w:rFonts w:cs="Arial"/>
          <w:szCs w:val="24"/>
        </w:rPr>
        <w:t xml:space="preserve"> </w:t>
      </w:r>
      <w:proofErr w:type="spellStart"/>
      <w:r w:rsidRPr="007B2BD4">
        <w:rPr>
          <w:rFonts w:cs="Arial"/>
          <w:szCs w:val="24"/>
        </w:rPr>
        <w:t>хуулийн</w:t>
      </w:r>
      <w:proofErr w:type="spellEnd"/>
      <w:r w:rsidRPr="007B2BD4">
        <w:rPr>
          <w:rFonts w:cs="Arial"/>
          <w:szCs w:val="24"/>
        </w:rPr>
        <w:t xml:space="preserve"> </w:t>
      </w:r>
      <w:proofErr w:type="spellStart"/>
      <w:r w:rsidRPr="007B2BD4">
        <w:rPr>
          <w:rFonts w:cs="Arial"/>
          <w:szCs w:val="24"/>
        </w:rPr>
        <w:t>төслийн</w:t>
      </w:r>
      <w:proofErr w:type="spellEnd"/>
      <w:r w:rsidRPr="007B2BD4">
        <w:rPr>
          <w:rFonts w:cs="Arial"/>
          <w:szCs w:val="24"/>
        </w:rPr>
        <w:t xml:space="preserve"> </w:t>
      </w:r>
      <w:proofErr w:type="spellStart"/>
      <w:r w:rsidRPr="007B2BD4">
        <w:rPr>
          <w:rFonts w:cs="Arial"/>
          <w:szCs w:val="24"/>
        </w:rPr>
        <w:t>үр</w:t>
      </w:r>
      <w:proofErr w:type="spellEnd"/>
      <w:r w:rsidRPr="007B2BD4">
        <w:rPr>
          <w:rFonts w:cs="Arial"/>
          <w:szCs w:val="24"/>
        </w:rPr>
        <w:t xml:space="preserve"> </w:t>
      </w:r>
      <w:proofErr w:type="spellStart"/>
      <w:r w:rsidRPr="007B2BD4">
        <w:rPr>
          <w:rFonts w:cs="Arial"/>
          <w:szCs w:val="24"/>
        </w:rPr>
        <w:t>нөлөөний</w:t>
      </w:r>
      <w:proofErr w:type="spellEnd"/>
      <w:r w:rsidRPr="007B2BD4">
        <w:rPr>
          <w:rFonts w:cs="Arial"/>
          <w:szCs w:val="24"/>
        </w:rPr>
        <w:t xml:space="preserve"> </w:t>
      </w:r>
      <w:proofErr w:type="spellStart"/>
      <w:r w:rsidRPr="007B2BD4">
        <w:rPr>
          <w:rFonts w:cs="Arial"/>
          <w:szCs w:val="24"/>
        </w:rPr>
        <w:t>үнэлгээ</w:t>
      </w:r>
      <w:proofErr w:type="spellEnd"/>
      <w:r w:rsidRPr="007B2BD4">
        <w:rPr>
          <w:rFonts w:cs="Arial"/>
          <w:szCs w:val="24"/>
        </w:rPr>
        <w:t xml:space="preserve"> </w:t>
      </w:r>
      <w:proofErr w:type="spellStart"/>
      <w:r w:rsidRPr="007B2BD4">
        <w:rPr>
          <w:rFonts w:cs="Arial"/>
          <w:szCs w:val="24"/>
        </w:rPr>
        <w:t>болон</w:t>
      </w:r>
      <w:proofErr w:type="spellEnd"/>
      <w:r w:rsidRPr="007B2BD4">
        <w:rPr>
          <w:rFonts w:cs="Arial"/>
          <w:szCs w:val="24"/>
        </w:rPr>
        <w:t xml:space="preserve"> </w:t>
      </w:r>
      <w:proofErr w:type="spellStart"/>
      <w:r w:rsidRPr="007B2BD4">
        <w:rPr>
          <w:rFonts w:cs="Arial"/>
          <w:szCs w:val="24"/>
        </w:rPr>
        <w:t>харилцан</w:t>
      </w:r>
      <w:proofErr w:type="spellEnd"/>
      <w:r w:rsidRPr="007B2BD4">
        <w:rPr>
          <w:rFonts w:cs="Arial"/>
          <w:szCs w:val="24"/>
        </w:rPr>
        <w:t xml:space="preserve"> </w:t>
      </w:r>
      <w:proofErr w:type="spellStart"/>
      <w:r w:rsidRPr="007B2BD4">
        <w:rPr>
          <w:rFonts w:cs="Arial"/>
          <w:szCs w:val="24"/>
        </w:rPr>
        <w:t>уялдааны</w:t>
      </w:r>
      <w:proofErr w:type="spellEnd"/>
      <w:r w:rsidRPr="007B2BD4">
        <w:rPr>
          <w:rFonts w:cs="Arial"/>
          <w:szCs w:val="24"/>
        </w:rPr>
        <w:t xml:space="preserve"> </w:t>
      </w:r>
      <w:proofErr w:type="spellStart"/>
      <w:r w:rsidRPr="007B2BD4">
        <w:rPr>
          <w:rFonts w:cs="Arial"/>
          <w:szCs w:val="24"/>
        </w:rPr>
        <w:t>шалгалтаар</w:t>
      </w:r>
      <w:proofErr w:type="spellEnd"/>
      <w:r w:rsidRPr="007B2BD4">
        <w:rPr>
          <w:rFonts w:cs="Arial"/>
          <w:szCs w:val="24"/>
        </w:rPr>
        <w:t xml:space="preserve"> </w:t>
      </w:r>
      <w:proofErr w:type="spellStart"/>
      <w:r w:rsidRPr="007B2BD4">
        <w:rPr>
          <w:rFonts w:cs="Arial"/>
          <w:szCs w:val="24"/>
        </w:rPr>
        <w:t>эцэслэн</w:t>
      </w:r>
      <w:proofErr w:type="spellEnd"/>
      <w:r w:rsidRPr="007B2BD4">
        <w:rPr>
          <w:rFonts w:cs="Arial"/>
          <w:szCs w:val="24"/>
        </w:rPr>
        <w:t xml:space="preserve"> </w:t>
      </w:r>
      <w:proofErr w:type="spellStart"/>
      <w:r w:rsidRPr="007B2BD4">
        <w:rPr>
          <w:rFonts w:cs="Arial"/>
          <w:szCs w:val="24"/>
        </w:rPr>
        <w:t>тогтооно</w:t>
      </w:r>
      <w:proofErr w:type="spellEnd"/>
      <w:r w:rsidRPr="007B2BD4">
        <w:rPr>
          <w:rFonts w:cs="Arial"/>
          <w:szCs w:val="24"/>
        </w:rPr>
        <w:t xml:space="preserve">. </w:t>
      </w:r>
      <w:proofErr w:type="spellStart"/>
      <w:r w:rsidRPr="007B2BD4">
        <w:rPr>
          <w:rFonts w:cs="Arial"/>
          <w:szCs w:val="24"/>
        </w:rPr>
        <w:t>Хэрэгжилтийн</w:t>
      </w:r>
      <w:proofErr w:type="spellEnd"/>
      <w:r w:rsidRPr="007B2BD4">
        <w:rPr>
          <w:rFonts w:cs="Arial"/>
          <w:szCs w:val="24"/>
        </w:rPr>
        <w:t xml:space="preserve"> </w:t>
      </w:r>
      <w:proofErr w:type="spellStart"/>
      <w:r w:rsidRPr="007B2BD4">
        <w:rPr>
          <w:rFonts w:cs="Arial"/>
          <w:szCs w:val="24"/>
        </w:rPr>
        <w:t>бэлтгэл</w:t>
      </w:r>
      <w:proofErr w:type="spellEnd"/>
      <w:r w:rsidRPr="007B2BD4">
        <w:rPr>
          <w:rFonts w:cs="Arial"/>
          <w:szCs w:val="24"/>
        </w:rPr>
        <w:t xml:space="preserve">, </w:t>
      </w:r>
      <w:proofErr w:type="spellStart"/>
      <w:r w:rsidRPr="007B2BD4">
        <w:rPr>
          <w:rFonts w:cs="Arial"/>
          <w:szCs w:val="24"/>
        </w:rPr>
        <w:t>шилжилтийн</w:t>
      </w:r>
      <w:proofErr w:type="spellEnd"/>
      <w:r w:rsidRPr="007B2BD4">
        <w:rPr>
          <w:rFonts w:cs="Arial"/>
          <w:szCs w:val="24"/>
        </w:rPr>
        <w:t xml:space="preserve"> </w:t>
      </w:r>
      <w:proofErr w:type="spellStart"/>
      <w:r w:rsidRPr="007B2BD4">
        <w:rPr>
          <w:rFonts w:cs="Arial"/>
          <w:szCs w:val="24"/>
        </w:rPr>
        <w:t>хугацаа</w:t>
      </w:r>
      <w:proofErr w:type="spellEnd"/>
      <w:r w:rsidRPr="007B2BD4">
        <w:rPr>
          <w:rFonts w:cs="Arial"/>
          <w:szCs w:val="24"/>
        </w:rPr>
        <w:t xml:space="preserve">, </w:t>
      </w:r>
      <w:proofErr w:type="spellStart"/>
      <w:r w:rsidRPr="007B2BD4">
        <w:rPr>
          <w:rFonts w:cs="Arial"/>
          <w:szCs w:val="24"/>
        </w:rPr>
        <w:t>өмнө</w:t>
      </w:r>
      <w:proofErr w:type="spellEnd"/>
      <w:r w:rsidRPr="007B2BD4">
        <w:rPr>
          <w:rFonts w:cs="Arial"/>
          <w:szCs w:val="24"/>
        </w:rPr>
        <w:t xml:space="preserve"> </w:t>
      </w:r>
      <w:proofErr w:type="spellStart"/>
      <w:r w:rsidRPr="007B2BD4">
        <w:rPr>
          <w:rFonts w:cs="Arial"/>
          <w:szCs w:val="24"/>
        </w:rPr>
        <w:t>байгуулсан</w:t>
      </w:r>
      <w:proofErr w:type="spellEnd"/>
      <w:r w:rsidRPr="007B2BD4">
        <w:rPr>
          <w:rFonts w:cs="Arial"/>
          <w:szCs w:val="24"/>
        </w:rPr>
        <w:t xml:space="preserve"> </w:t>
      </w:r>
      <w:proofErr w:type="spellStart"/>
      <w:r w:rsidRPr="007B2BD4">
        <w:rPr>
          <w:rFonts w:cs="Arial"/>
          <w:szCs w:val="24"/>
        </w:rPr>
        <w:t>гэрээ</w:t>
      </w:r>
      <w:proofErr w:type="spellEnd"/>
      <w:r w:rsidRPr="007B2BD4">
        <w:rPr>
          <w:rFonts w:cs="Arial"/>
          <w:szCs w:val="24"/>
        </w:rPr>
        <w:t xml:space="preserve">, </w:t>
      </w:r>
      <w:proofErr w:type="spellStart"/>
      <w:r w:rsidRPr="007B2BD4">
        <w:rPr>
          <w:rFonts w:cs="Arial"/>
          <w:szCs w:val="24"/>
        </w:rPr>
        <w:t>бүртгэл</w:t>
      </w:r>
      <w:proofErr w:type="spellEnd"/>
      <w:r w:rsidRPr="007B2BD4">
        <w:rPr>
          <w:rFonts w:cs="Arial"/>
          <w:szCs w:val="24"/>
        </w:rPr>
        <w:t xml:space="preserve">, </w:t>
      </w:r>
      <w:proofErr w:type="spellStart"/>
      <w:r w:rsidRPr="007B2BD4">
        <w:rPr>
          <w:rFonts w:cs="Arial"/>
          <w:szCs w:val="24"/>
        </w:rPr>
        <w:t>төсөлд</w:t>
      </w:r>
      <w:proofErr w:type="spellEnd"/>
      <w:r w:rsidRPr="007B2BD4">
        <w:rPr>
          <w:rFonts w:cs="Arial"/>
          <w:szCs w:val="24"/>
        </w:rPr>
        <w:t xml:space="preserve"> </w:t>
      </w:r>
      <w:proofErr w:type="spellStart"/>
      <w:r w:rsidRPr="007B2BD4">
        <w:rPr>
          <w:rFonts w:cs="Arial"/>
          <w:szCs w:val="24"/>
        </w:rPr>
        <w:t>шинэ</w:t>
      </w:r>
      <w:proofErr w:type="spellEnd"/>
      <w:r w:rsidRPr="007B2BD4">
        <w:rPr>
          <w:rFonts w:cs="Arial"/>
          <w:szCs w:val="24"/>
        </w:rPr>
        <w:t xml:space="preserve"> </w:t>
      </w:r>
      <w:proofErr w:type="spellStart"/>
      <w:r w:rsidRPr="007B2BD4">
        <w:rPr>
          <w:rFonts w:cs="Arial"/>
          <w:szCs w:val="24"/>
        </w:rPr>
        <w:t>шаардлагыг</w:t>
      </w:r>
      <w:proofErr w:type="spellEnd"/>
      <w:r w:rsidRPr="007B2BD4">
        <w:rPr>
          <w:rFonts w:cs="Arial"/>
          <w:szCs w:val="24"/>
        </w:rPr>
        <w:t xml:space="preserve"> </w:t>
      </w:r>
      <w:proofErr w:type="spellStart"/>
      <w:r w:rsidRPr="007B2BD4">
        <w:rPr>
          <w:rFonts w:cs="Arial"/>
          <w:szCs w:val="24"/>
        </w:rPr>
        <w:t>хэрхэн</w:t>
      </w:r>
      <w:proofErr w:type="spellEnd"/>
      <w:r w:rsidRPr="007B2BD4">
        <w:rPr>
          <w:rFonts w:cs="Arial"/>
          <w:szCs w:val="24"/>
        </w:rPr>
        <w:t xml:space="preserve"> </w:t>
      </w:r>
      <w:proofErr w:type="spellStart"/>
      <w:r w:rsidRPr="007B2BD4">
        <w:rPr>
          <w:rFonts w:cs="Arial"/>
          <w:szCs w:val="24"/>
        </w:rPr>
        <w:t>хэрэглэхийг</w:t>
      </w:r>
      <w:proofErr w:type="spellEnd"/>
      <w:r w:rsidRPr="007B2BD4">
        <w:rPr>
          <w:rFonts w:cs="Arial"/>
          <w:szCs w:val="24"/>
        </w:rPr>
        <w:t xml:space="preserve"> </w:t>
      </w:r>
      <w:proofErr w:type="spellStart"/>
      <w:r w:rsidRPr="007B2BD4">
        <w:rPr>
          <w:rFonts w:cs="Arial"/>
          <w:szCs w:val="24"/>
        </w:rPr>
        <w:t>тусгайлан</w:t>
      </w:r>
      <w:proofErr w:type="spellEnd"/>
      <w:r w:rsidRPr="007B2BD4">
        <w:rPr>
          <w:rFonts w:cs="Arial"/>
          <w:szCs w:val="24"/>
        </w:rPr>
        <w:t xml:space="preserve"> </w:t>
      </w:r>
      <w:proofErr w:type="spellStart"/>
      <w:r w:rsidRPr="007B2BD4">
        <w:rPr>
          <w:rFonts w:cs="Arial"/>
          <w:szCs w:val="24"/>
        </w:rPr>
        <w:t>зохицуулах</w:t>
      </w:r>
      <w:proofErr w:type="spellEnd"/>
      <w:r w:rsidRPr="007B2BD4">
        <w:rPr>
          <w:rFonts w:cs="Arial"/>
          <w:szCs w:val="24"/>
        </w:rPr>
        <w:t xml:space="preserve"> </w:t>
      </w:r>
      <w:proofErr w:type="spellStart"/>
      <w:r w:rsidRPr="007B2BD4">
        <w:rPr>
          <w:rFonts w:cs="Arial"/>
          <w:szCs w:val="24"/>
        </w:rPr>
        <w:t>шаардлагатай</w:t>
      </w:r>
      <w:proofErr w:type="spellEnd"/>
      <w:r w:rsidRPr="007B2BD4">
        <w:rPr>
          <w:rFonts w:cs="Arial"/>
          <w:szCs w:val="24"/>
        </w:rPr>
        <w:t xml:space="preserve"> </w:t>
      </w:r>
      <w:proofErr w:type="spellStart"/>
      <w:r w:rsidRPr="007B2BD4">
        <w:rPr>
          <w:rFonts w:cs="Arial"/>
          <w:szCs w:val="24"/>
        </w:rPr>
        <w:t>бол</w:t>
      </w:r>
      <w:proofErr w:type="spellEnd"/>
      <w:r w:rsidRPr="007B2BD4">
        <w:rPr>
          <w:rFonts w:cs="Arial"/>
          <w:szCs w:val="24"/>
        </w:rPr>
        <w:t xml:space="preserve"> </w:t>
      </w:r>
      <w:proofErr w:type="spellStart"/>
      <w:r w:rsidRPr="007B2BD4">
        <w:rPr>
          <w:rFonts w:cs="Arial"/>
          <w:szCs w:val="24"/>
        </w:rPr>
        <w:t>Хотын</w:t>
      </w:r>
      <w:proofErr w:type="spellEnd"/>
      <w:r w:rsidRPr="007B2BD4">
        <w:rPr>
          <w:rFonts w:cs="Arial"/>
          <w:szCs w:val="24"/>
        </w:rPr>
        <w:t xml:space="preserve"> </w:t>
      </w:r>
      <w:proofErr w:type="spellStart"/>
      <w:r w:rsidRPr="007B2BD4">
        <w:rPr>
          <w:rFonts w:cs="Arial"/>
          <w:szCs w:val="24"/>
        </w:rPr>
        <w:t>ой</w:t>
      </w:r>
      <w:proofErr w:type="spellEnd"/>
      <w:r w:rsidRPr="007B2BD4">
        <w:rPr>
          <w:rFonts w:cs="Arial"/>
          <w:szCs w:val="24"/>
        </w:rPr>
        <w:t xml:space="preserve">, </w:t>
      </w:r>
      <w:proofErr w:type="spellStart"/>
      <w:r w:rsidRPr="007B2BD4">
        <w:rPr>
          <w:rFonts w:cs="Arial"/>
          <w:szCs w:val="24"/>
        </w:rPr>
        <w:t>ногоон</w:t>
      </w:r>
      <w:proofErr w:type="spellEnd"/>
      <w:r w:rsidRPr="007B2BD4">
        <w:rPr>
          <w:rFonts w:cs="Arial"/>
          <w:szCs w:val="24"/>
        </w:rPr>
        <w:t xml:space="preserve"> </w:t>
      </w:r>
      <w:proofErr w:type="spellStart"/>
      <w:r w:rsidRPr="007B2BD4">
        <w:rPr>
          <w:rFonts w:cs="Arial"/>
          <w:szCs w:val="24"/>
        </w:rPr>
        <w:t>дэд</w:t>
      </w:r>
      <w:proofErr w:type="spellEnd"/>
      <w:r w:rsidRPr="007B2BD4">
        <w:rPr>
          <w:rFonts w:cs="Arial"/>
          <w:szCs w:val="24"/>
        </w:rPr>
        <w:t xml:space="preserve"> </w:t>
      </w:r>
      <w:proofErr w:type="spellStart"/>
      <w:r w:rsidRPr="007B2BD4">
        <w:rPr>
          <w:rFonts w:cs="Arial"/>
          <w:szCs w:val="24"/>
        </w:rPr>
        <w:t>бүтцийн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хуулийг</w:t>
      </w:r>
      <w:proofErr w:type="spellEnd"/>
      <w:r w:rsidRPr="007B2BD4">
        <w:rPr>
          <w:rFonts w:cs="Arial"/>
          <w:szCs w:val="24"/>
        </w:rPr>
        <w:t xml:space="preserve"> </w:t>
      </w:r>
      <w:proofErr w:type="spellStart"/>
      <w:r w:rsidRPr="007B2BD4">
        <w:rPr>
          <w:rFonts w:cs="Arial"/>
          <w:szCs w:val="24"/>
        </w:rPr>
        <w:t>дагаж</w:t>
      </w:r>
      <w:proofErr w:type="spellEnd"/>
      <w:r w:rsidRPr="007B2BD4">
        <w:rPr>
          <w:rFonts w:cs="Arial"/>
          <w:szCs w:val="24"/>
        </w:rPr>
        <w:t xml:space="preserve"> </w:t>
      </w:r>
      <w:proofErr w:type="spellStart"/>
      <w:r w:rsidRPr="007B2BD4">
        <w:rPr>
          <w:rFonts w:cs="Arial"/>
          <w:szCs w:val="24"/>
        </w:rPr>
        <w:t>мөрдөх</w:t>
      </w:r>
      <w:proofErr w:type="spellEnd"/>
      <w:r w:rsidRPr="007B2BD4">
        <w:rPr>
          <w:rFonts w:cs="Arial"/>
          <w:szCs w:val="24"/>
        </w:rPr>
        <w:t xml:space="preserve"> </w:t>
      </w:r>
      <w:proofErr w:type="spellStart"/>
      <w:r w:rsidRPr="007B2BD4">
        <w:rPr>
          <w:rFonts w:cs="Arial"/>
          <w:szCs w:val="24"/>
        </w:rPr>
        <w:t>журмын</w:t>
      </w:r>
      <w:proofErr w:type="spellEnd"/>
      <w:r w:rsidRPr="007B2BD4">
        <w:rPr>
          <w:rFonts w:cs="Arial"/>
          <w:szCs w:val="24"/>
        </w:rPr>
        <w:t xml:space="preserve"> </w:t>
      </w:r>
      <w:proofErr w:type="spellStart"/>
      <w:r w:rsidRPr="007B2BD4">
        <w:rPr>
          <w:rFonts w:cs="Arial"/>
          <w:szCs w:val="24"/>
        </w:rPr>
        <w:t>тухай</w:t>
      </w:r>
      <w:proofErr w:type="spellEnd"/>
      <w:r w:rsidRPr="007B2BD4">
        <w:rPr>
          <w:rFonts w:cs="Arial"/>
          <w:szCs w:val="24"/>
        </w:rPr>
        <w:t xml:space="preserve"> </w:t>
      </w:r>
      <w:proofErr w:type="spellStart"/>
      <w:r w:rsidRPr="007B2BD4">
        <w:rPr>
          <w:rFonts w:cs="Arial"/>
          <w:szCs w:val="24"/>
        </w:rPr>
        <w:t>хуулийн</w:t>
      </w:r>
      <w:proofErr w:type="spellEnd"/>
      <w:r w:rsidRPr="007B2BD4">
        <w:rPr>
          <w:rFonts w:cs="Arial"/>
          <w:szCs w:val="24"/>
        </w:rPr>
        <w:t xml:space="preserve"> </w:t>
      </w:r>
      <w:proofErr w:type="spellStart"/>
      <w:r w:rsidRPr="007B2BD4">
        <w:rPr>
          <w:rFonts w:cs="Arial"/>
          <w:szCs w:val="24"/>
        </w:rPr>
        <w:t>төслийг</w:t>
      </w:r>
      <w:proofErr w:type="spellEnd"/>
      <w:r w:rsidRPr="007B2BD4">
        <w:rPr>
          <w:rFonts w:cs="Arial"/>
          <w:szCs w:val="24"/>
        </w:rPr>
        <w:t xml:space="preserve"> </w:t>
      </w:r>
      <w:proofErr w:type="spellStart"/>
      <w:r w:rsidRPr="007B2BD4">
        <w:rPr>
          <w:rFonts w:cs="Arial"/>
          <w:szCs w:val="24"/>
        </w:rPr>
        <w:t>хамтад</w:t>
      </w:r>
      <w:proofErr w:type="spellEnd"/>
      <w:r w:rsidRPr="007B2BD4">
        <w:rPr>
          <w:rFonts w:cs="Arial"/>
          <w:szCs w:val="24"/>
        </w:rPr>
        <w:t xml:space="preserve"> </w:t>
      </w:r>
      <w:proofErr w:type="spellStart"/>
      <w:r w:rsidRPr="007B2BD4">
        <w:rPr>
          <w:rFonts w:cs="Arial"/>
          <w:szCs w:val="24"/>
        </w:rPr>
        <w:t>нь</w:t>
      </w:r>
      <w:proofErr w:type="spellEnd"/>
      <w:r w:rsidRPr="007B2BD4">
        <w:rPr>
          <w:rFonts w:cs="Arial"/>
          <w:szCs w:val="24"/>
        </w:rPr>
        <w:t xml:space="preserve"> </w:t>
      </w:r>
      <w:proofErr w:type="spellStart"/>
      <w:r w:rsidRPr="007B2BD4">
        <w:rPr>
          <w:rFonts w:cs="Arial"/>
          <w:szCs w:val="24"/>
        </w:rPr>
        <w:t>боловсруулна</w:t>
      </w:r>
      <w:proofErr w:type="spellEnd"/>
      <w:r w:rsidRPr="007B2BD4">
        <w:rPr>
          <w:rFonts w:cs="Arial"/>
          <w:szCs w:val="24"/>
        </w:rPr>
        <w:t>.</w:t>
      </w:r>
    </w:p>
    <w:p w14:paraId="784BDB38" w14:textId="77777777" w:rsidR="00544E5A" w:rsidRPr="007B2BD4" w:rsidRDefault="00000000">
      <w:pPr>
        <w:rPr>
          <w:rFonts w:cs="Arial"/>
          <w:szCs w:val="24"/>
        </w:rPr>
      </w:pPr>
      <w:proofErr w:type="spellStart"/>
      <w:r w:rsidRPr="007B2BD4">
        <w:rPr>
          <w:rFonts w:cs="Arial"/>
          <w:szCs w:val="24"/>
        </w:rPr>
        <w:t>Хуулийн</w:t>
      </w:r>
      <w:proofErr w:type="spellEnd"/>
      <w:r w:rsidRPr="007B2BD4">
        <w:rPr>
          <w:rFonts w:cs="Arial"/>
          <w:szCs w:val="24"/>
        </w:rPr>
        <w:t xml:space="preserve"> </w:t>
      </w:r>
      <w:proofErr w:type="spellStart"/>
      <w:r w:rsidRPr="007B2BD4">
        <w:rPr>
          <w:rFonts w:cs="Arial"/>
          <w:szCs w:val="24"/>
        </w:rPr>
        <w:t>төсөлд</w:t>
      </w:r>
      <w:proofErr w:type="spellEnd"/>
      <w:r w:rsidRPr="007B2BD4">
        <w:rPr>
          <w:rFonts w:cs="Arial"/>
          <w:szCs w:val="24"/>
        </w:rPr>
        <w:t xml:space="preserve"> </w:t>
      </w:r>
      <w:proofErr w:type="spellStart"/>
      <w:r w:rsidRPr="007B2BD4">
        <w:rPr>
          <w:rFonts w:cs="Arial"/>
          <w:szCs w:val="24"/>
        </w:rPr>
        <w:t>тусгасан</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үүрэг</w:t>
      </w:r>
      <w:proofErr w:type="spellEnd"/>
      <w:r w:rsidRPr="007B2BD4">
        <w:rPr>
          <w:rFonts w:cs="Arial"/>
          <w:szCs w:val="24"/>
        </w:rPr>
        <w:t xml:space="preserve">, </w:t>
      </w:r>
      <w:proofErr w:type="spellStart"/>
      <w:r w:rsidRPr="007B2BD4">
        <w:rPr>
          <w:rFonts w:cs="Arial"/>
          <w:szCs w:val="24"/>
        </w:rPr>
        <w:t>хориглолт</w:t>
      </w:r>
      <w:proofErr w:type="spellEnd"/>
      <w:r w:rsidRPr="007B2BD4">
        <w:rPr>
          <w:rFonts w:cs="Arial"/>
          <w:szCs w:val="24"/>
        </w:rPr>
        <w:t xml:space="preserve">, </w:t>
      </w:r>
      <w:proofErr w:type="spellStart"/>
      <w:r w:rsidRPr="007B2BD4">
        <w:rPr>
          <w:rFonts w:cs="Arial"/>
          <w:szCs w:val="24"/>
        </w:rPr>
        <w:t>хариуцлагыг</w:t>
      </w:r>
      <w:proofErr w:type="spellEnd"/>
      <w:r w:rsidRPr="007B2BD4">
        <w:rPr>
          <w:rFonts w:cs="Arial"/>
          <w:szCs w:val="24"/>
        </w:rPr>
        <w:t xml:space="preserve"> </w:t>
      </w:r>
      <w:proofErr w:type="spellStart"/>
      <w:r w:rsidRPr="007B2BD4">
        <w:rPr>
          <w:rFonts w:cs="Arial"/>
          <w:szCs w:val="24"/>
        </w:rPr>
        <w:t>Засгийн</w:t>
      </w:r>
      <w:proofErr w:type="spellEnd"/>
      <w:r w:rsidRPr="007B2BD4">
        <w:rPr>
          <w:rFonts w:cs="Arial"/>
          <w:szCs w:val="24"/>
        </w:rPr>
        <w:t xml:space="preserve"> </w:t>
      </w:r>
      <w:proofErr w:type="spellStart"/>
      <w:r w:rsidRPr="007B2BD4">
        <w:rPr>
          <w:rFonts w:cs="Arial"/>
          <w:szCs w:val="24"/>
        </w:rPr>
        <w:t>газар</w:t>
      </w:r>
      <w:proofErr w:type="spellEnd"/>
      <w:r w:rsidRPr="007B2BD4">
        <w:rPr>
          <w:rFonts w:cs="Arial"/>
          <w:szCs w:val="24"/>
        </w:rPr>
        <w:t xml:space="preserve">, </w:t>
      </w:r>
      <w:proofErr w:type="spellStart"/>
      <w:r w:rsidRPr="007B2BD4">
        <w:rPr>
          <w:rFonts w:cs="Arial"/>
          <w:szCs w:val="24"/>
        </w:rPr>
        <w:t>сайдын</w:t>
      </w:r>
      <w:proofErr w:type="spellEnd"/>
      <w:r w:rsidRPr="007B2BD4">
        <w:rPr>
          <w:rFonts w:cs="Arial"/>
          <w:szCs w:val="24"/>
        </w:rPr>
        <w:t xml:space="preserve"> </w:t>
      </w:r>
      <w:proofErr w:type="spellStart"/>
      <w:r w:rsidRPr="007B2BD4">
        <w:rPr>
          <w:rFonts w:cs="Arial"/>
          <w:szCs w:val="24"/>
        </w:rPr>
        <w:t>журамд</w:t>
      </w:r>
      <w:proofErr w:type="spellEnd"/>
      <w:r w:rsidRPr="007B2BD4">
        <w:rPr>
          <w:rFonts w:cs="Arial"/>
          <w:szCs w:val="24"/>
        </w:rPr>
        <w:t xml:space="preserve"> </w:t>
      </w:r>
      <w:proofErr w:type="spellStart"/>
      <w:r w:rsidRPr="007B2BD4">
        <w:rPr>
          <w:rFonts w:cs="Arial"/>
          <w:szCs w:val="24"/>
        </w:rPr>
        <w:t>шилжүүлэхгүй</w:t>
      </w:r>
      <w:proofErr w:type="spellEnd"/>
      <w:r w:rsidRPr="007B2BD4">
        <w:rPr>
          <w:rFonts w:cs="Arial"/>
          <w:szCs w:val="24"/>
        </w:rPr>
        <w:t xml:space="preserve"> </w:t>
      </w:r>
      <w:proofErr w:type="spellStart"/>
      <w:r w:rsidRPr="007B2BD4">
        <w:rPr>
          <w:rFonts w:cs="Arial"/>
          <w:szCs w:val="24"/>
        </w:rPr>
        <w:t>бөгөөд</w:t>
      </w:r>
      <w:proofErr w:type="spellEnd"/>
      <w:r w:rsidRPr="007B2BD4">
        <w:rPr>
          <w:rFonts w:cs="Arial"/>
          <w:szCs w:val="24"/>
        </w:rPr>
        <w:t xml:space="preserve"> </w:t>
      </w:r>
      <w:proofErr w:type="spellStart"/>
      <w:r w:rsidRPr="007B2BD4">
        <w:rPr>
          <w:rFonts w:cs="Arial"/>
          <w:szCs w:val="24"/>
        </w:rPr>
        <w:t>мэргэжлийн</w:t>
      </w:r>
      <w:proofErr w:type="spellEnd"/>
      <w:r w:rsidRPr="007B2BD4">
        <w:rPr>
          <w:rFonts w:cs="Arial"/>
          <w:szCs w:val="24"/>
        </w:rPr>
        <w:t xml:space="preserve"> </w:t>
      </w:r>
      <w:proofErr w:type="spellStart"/>
      <w:r w:rsidRPr="007B2BD4">
        <w:rPr>
          <w:rFonts w:cs="Arial"/>
          <w:szCs w:val="24"/>
        </w:rPr>
        <w:t>аргачлалаар</w:t>
      </w:r>
      <w:proofErr w:type="spellEnd"/>
      <w:r w:rsidRPr="007B2BD4">
        <w:rPr>
          <w:rFonts w:cs="Arial"/>
          <w:szCs w:val="24"/>
        </w:rPr>
        <w:t xml:space="preserve"> </w:t>
      </w:r>
      <w:proofErr w:type="spellStart"/>
      <w:r w:rsidRPr="007B2BD4">
        <w:rPr>
          <w:rFonts w:cs="Arial"/>
          <w:szCs w:val="24"/>
        </w:rPr>
        <w:t>зөвхөн</w:t>
      </w:r>
      <w:proofErr w:type="spellEnd"/>
      <w:r w:rsidRPr="007B2BD4">
        <w:rPr>
          <w:rFonts w:cs="Arial"/>
          <w:szCs w:val="24"/>
        </w:rPr>
        <w:t xml:space="preserve"> </w:t>
      </w:r>
      <w:proofErr w:type="spellStart"/>
      <w:r w:rsidRPr="007B2BD4">
        <w:rPr>
          <w:rFonts w:cs="Arial"/>
          <w:szCs w:val="24"/>
        </w:rPr>
        <w:t>хэмжилт</w:t>
      </w:r>
      <w:proofErr w:type="spellEnd"/>
      <w:r w:rsidRPr="007B2BD4">
        <w:rPr>
          <w:rFonts w:cs="Arial"/>
          <w:szCs w:val="24"/>
        </w:rPr>
        <w:t xml:space="preserve">, </w:t>
      </w:r>
      <w:proofErr w:type="spellStart"/>
      <w:r w:rsidRPr="007B2BD4">
        <w:rPr>
          <w:rFonts w:cs="Arial"/>
          <w:szCs w:val="24"/>
        </w:rPr>
        <w:t>үнэлгээ</w:t>
      </w:r>
      <w:proofErr w:type="spellEnd"/>
      <w:r w:rsidRPr="007B2BD4">
        <w:rPr>
          <w:rFonts w:cs="Arial"/>
          <w:szCs w:val="24"/>
        </w:rPr>
        <w:t xml:space="preserve">, </w:t>
      </w:r>
      <w:proofErr w:type="spellStart"/>
      <w:r w:rsidRPr="007B2BD4">
        <w:rPr>
          <w:rFonts w:cs="Arial"/>
          <w:szCs w:val="24"/>
        </w:rPr>
        <w:t>техникийн</w:t>
      </w:r>
      <w:proofErr w:type="spellEnd"/>
      <w:r w:rsidRPr="007B2BD4">
        <w:rPr>
          <w:rFonts w:cs="Arial"/>
          <w:szCs w:val="24"/>
        </w:rPr>
        <w:t xml:space="preserve"> </w:t>
      </w:r>
      <w:proofErr w:type="spellStart"/>
      <w:r w:rsidRPr="007B2BD4">
        <w:rPr>
          <w:rFonts w:cs="Arial"/>
          <w:szCs w:val="24"/>
        </w:rPr>
        <w:t>ажиллагааны</w:t>
      </w:r>
      <w:proofErr w:type="spellEnd"/>
      <w:r w:rsidRPr="007B2BD4">
        <w:rPr>
          <w:rFonts w:cs="Arial"/>
          <w:szCs w:val="24"/>
        </w:rPr>
        <w:t xml:space="preserve"> </w:t>
      </w:r>
      <w:proofErr w:type="spellStart"/>
      <w:r w:rsidRPr="007B2BD4">
        <w:rPr>
          <w:rFonts w:cs="Arial"/>
          <w:szCs w:val="24"/>
        </w:rPr>
        <w:t>нарийвчилсан</w:t>
      </w:r>
      <w:proofErr w:type="spellEnd"/>
      <w:r w:rsidRPr="007B2BD4">
        <w:rPr>
          <w:rFonts w:cs="Arial"/>
          <w:szCs w:val="24"/>
        </w:rPr>
        <w:t xml:space="preserve"> </w:t>
      </w:r>
      <w:proofErr w:type="spellStart"/>
      <w:r w:rsidRPr="007B2BD4">
        <w:rPr>
          <w:rFonts w:cs="Arial"/>
          <w:szCs w:val="24"/>
        </w:rPr>
        <w:t>хэлбэрийг</w:t>
      </w:r>
      <w:proofErr w:type="spellEnd"/>
      <w:r w:rsidRPr="007B2BD4">
        <w:rPr>
          <w:rFonts w:cs="Arial"/>
          <w:szCs w:val="24"/>
        </w:rPr>
        <w:t xml:space="preserve"> </w:t>
      </w:r>
      <w:proofErr w:type="spellStart"/>
      <w:r w:rsidRPr="007B2BD4">
        <w:rPr>
          <w:rFonts w:cs="Arial"/>
          <w:szCs w:val="24"/>
        </w:rPr>
        <w:t>тогтооно</w:t>
      </w:r>
      <w:proofErr w:type="spellEnd"/>
      <w:r w:rsidRPr="007B2BD4">
        <w:rPr>
          <w:rFonts w:cs="Arial"/>
          <w:szCs w:val="24"/>
        </w:rPr>
        <w:t xml:space="preserve">. </w:t>
      </w:r>
      <w:proofErr w:type="spellStart"/>
      <w:r w:rsidRPr="007B2BD4">
        <w:rPr>
          <w:rFonts w:cs="Arial"/>
          <w:szCs w:val="24"/>
        </w:rPr>
        <w:t>Ийнхүү</w:t>
      </w:r>
      <w:proofErr w:type="spellEnd"/>
      <w:r w:rsidRPr="007B2BD4">
        <w:rPr>
          <w:rFonts w:cs="Arial"/>
          <w:szCs w:val="24"/>
        </w:rPr>
        <w:t xml:space="preserve"> </w:t>
      </w:r>
      <w:proofErr w:type="spellStart"/>
      <w:r w:rsidRPr="007B2BD4">
        <w:rPr>
          <w:rFonts w:cs="Arial"/>
          <w:szCs w:val="24"/>
        </w:rPr>
        <w:t>хүний</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өмчийн</w:t>
      </w:r>
      <w:proofErr w:type="spellEnd"/>
      <w:r w:rsidRPr="007B2BD4">
        <w:rPr>
          <w:rFonts w:cs="Arial"/>
          <w:szCs w:val="24"/>
        </w:rPr>
        <w:t xml:space="preserve"> </w:t>
      </w:r>
      <w:proofErr w:type="spellStart"/>
      <w:r w:rsidRPr="007B2BD4">
        <w:rPr>
          <w:rFonts w:cs="Arial"/>
          <w:szCs w:val="24"/>
        </w:rPr>
        <w:t>эрх</w:t>
      </w:r>
      <w:proofErr w:type="spellEnd"/>
      <w:r w:rsidRPr="007B2BD4">
        <w:rPr>
          <w:rFonts w:cs="Arial"/>
          <w:szCs w:val="24"/>
        </w:rPr>
        <w:t xml:space="preserve">, </w:t>
      </w:r>
      <w:proofErr w:type="spellStart"/>
      <w:r w:rsidRPr="007B2BD4">
        <w:rPr>
          <w:rFonts w:cs="Arial"/>
          <w:szCs w:val="24"/>
        </w:rPr>
        <w:t>төсвийн</w:t>
      </w:r>
      <w:proofErr w:type="spellEnd"/>
      <w:r w:rsidRPr="007B2BD4">
        <w:rPr>
          <w:rFonts w:cs="Arial"/>
          <w:szCs w:val="24"/>
        </w:rPr>
        <w:t xml:space="preserve"> </w:t>
      </w:r>
      <w:proofErr w:type="spellStart"/>
      <w:r w:rsidRPr="007B2BD4">
        <w:rPr>
          <w:rFonts w:cs="Arial"/>
          <w:szCs w:val="24"/>
        </w:rPr>
        <w:t>үүрэг</w:t>
      </w:r>
      <w:proofErr w:type="spellEnd"/>
      <w:r w:rsidRPr="007B2BD4">
        <w:rPr>
          <w:rFonts w:cs="Arial"/>
          <w:szCs w:val="24"/>
        </w:rPr>
        <w:t xml:space="preserve">, </w:t>
      </w:r>
      <w:proofErr w:type="spellStart"/>
      <w:r w:rsidRPr="007B2BD4">
        <w:rPr>
          <w:rFonts w:cs="Arial"/>
          <w:szCs w:val="24"/>
        </w:rPr>
        <w:t>захиргааны</w:t>
      </w:r>
      <w:proofErr w:type="spellEnd"/>
      <w:r w:rsidRPr="007B2BD4">
        <w:rPr>
          <w:rFonts w:cs="Arial"/>
          <w:szCs w:val="24"/>
        </w:rPr>
        <w:t xml:space="preserve"> </w:t>
      </w:r>
      <w:proofErr w:type="spellStart"/>
      <w:r w:rsidRPr="007B2BD4">
        <w:rPr>
          <w:rFonts w:cs="Arial"/>
          <w:szCs w:val="24"/>
        </w:rPr>
        <w:t>шийдвэрийн</w:t>
      </w:r>
      <w:proofErr w:type="spellEnd"/>
      <w:r w:rsidRPr="007B2BD4">
        <w:rPr>
          <w:rFonts w:cs="Arial"/>
          <w:szCs w:val="24"/>
        </w:rPr>
        <w:t xml:space="preserve"> </w:t>
      </w:r>
      <w:proofErr w:type="spellStart"/>
      <w:r w:rsidRPr="007B2BD4">
        <w:rPr>
          <w:rFonts w:cs="Arial"/>
          <w:szCs w:val="24"/>
        </w:rPr>
        <w:t>үндэслэл</w:t>
      </w:r>
      <w:proofErr w:type="spellEnd"/>
      <w:r w:rsidRPr="007B2BD4">
        <w:rPr>
          <w:rFonts w:cs="Arial"/>
          <w:szCs w:val="24"/>
        </w:rPr>
        <w:t xml:space="preserve">, </w:t>
      </w:r>
      <w:proofErr w:type="spellStart"/>
      <w:r w:rsidRPr="007B2BD4">
        <w:rPr>
          <w:rFonts w:cs="Arial"/>
          <w:szCs w:val="24"/>
        </w:rPr>
        <w:t>гомдлын</w:t>
      </w:r>
      <w:proofErr w:type="spellEnd"/>
      <w:r w:rsidRPr="007B2BD4">
        <w:rPr>
          <w:rFonts w:cs="Arial"/>
          <w:szCs w:val="24"/>
        </w:rPr>
        <w:t xml:space="preserve"> </w:t>
      </w:r>
      <w:proofErr w:type="spellStart"/>
      <w:r w:rsidRPr="007B2BD4">
        <w:rPr>
          <w:rFonts w:cs="Arial"/>
          <w:szCs w:val="24"/>
        </w:rPr>
        <w:t>журмыг</w:t>
      </w:r>
      <w:proofErr w:type="spellEnd"/>
      <w:r w:rsidRPr="007B2BD4">
        <w:rPr>
          <w:rFonts w:cs="Arial"/>
          <w:szCs w:val="24"/>
        </w:rPr>
        <w:t xml:space="preserve"> </w:t>
      </w:r>
      <w:proofErr w:type="spellStart"/>
      <w:r w:rsidRPr="007B2BD4">
        <w:rPr>
          <w:rFonts w:cs="Arial"/>
          <w:szCs w:val="24"/>
        </w:rPr>
        <w:t>хуулиар</w:t>
      </w:r>
      <w:proofErr w:type="spellEnd"/>
      <w:r w:rsidRPr="007B2BD4">
        <w:rPr>
          <w:rFonts w:cs="Arial"/>
          <w:szCs w:val="24"/>
        </w:rPr>
        <w:t xml:space="preserve"> </w:t>
      </w:r>
      <w:proofErr w:type="spellStart"/>
      <w:r w:rsidRPr="007B2BD4">
        <w:rPr>
          <w:rFonts w:cs="Arial"/>
          <w:szCs w:val="24"/>
        </w:rPr>
        <w:t>тогтоох</w:t>
      </w:r>
      <w:proofErr w:type="spellEnd"/>
      <w:r w:rsidRPr="007B2BD4">
        <w:rPr>
          <w:rFonts w:cs="Arial"/>
          <w:szCs w:val="24"/>
        </w:rPr>
        <w:t xml:space="preserve"> </w:t>
      </w:r>
      <w:proofErr w:type="spellStart"/>
      <w:r w:rsidRPr="007B2BD4">
        <w:rPr>
          <w:rFonts w:cs="Arial"/>
          <w:szCs w:val="24"/>
        </w:rPr>
        <w:t>зарчмыг</w:t>
      </w:r>
      <w:proofErr w:type="spellEnd"/>
      <w:r w:rsidRPr="007B2BD4">
        <w:rPr>
          <w:rFonts w:cs="Arial"/>
          <w:szCs w:val="24"/>
        </w:rPr>
        <w:t xml:space="preserve"> </w:t>
      </w:r>
      <w:proofErr w:type="spellStart"/>
      <w:r w:rsidRPr="007B2BD4">
        <w:rPr>
          <w:rFonts w:cs="Arial"/>
          <w:szCs w:val="24"/>
        </w:rPr>
        <w:t>хангана</w:t>
      </w:r>
      <w:proofErr w:type="spellEnd"/>
      <w:r w:rsidRPr="007B2BD4">
        <w:rPr>
          <w:rFonts w:cs="Arial"/>
          <w:szCs w:val="24"/>
        </w:rPr>
        <w:t>.</w:t>
      </w:r>
    </w:p>
    <w:p w14:paraId="462F0872" w14:textId="77777777" w:rsidR="00C53148" w:rsidRDefault="00C53148">
      <w:pPr>
        <w:spacing w:after="0"/>
        <w:ind w:firstLine="0"/>
        <w:jc w:val="center"/>
        <w:rPr>
          <w:rFonts w:cs="Arial"/>
          <w:szCs w:val="24"/>
        </w:rPr>
      </w:pPr>
    </w:p>
    <w:p w14:paraId="1125DF78" w14:textId="53CBA2BD" w:rsidR="00544E5A" w:rsidRPr="007B2BD4" w:rsidRDefault="00000000">
      <w:pPr>
        <w:spacing w:after="0"/>
        <w:ind w:firstLine="0"/>
        <w:jc w:val="center"/>
        <w:rPr>
          <w:rFonts w:cs="Arial"/>
          <w:szCs w:val="24"/>
        </w:rPr>
      </w:pPr>
      <w:r w:rsidRPr="007B2BD4">
        <w:rPr>
          <w:rFonts w:cs="Arial"/>
          <w:szCs w:val="24"/>
        </w:rPr>
        <w:t xml:space="preserve">--- </w:t>
      </w:r>
      <w:proofErr w:type="spellStart"/>
      <w:r w:rsidRPr="007B2BD4">
        <w:rPr>
          <w:rFonts w:cs="Arial"/>
          <w:szCs w:val="24"/>
        </w:rPr>
        <w:t>оОо</w:t>
      </w:r>
      <w:proofErr w:type="spellEnd"/>
      <w:r w:rsidRPr="007B2BD4">
        <w:rPr>
          <w:rFonts w:cs="Arial"/>
          <w:szCs w:val="24"/>
        </w:rPr>
        <w:t xml:space="preserve"> ---</w:t>
      </w:r>
    </w:p>
    <w:sectPr w:rsidR="00544E5A" w:rsidRPr="007B2BD4" w:rsidSect="00A47A98">
      <w:footerReference w:type="default" r:id="rId8"/>
      <w:pgSz w:w="11906" w:h="16838"/>
      <w:pgMar w:top="1134" w:right="907" w:bottom="1134" w:left="1701"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C35651" w14:textId="77777777" w:rsidR="00C65255" w:rsidRDefault="00C65255">
      <w:pPr>
        <w:spacing w:after="0" w:line="240" w:lineRule="auto"/>
      </w:pPr>
      <w:r>
        <w:separator/>
      </w:r>
    </w:p>
  </w:endnote>
  <w:endnote w:type="continuationSeparator" w:id="0">
    <w:p w14:paraId="60AE76BC" w14:textId="77777777" w:rsidR="00C65255" w:rsidRDefault="00C65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9CB217" w14:textId="77777777" w:rsidR="00544E5A" w:rsidRDefault="00000000">
    <w:pPr>
      <w:pStyle w:val="Footer"/>
      <w:ind w:firstLine="0"/>
      <w:jc w:val="center"/>
    </w:pPr>
    <w:r>
      <w:rPr>
        <w:sz w:val="20"/>
      </w:rPr>
      <w:fldChar w:fldCharType="begin"/>
    </w:r>
    <w:r>
      <w:rPr>
        <w:sz w:val="20"/>
      </w:rPr>
      <w:instrText xml:space="preserve"> PAGE </w:instrText>
    </w:r>
    <w:r>
      <w:rPr>
        <w:sz w:val="20"/>
      </w:rPr>
      <w:fldChar w:fldCharType="separate"/>
    </w:r>
    <w:r w:rsidR="00BD7FEF">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471713" w14:textId="77777777" w:rsidR="00C65255" w:rsidRDefault="00C65255">
      <w:pPr>
        <w:spacing w:after="0" w:line="240" w:lineRule="auto"/>
      </w:pPr>
      <w:r>
        <w:separator/>
      </w:r>
    </w:p>
  </w:footnote>
  <w:footnote w:type="continuationSeparator" w:id="0">
    <w:p w14:paraId="26DEE8AF" w14:textId="77777777" w:rsidR="00C65255" w:rsidRDefault="00C65255">
      <w:pPr>
        <w:spacing w:after="0" w:line="240" w:lineRule="auto"/>
      </w:pPr>
      <w:r>
        <w:continuationSeparator/>
      </w:r>
    </w:p>
  </w:footnote>
  <w:footnote w:id="1">
    <w:p w14:paraId="00989CD0" w14:textId="77777777" w:rsidR="00F52EAF" w:rsidRPr="00E3494B" w:rsidRDefault="00F52EAF" w:rsidP="00F52EAF">
      <w:pPr>
        <w:pStyle w:val="FootnoteText"/>
        <w:ind w:firstLine="0"/>
        <w:rPr>
          <w:rFonts w:eastAsia="Calibri" w:cs="Arial"/>
          <w:color w:val="000000" w:themeColor="text1"/>
          <w:lang w:val="mn-MN"/>
        </w:rPr>
      </w:pPr>
      <w:r w:rsidRPr="00E3494B">
        <w:rPr>
          <w:rStyle w:val="FootnoteReference"/>
        </w:rPr>
        <w:footnoteRef/>
      </w:r>
      <w:r w:rsidRPr="00E3494B">
        <w:t xml:space="preserve"> </w:t>
      </w:r>
      <w:r w:rsidRPr="00E3494B">
        <w:rPr>
          <w:rFonts w:eastAsia="Calibri" w:cs="Arial"/>
          <w:color w:val="000000" w:themeColor="text1"/>
          <w:lang w:val="mn-MN"/>
        </w:rPr>
        <w:t xml:space="preserve">Улаанбаатар хотын 2040 он хүртэлх хөгжлийн ерөнхий төлөвлөгөөний суурь судалгаа, дүгнэлт, </w:t>
      </w:r>
      <w:r>
        <w:rPr>
          <w:rFonts w:eastAsia="Calibri" w:cs="Arial"/>
          <w:color w:val="000000" w:themeColor="text1"/>
          <w:lang w:val="mn-MN"/>
        </w:rPr>
        <w:t xml:space="preserve">УБ., 2021 он, </w:t>
      </w:r>
      <w:r>
        <w:rPr>
          <w:rFonts w:eastAsia="Calibri" w:cs="Arial"/>
          <w:color w:val="000000" w:themeColor="text1"/>
          <w:lang w:val="mn-MN"/>
        </w:rPr>
        <w:fldChar w:fldCharType="begin"/>
      </w:r>
      <w:r>
        <w:rPr>
          <w:rFonts w:eastAsia="Calibri" w:cs="Arial"/>
          <w:color w:val="000000" w:themeColor="text1"/>
          <w:lang w:val="mn-MN"/>
        </w:rPr>
        <w:instrText>HYPERLINK "</w:instrText>
      </w:r>
      <w:r w:rsidRPr="00BD7176">
        <w:rPr>
          <w:rFonts w:eastAsia="Calibri" w:cs="Arial"/>
          <w:color w:val="000000" w:themeColor="text1"/>
          <w:lang w:val="mn-MN"/>
        </w:rPr>
        <w:instrText>https://sudalgaa.gov.mn/pdf/AKW7rC</w:instrText>
      </w:r>
      <w:r>
        <w:rPr>
          <w:rFonts w:eastAsia="Calibri" w:cs="Arial"/>
          <w:color w:val="000000" w:themeColor="text1"/>
          <w:lang w:val="mn-MN"/>
        </w:rPr>
        <w:instrText>"</w:instrText>
      </w:r>
      <w:r>
        <w:rPr>
          <w:rFonts w:eastAsia="Calibri" w:cs="Arial"/>
          <w:color w:val="000000" w:themeColor="text1"/>
          <w:lang w:val="mn-MN"/>
        </w:rPr>
        <w:fldChar w:fldCharType="separate"/>
      </w:r>
      <w:r w:rsidRPr="002C27A0">
        <w:rPr>
          <w:rStyle w:val="Hyperlink"/>
          <w:rFonts w:eastAsia="Calibri" w:cs="Arial"/>
          <w:lang w:val="mn-MN"/>
        </w:rPr>
        <w:t>https://sudalgaa.gov.mn/pdf/AKW7rC</w:t>
      </w:r>
      <w:r>
        <w:rPr>
          <w:rFonts w:eastAsia="Calibri" w:cs="Arial"/>
          <w:color w:val="000000" w:themeColor="text1"/>
          <w:lang w:val="mn-MN"/>
        </w:rPr>
        <w:fldChar w:fldCharType="end"/>
      </w:r>
      <w:r w:rsidRPr="00E3494B">
        <w:rPr>
          <w:rFonts w:eastAsia="Calibri" w:cs="Arial"/>
          <w:color w:val="000000" w:themeColor="text1"/>
          <w:lang w:val="mn-MN"/>
        </w:rPr>
        <w:t xml:space="preserve">. </w:t>
      </w:r>
    </w:p>
  </w:footnote>
  <w:footnote w:id="2">
    <w:p w14:paraId="3C13F3FA" w14:textId="61C460D0" w:rsidR="008748F2" w:rsidRPr="006310A5" w:rsidRDefault="008748F2" w:rsidP="00445D45">
      <w:pPr>
        <w:spacing w:after="0"/>
        <w:ind w:firstLine="0"/>
        <w:jc w:val="left"/>
        <w:rPr>
          <w:rFonts w:cs="Arial"/>
          <w:sz w:val="20"/>
          <w:szCs w:val="20"/>
        </w:rPr>
      </w:pPr>
      <w:r w:rsidRPr="006310A5">
        <w:rPr>
          <w:rStyle w:val="FootnoteReference"/>
          <w:rFonts w:cs="Arial"/>
          <w:sz w:val="20"/>
          <w:szCs w:val="20"/>
        </w:rPr>
        <w:footnoteRef/>
      </w:r>
      <w:r w:rsidRPr="006310A5">
        <w:rPr>
          <w:rFonts w:cs="Arial"/>
          <w:sz w:val="20"/>
          <w:szCs w:val="20"/>
        </w:rPr>
        <w:t xml:space="preserve"> </w:t>
      </w:r>
      <w:proofErr w:type="spellStart"/>
      <w:r w:rsidRPr="006310A5">
        <w:rPr>
          <w:rFonts w:eastAsia="Times New Roman" w:cs="Arial"/>
          <w:sz w:val="20"/>
          <w:szCs w:val="20"/>
        </w:rPr>
        <w:t>Нийслэлийн</w:t>
      </w:r>
      <w:proofErr w:type="spellEnd"/>
      <w:r w:rsidRPr="006310A5">
        <w:rPr>
          <w:rFonts w:eastAsia="Times New Roman" w:cs="Arial"/>
          <w:sz w:val="20"/>
          <w:szCs w:val="20"/>
        </w:rPr>
        <w:t xml:space="preserve"> </w:t>
      </w:r>
      <w:proofErr w:type="spellStart"/>
      <w:r w:rsidRPr="006310A5">
        <w:rPr>
          <w:rFonts w:eastAsia="Times New Roman" w:cs="Arial"/>
          <w:sz w:val="20"/>
          <w:szCs w:val="20"/>
        </w:rPr>
        <w:t>статистикийн</w:t>
      </w:r>
      <w:proofErr w:type="spellEnd"/>
      <w:r w:rsidRPr="006310A5">
        <w:rPr>
          <w:rFonts w:eastAsia="Times New Roman" w:cs="Arial"/>
          <w:sz w:val="20"/>
          <w:szCs w:val="20"/>
        </w:rPr>
        <w:t xml:space="preserve"> </w:t>
      </w:r>
      <w:proofErr w:type="spellStart"/>
      <w:r w:rsidRPr="006310A5">
        <w:rPr>
          <w:rFonts w:eastAsia="Times New Roman" w:cs="Arial"/>
          <w:sz w:val="20"/>
          <w:szCs w:val="20"/>
        </w:rPr>
        <w:t>газ</w:t>
      </w:r>
      <w:r w:rsidR="0056564F" w:rsidRPr="006310A5">
        <w:rPr>
          <w:rFonts w:eastAsia="Times New Roman" w:cs="Arial"/>
          <w:sz w:val="20"/>
          <w:szCs w:val="20"/>
          <w:lang w:val="mn-MN"/>
        </w:rPr>
        <w:t>р</w:t>
      </w:r>
      <w:proofErr w:type="spellEnd"/>
      <w:r w:rsidR="0056564F" w:rsidRPr="006310A5">
        <w:rPr>
          <w:rFonts w:eastAsia="Times New Roman" w:cs="Arial"/>
          <w:sz w:val="20"/>
          <w:szCs w:val="20"/>
          <w:lang w:val="mn-MN"/>
        </w:rPr>
        <w:t>ын мэдээлэл,</w:t>
      </w:r>
      <w:r w:rsidRPr="006310A5">
        <w:rPr>
          <w:rFonts w:eastAsia="Times New Roman" w:cs="Arial"/>
          <w:sz w:val="20"/>
          <w:szCs w:val="20"/>
        </w:rPr>
        <w:t xml:space="preserve"> </w:t>
      </w:r>
      <w:proofErr w:type="spellStart"/>
      <w:r w:rsidRPr="006310A5">
        <w:rPr>
          <w:rFonts w:eastAsia="Times New Roman" w:cs="Arial"/>
          <w:sz w:val="20"/>
          <w:szCs w:val="20"/>
        </w:rPr>
        <w:t>Улаанбаатар</w:t>
      </w:r>
      <w:proofErr w:type="spellEnd"/>
      <w:r w:rsidRPr="006310A5">
        <w:rPr>
          <w:rFonts w:eastAsia="Times New Roman" w:cs="Arial"/>
          <w:sz w:val="20"/>
          <w:szCs w:val="20"/>
        </w:rPr>
        <w:t xml:space="preserve"> </w:t>
      </w:r>
      <w:proofErr w:type="spellStart"/>
      <w:r w:rsidRPr="006310A5">
        <w:rPr>
          <w:rFonts w:eastAsia="Times New Roman" w:cs="Arial"/>
          <w:sz w:val="20"/>
          <w:szCs w:val="20"/>
        </w:rPr>
        <w:t>хотын</w:t>
      </w:r>
      <w:proofErr w:type="spellEnd"/>
      <w:r w:rsidRPr="006310A5">
        <w:rPr>
          <w:rFonts w:eastAsia="Times New Roman" w:cs="Arial"/>
          <w:sz w:val="20"/>
          <w:szCs w:val="20"/>
        </w:rPr>
        <w:t xml:space="preserve"> </w:t>
      </w:r>
      <w:proofErr w:type="spellStart"/>
      <w:r w:rsidRPr="006310A5">
        <w:rPr>
          <w:rFonts w:eastAsia="Times New Roman" w:cs="Arial"/>
          <w:sz w:val="20"/>
          <w:szCs w:val="20"/>
        </w:rPr>
        <w:t>суурин</w:t>
      </w:r>
      <w:proofErr w:type="spellEnd"/>
      <w:r w:rsidRPr="006310A5">
        <w:rPr>
          <w:rFonts w:eastAsia="Times New Roman" w:cs="Arial"/>
          <w:sz w:val="20"/>
          <w:szCs w:val="20"/>
        </w:rPr>
        <w:t xml:space="preserve"> </w:t>
      </w:r>
      <w:proofErr w:type="spellStart"/>
      <w:r w:rsidRPr="006310A5">
        <w:rPr>
          <w:rFonts w:eastAsia="Times New Roman" w:cs="Arial"/>
          <w:sz w:val="20"/>
          <w:szCs w:val="20"/>
        </w:rPr>
        <w:t>хүн</w:t>
      </w:r>
      <w:proofErr w:type="spellEnd"/>
      <w:r w:rsidRPr="006310A5">
        <w:rPr>
          <w:rFonts w:eastAsia="Times New Roman" w:cs="Arial"/>
          <w:sz w:val="20"/>
          <w:szCs w:val="20"/>
        </w:rPr>
        <w:t xml:space="preserve"> </w:t>
      </w:r>
      <w:proofErr w:type="spellStart"/>
      <w:r w:rsidRPr="006310A5">
        <w:rPr>
          <w:rFonts w:eastAsia="Times New Roman" w:cs="Arial"/>
          <w:sz w:val="20"/>
          <w:szCs w:val="20"/>
        </w:rPr>
        <w:t>ам</w:t>
      </w:r>
      <w:proofErr w:type="spellEnd"/>
      <w:r w:rsidRPr="006310A5">
        <w:rPr>
          <w:rFonts w:eastAsia="Times New Roman" w:cs="Arial"/>
          <w:sz w:val="20"/>
          <w:szCs w:val="20"/>
        </w:rPr>
        <w:t xml:space="preserve">, </w:t>
      </w:r>
      <w:proofErr w:type="spellStart"/>
      <w:r w:rsidRPr="006310A5">
        <w:rPr>
          <w:rFonts w:eastAsia="Times New Roman" w:cs="Arial"/>
          <w:sz w:val="20"/>
          <w:szCs w:val="20"/>
        </w:rPr>
        <w:t>дүүргээр</w:t>
      </w:r>
      <w:proofErr w:type="spellEnd"/>
      <w:r w:rsidRPr="006310A5">
        <w:rPr>
          <w:rFonts w:eastAsia="Times New Roman" w:cs="Arial"/>
          <w:sz w:val="20"/>
          <w:szCs w:val="20"/>
        </w:rPr>
        <w:t xml:space="preserve">. 2025 </w:t>
      </w:r>
      <w:proofErr w:type="spellStart"/>
      <w:r w:rsidRPr="006310A5">
        <w:rPr>
          <w:rFonts w:eastAsia="Times New Roman" w:cs="Arial"/>
          <w:sz w:val="20"/>
          <w:szCs w:val="20"/>
        </w:rPr>
        <w:t>оны</w:t>
      </w:r>
      <w:proofErr w:type="spellEnd"/>
      <w:r w:rsidRPr="006310A5">
        <w:rPr>
          <w:rFonts w:eastAsia="Times New Roman" w:cs="Arial"/>
          <w:sz w:val="20"/>
          <w:szCs w:val="20"/>
        </w:rPr>
        <w:t xml:space="preserve"> мэдээлэл</w:t>
      </w:r>
      <w:r w:rsidR="00AE6403" w:rsidRPr="006310A5">
        <w:rPr>
          <w:rFonts w:eastAsia="Times New Roman" w:cs="Arial"/>
          <w:sz w:val="20"/>
          <w:szCs w:val="20"/>
        </w:rPr>
        <w:t xml:space="preserve">, </w:t>
      </w:r>
      <w:hyperlink r:id="rId1" w:history="1">
        <w:r w:rsidR="0056564F" w:rsidRPr="006310A5">
          <w:rPr>
            <w:rStyle w:val="Hyperlink"/>
            <w:rFonts w:eastAsia="Times New Roman" w:cs="Arial"/>
            <w:sz w:val="20"/>
            <w:szCs w:val="20"/>
            <w:u w:val="none"/>
          </w:rPr>
          <w:t>https://ubstat.mn/StatTable%3D20</w:t>
        </w:r>
      </w:hyperlink>
      <w:r w:rsidRPr="006310A5">
        <w:rPr>
          <w:rFonts w:eastAsia="Times New Roman" w:cs="Arial"/>
          <w:sz w:val="20"/>
          <w:szCs w:val="20"/>
        </w:rPr>
        <w:t xml:space="preserve">. </w:t>
      </w:r>
    </w:p>
  </w:footnote>
  <w:footnote w:id="3">
    <w:p w14:paraId="32614C5A" w14:textId="1D349427" w:rsidR="00E10EC4" w:rsidRPr="006310A5" w:rsidRDefault="00E10EC4" w:rsidP="00445D45">
      <w:pPr>
        <w:pStyle w:val="FootnoteText"/>
        <w:ind w:firstLine="0"/>
        <w:jc w:val="left"/>
        <w:rPr>
          <w:rFonts w:ascii="Times New Roman" w:eastAsia="Times New Roman" w:hAnsi="Times New Roman"/>
        </w:rPr>
      </w:pPr>
      <w:r w:rsidRPr="006310A5">
        <w:rPr>
          <w:rStyle w:val="FootnoteReference"/>
          <w:rFonts w:cs="Arial"/>
        </w:rPr>
        <w:footnoteRef/>
      </w:r>
      <w:r w:rsidRPr="006310A5">
        <w:rPr>
          <w:rFonts w:cs="Arial"/>
        </w:rPr>
        <w:t xml:space="preserve"> </w:t>
      </w:r>
      <w:r w:rsidRPr="006310A5">
        <w:rPr>
          <w:rFonts w:eastAsia="Times New Roman" w:cs="Arial"/>
        </w:rPr>
        <w:t xml:space="preserve">UNDP Mongolia, </w:t>
      </w:r>
      <w:proofErr w:type="spellStart"/>
      <w:r w:rsidRPr="006310A5">
        <w:rPr>
          <w:rFonts w:eastAsia="Times New Roman" w:cs="Arial"/>
        </w:rPr>
        <w:t>Байгаль</w:t>
      </w:r>
      <w:proofErr w:type="spellEnd"/>
      <w:r w:rsidRPr="006310A5">
        <w:rPr>
          <w:rFonts w:eastAsia="Times New Roman" w:cs="Arial"/>
        </w:rPr>
        <w:t xml:space="preserve"> </w:t>
      </w:r>
      <w:proofErr w:type="spellStart"/>
      <w:r w:rsidRPr="006310A5">
        <w:rPr>
          <w:rFonts w:eastAsia="Times New Roman" w:cs="Arial"/>
        </w:rPr>
        <w:t>орчны</w:t>
      </w:r>
      <w:proofErr w:type="spellEnd"/>
      <w:r w:rsidRPr="006310A5">
        <w:rPr>
          <w:rFonts w:eastAsia="Times New Roman" w:cs="Arial"/>
        </w:rPr>
        <w:t xml:space="preserve"> </w:t>
      </w:r>
      <w:proofErr w:type="spellStart"/>
      <w:r w:rsidRPr="006310A5">
        <w:rPr>
          <w:rFonts w:eastAsia="Times New Roman" w:cs="Arial"/>
        </w:rPr>
        <w:t>салбарын</w:t>
      </w:r>
      <w:proofErr w:type="spellEnd"/>
      <w:r w:rsidRPr="006310A5">
        <w:rPr>
          <w:rFonts w:eastAsia="Times New Roman" w:cs="Arial"/>
        </w:rPr>
        <w:t xml:space="preserve"> </w:t>
      </w:r>
      <w:proofErr w:type="spellStart"/>
      <w:r w:rsidRPr="006310A5">
        <w:rPr>
          <w:rFonts w:eastAsia="Times New Roman" w:cs="Arial"/>
        </w:rPr>
        <w:t>төсвийн</w:t>
      </w:r>
      <w:proofErr w:type="spellEnd"/>
      <w:r w:rsidRPr="006310A5">
        <w:rPr>
          <w:rFonts w:eastAsia="Times New Roman" w:cs="Arial"/>
        </w:rPr>
        <w:t xml:space="preserve"> </w:t>
      </w:r>
      <w:proofErr w:type="spellStart"/>
      <w:r w:rsidRPr="006310A5">
        <w:rPr>
          <w:rFonts w:eastAsia="Times New Roman" w:cs="Arial"/>
        </w:rPr>
        <w:t>зарлагын</w:t>
      </w:r>
      <w:proofErr w:type="spellEnd"/>
      <w:r w:rsidRPr="006310A5">
        <w:rPr>
          <w:rFonts w:eastAsia="Times New Roman" w:cs="Arial"/>
        </w:rPr>
        <w:t xml:space="preserve"> </w:t>
      </w:r>
      <w:proofErr w:type="spellStart"/>
      <w:r w:rsidRPr="006310A5">
        <w:rPr>
          <w:rFonts w:eastAsia="Times New Roman" w:cs="Arial"/>
        </w:rPr>
        <w:t>шинжилгээ</w:t>
      </w:r>
      <w:proofErr w:type="spellEnd"/>
      <w:r w:rsidRPr="006310A5">
        <w:rPr>
          <w:rFonts w:eastAsia="Times New Roman" w:cs="Arial"/>
        </w:rPr>
        <w:t xml:space="preserve">. 2024 </w:t>
      </w:r>
      <w:proofErr w:type="spellStart"/>
      <w:r w:rsidRPr="006310A5">
        <w:rPr>
          <w:rFonts w:eastAsia="Times New Roman" w:cs="Arial"/>
        </w:rPr>
        <w:t>оны</w:t>
      </w:r>
      <w:proofErr w:type="spellEnd"/>
      <w:r w:rsidRPr="006310A5">
        <w:rPr>
          <w:rFonts w:eastAsia="Times New Roman" w:cs="Arial"/>
        </w:rPr>
        <w:t xml:space="preserve"> </w:t>
      </w:r>
      <w:proofErr w:type="spellStart"/>
      <w:r w:rsidRPr="006310A5">
        <w:rPr>
          <w:rFonts w:eastAsia="Times New Roman" w:cs="Arial"/>
        </w:rPr>
        <w:t>төсвийн</w:t>
      </w:r>
      <w:proofErr w:type="spellEnd"/>
      <w:r w:rsidRPr="006310A5">
        <w:rPr>
          <w:rFonts w:eastAsia="Times New Roman" w:cs="Arial"/>
        </w:rPr>
        <w:t xml:space="preserve"> 71403 </w:t>
      </w:r>
      <w:proofErr w:type="spellStart"/>
      <w:r w:rsidRPr="006310A5">
        <w:rPr>
          <w:rFonts w:eastAsia="Times New Roman" w:cs="Arial"/>
        </w:rPr>
        <w:t>ойжуулалтын</w:t>
      </w:r>
      <w:proofErr w:type="spellEnd"/>
      <w:r w:rsidRPr="006310A5">
        <w:rPr>
          <w:rFonts w:eastAsia="Times New Roman" w:cs="Arial"/>
        </w:rPr>
        <w:t xml:space="preserve"> </w:t>
      </w:r>
      <w:proofErr w:type="spellStart"/>
      <w:r w:rsidRPr="006310A5">
        <w:rPr>
          <w:rFonts w:eastAsia="Times New Roman" w:cs="Arial"/>
        </w:rPr>
        <w:t>хөтөлбөрийн</w:t>
      </w:r>
      <w:proofErr w:type="spellEnd"/>
      <w:r w:rsidRPr="006310A5">
        <w:rPr>
          <w:rFonts w:eastAsia="Times New Roman" w:cs="Arial"/>
        </w:rPr>
        <w:t xml:space="preserve"> </w:t>
      </w:r>
      <w:proofErr w:type="spellStart"/>
      <w:r w:rsidRPr="006310A5">
        <w:rPr>
          <w:rFonts w:eastAsia="Times New Roman" w:cs="Arial"/>
        </w:rPr>
        <w:t>батлагдсан</w:t>
      </w:r>
      <w:proofErr w:type="spellEnd"/>
      <w:r w:rsidRPr="006310A5">
        <w:rPr>
          <w:rFonts w:eastAsia="Times New Roman" w:cs="Arial"/>
        </w:rPr>
        <w:t xml:space="preserve"> </w:t>
      </w:r>
      <w:proofErr w:type="spellStart"/>
      <w:r w:rsidRPr="006310A5">
        <w:rPr>
          <w:rFonts w:eastAsia="Times New Roman" w:cs="Arial"/>
        </w:rPr>
        <w:t>дүн</w:t>
      </w:r>
      <w:proofErr w:type="spellEnd"/>
      <w:r w:rsidR="00BF6B3B" w:rsidRPr="006310A5">
        <w:rPr>
          <w:rFonts w:eastAsia="Times New Roman" w:cs="Arial"/>
        </w:rPr>
        <w:t xml:space="preserve">, </w:t>
      </w:r>
      <w:hyperlink r:id="rId2" w:history="1">
        <w:r w:rsidR="00BF6B3B" w:rsidRPr="006310A5">
          <w:rPr>
            <w:rStyle w:val="Hyperlink"/>
            <w:rFonts w:eastAsia="Times New Roman" w:cs="Arial"/>
            <w:u w:val="none"/>
          </w:rPr>
          <w:t>https://www.undp.org/mn/mongolia/publications/baygal-orchny-salbaryn-tosviyn-zarlagyn-shinzhilgee</w:t>
        </w:r>
      </w:hyperlink>
      <w:r w:rsidR="00BF6B3B" w:rsidRPr="006310A5">
        <w:rPr>
          <w:rFonts w:eastAsia="Times New Roman" w:cs="Arial"/>
        </w:rPr>
        <w:t xml:space="preserve">. </w:t>
      </w:r>
    </w:p>
    <w:p w14:paraId="08BEE4D4" w14:textId="77777777" w:rsidR="00BF6B3B" w:rsidRPr="006310A5" w:rsidRDefault="00BF6B3B">
      <w:pPr>
        <w:pStyle w:val="FootnoteText"/>
        <w:rPr>
          <w:lang w:val="mn-M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34460BC"/>
    <w:multiLevelType w:val="hybridMultilevel"/>
    <w:tmpl w:val="77E65332"/>
    <w:lvl w:ilvl="0" w:tplc="97C4B104">
      <w:start w:val="2"/>
      <w:numFmt w:val="bullet"/>
      <w:lvlText w:val="-"/>
      <w:lvlJc w:val="left"/>
      <w:pPr>
        <w:ind w:left="927" w:hanging="360"/>
      </w:pPr>
      <w:rPr>
        <w:rFonts w:ascii="Arial" w:eastAsia="Arial" w:hAnsi="Arial" w:cs="Arial"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7DE50A32"/>
    <w:multiLevelType w:val="multilevel"/>
    <w:tmpl w:val="9594CD54"/>
    <w:lvl w:ilvl="0">
      <w:start w:val="1"/>
      <w:numFmt w:val="decimal"/>
      <w:lvlText w:val="%1."/>
      <w:lvlJc w:val="left"/>
      <w:pPr>
        <w:ind w:left="400" w:hanging="4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16cid:durableId="1270315454">
    <w:abstractNumId w:val="8"/>
  </w:num>
  <w:num w:numId="2" w16cid:durableId="609095169">
    <w:abstractNumId w:val="6"/>
  </w:num>
  <w:num w:numId="3" w16cid:durableId="31343841">
    <w:abstractNumId w:val="5"/>
  </w:num>
  <w:num w:numId="4" w16cid:durableId="790442428">
    <w:abstractNumId w:val="4"/>
  </w:num>
  <w:num w:numId="5" w16cid:durableId="1639921033">
    <w:abstractNumId w:val="7"/>
  </w:num>
  <w:num w:numId="6" w16cid:durableId="2104450518">
    <w:abstractNumId w:val="3"/>
  </w:num>
  <w:num w:numId="7" w16cid:durableId="1887906393">
    <w:abstractNumId w:val="2"/>
  </w:num>
  <w:num w:numId="8" w16cid:durableId="779378812">
    <w:abstractNumId w:val="1"/>
  </w:num>
  <w:num w:numId="9" w16cid:durableId="1369257718">
    <w:abstractNumId w:val="0"/>
  </w:num>
  <w:num w:numId="10" w16cid:durableId="1349409274">
    <w:abstractNumId w:val="10"/>
  </w:num>
  <w:num w:numId="11" w16cid:durableId="112141756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380"/>
    <w:rsid w:val="00010855"/>
    <w:rsid w:val="00034616"/>
    <w:rsid w:val="000428D1"/>
    <w:rsid w:val="00050C46"/>
    <w:rsid w:val="0006063C"/>
    <w:rsid w:val="00060DDF"/>
    <w:rsid w:val="000618EB"/>
    <w:rsid w:val="000660D5"/>
    <w:rsid w:val="00066A88"/>
    <w:rsid w:val="0007082B"/>
    <w:rsid w:val="00073807"/>
    <w:rsid w:val="00084529"/>
    <w:rsid w:val="00084F4F"/>
    <w:rsid w:val="0008629D"/>
    <w:rsid w:val="000C69D7"/>
    <w:rsid w:val="000D1724"/>
    <w:rsid w:val="000D4D1D"/>
    <w:rsid w:val="00107F8A"/>
    <w:rsid w:val="00113661"/>
    <w:rsid w:val="00133A51"/>
    <w:rsid w:val="0015074B"/>
    <w:rsid w:val="001662E7"/>
    <w:rsid w:val="00170D70"/>
    <w:rsid w:val="001B0009"/>
    <w:rsid w:val="001D5001"/>
    <w:rsid w:val="001E0B49"/>
    <w:rsid w:val="001E2568"/>
    <w:rsid w:val="001E3033"/>
    <w:rsid w:val="001F341E"/>
    <w:rsid w:val="00201A95"/>
    <w:rsid w:val="00206010"/>
    <w:rsid w:val="002419E5"/>
    <w:rsid w:val="00257E3A"/>
    <w:rsid w:val="00257FEE"/>
    <w:rsid w:val="0029639D"/>
    <w:rsid w:val="002A0AFC"/>
    <w:rsid w:val="002B16C2"/>
    <w:rsid w:val="002D70AF"/>
    <w:rsid w:val="002F13F0"/>
    <w:rsid w:val="002F51A1"/>
    <w:rsid w:val="00304A5C"/>
    <w:rsid w:val="00312DDA"/>
    <w:rsid w:val="00326F90"/>
    <w:rsid w:val="003719CE"/>
    <w:rsid w:val="00383B11"/>
    <w:rsid w:val="00401882"/>
    <w:rsid w:val="004054A8"/>
    <w:rsid w:val="00426463"/>
    <w:rsid w:val="00426E23"/>
    <w:rsid w:val="004332D0"/>
    <w:rsid w:val="004352D5"/>
    <w:rsid w:val="00435EB8"/>
    <w:rsid w:val="00445D45"/>
    <w:rsid w:val="00447A1F"/>
    <w:rsid w:val="00455566"/>
    <w:rsid w:val="004570CA"/>
    <w:rsid w:val="0046786E"/>
    <w:rsid w:val="00481050"/>
    <w:rsid w:val="004922A8"/>
    <w:rsid w:val="004A0A4D"/>
    <w:rsid w:val="004A33A8"/>
    <w:rsid w:val="004A64ED"/>
    <w:rsid w:val="004D6E4A"/>
    <w:rsid w:val="004E196C"/>
    <w:rsid w:val="004E3B94"/>
    <w:rsid w:val="004E53B7"/>
    <w:rsid w:val="004F301E"/>
    <w:rsid w:val="005222C0"/>
    <w:rsid w:val="00544E5A"/>
    <w:rsid w:val="0056299D"/>
    <w:rsid w:val="0056564F"/>
    <w:rsid w:val="005731D4"/>
    <w:rsid w:val="00580AA4"/>
    <w:rsid w:val="00581399"/>
    <w:rsid w:val="00586D4B"/>
    <w:rsid w:val="00592BFC"/>
    <w:rsid w:val="005953CD"/>
    <w:rsid w:val="005B2431"/>
    <w:rsid w:val="005B54CB"/>
    <w:rsid w:val="005C7471"/>
    <w:rsid w:val="005D0A54"/>
    <w:rsid w:val="005D69D2"/>
    <w:rsid w:val="005E55D5"/>
    <w:rsid w:val="005E61A0"/>
    <w:rsid w:val="005F1F16"/>
    <w:rsid w:val="00622F22"/>
    <w:rsid w:val="006310A5"/>
    <w:rsid w:val="0063173C"/>
    <w:rsid w:val="006367FA"/>
    <w:rsid w:val="0064398B"/>
    <w:rsid w:val="006563AE"/>
    <w:rsid w:val="00694296"/>
    <w:rsid w:val="006A6469"/>
    <w:rsid w:val="006B3264"/>
    <w:rsid w:val="006B569A"/>
    <w:rsid w:val="006B6097"/>
    <w:rsid w:val="006C1656"/>
    <w:rsid w:val="006D2472"/>
    <w:rsid w:val="006D40F9"/>
    <w:rsid w:val="007044C6"/>
    <w:rsid w:val="00707049"/>
    <w:rsid w:val="00710E5D"/>
    <w:rsid w:val="00726A69"/>
    <w:rsid w:val="0073095C"/>
    <w:rsid w:val="007324E0"/>
    <w:rsid w:val="00742E28"/>
    <w:rsid w:val="0075136E"/>
    <w:rsid w:val="00785546"/>
    <w:rsid w:val="007903E3"/>
    <w:rsid w:val="007B037E"/>
    <w:rsid w:val="007B0F72"/>
    <w:rsid w:val="007B2BD4"/>
    <w:rsid w:val="007C6AD5"/>
    <w:rsid w:val="007D12FB"/>
    <w:rsid w:val="007D3A05"/>
    <w:rsid w:val="007D7481"/>
    <w:rsid w:val="007F1C6A"/>
    <w:rsid w:val="007F3BA2"/>
    <w:rsid w:val="007F47DA"/>
    <w:rsid w:val="008252FF"/>
    <w:rsid w:val="00826B1F"/>
    <w:rsid w:val="00831343"/>
    <w:rsid w:val="00842AF3"/>
    <w:rsid w:val="00847E1E"/>
    <w:rsid w:val="00854F2E"/>
    <w:rsid w:val="0087124D"/>
    <w:rsid w:val="008736AE"/>
    <w:rsid w:val="008748F2"/>
    <w:rsid w:val="00887C0C"/>
    <w:rsid w:val="008A4FB9"/>
    <w:rsid w:val="008B20FE"/>
    <w:rsid w:val="008B3EAD"/>
    <w:rsid w:val="008B43FB"/>
    <w:rsid w:val="008D75FA"/>
    <w:rsid w:val="008F1033"/>
    <w:rsid w:val="00900085"/>
    <w:rsid w:val="009003CF"/>
    <w:rsid w:val="009173E9"/>
    <w:rsid w:val="0092291F"/>
    <w:rsid w:val="0092789E"/>
    <w:rsid w:val="00953863"/>
    <w:rsid w:val="009679C9"/>
    <w:rsid w:val="00972AAB"/>
    <w:rsid w:val="00973049"/>
    <w:rsid w:val="00974201"/>
    <w:rsid w:val="0098451A"/>
    <w:rsid w:val="009845DF"/>
    <w:rsid w:val="00990718"/>
    <w:rsid w:val="009917E1"/>
    <w:rsid w:val="00991FB3"/>
    <w:rsid w:val="009B4B9A"/>
    <w:rsid w:val="009B70A9"/>
    <w:rsid w:val="009C40AC"/>
    <w:rsid w:val="009D2A87"/>
    <w:rsid w:val="009F35F0"/>
    <w:rsid w:val="009F53BA"/>
    <w:rsid w:val="009F6B6F"/>
    <w:rsid w:val="00A065CE"/>
    <w:rsid w:val="00A11210"/>
    <w:rsid w:val="00A22411"/>
    <w:rsid w:val="00A309D2"/>
    <w:rsid w:val="00A376A1"/>
    <w:rsid w:val="00A47A98"/>
    <w:rsid w:val="00A641EF"/>
    <w:rsid w:val="00A6546E"/>
    <w:rsid w:val="00A67F26"/>
    <w:rsid w:val="00A743D2"/>
    <w:rsid w:val="00A91732"/>
    <w:rsid w:val="00AA0BE8"/>
    <w:rsid w:val="00AA1D8D"/>
    <w:rsid w:val="00AA291A"/>
    <w:rsid w:val="00AA36BC"/>
    <w:rsid w:val="00AB1F48"/>
    <w:rsid w:val="00AB6155"/>
    <w:rsid w:val="00AC059A"/>
    <w:rsid w:val="00AC454D"/>
    <w:rsid w:val="00AD6D81"/>
    <w:rsid w:val="00AE6403"/>
    <w:rsid w:val="00AF00CA"/>
    <w:rsid w:val="00AF58C1"/>
    <w:rsid w:val="00B015A9"/>
    <w:rsid w:val="00B47730"/>
    <w:rsid w:val="00B56E9A"/>
    <w:rsid w:val="00B6451A"/>
    <w:rsid w:val="00B7740B"/>
    <w:rsid w:val="00B97F53"/>
    <w:rsid w:val="00BB3340"/>
    <w:rsid w:val="00BC57E0"/>
    <w:rsid w:val="00BD13BC"/>
    <w:rsid w:val="00BD4E28"/>
    <w:rsid w:val="00BD7176"/>
    <w:rsid w:val="00BD7FEF"/>
    <w:rsid w:val="00BF65B6"/>
    <w:rsid w:val="00BF6B3B"/>
    <w:rsid w:val="00C17717"/>
    <w:rsid w:val="00C2492B"/>
    <w:rsid w:val="00C320DC"/>
    <w:rsid w:val="00C4743E"/>
    <w:rsid w:val="00C51B9A"/>
    <w:rsid w:val="00C51F4A"/>
    <w:rsid w:val="00C53148"/>
    <w:rsid w:val="00C643C5"/>
    <w:rsid w:val="00C65255"/>
    <w:rsid w:val="00C67080"/>
    <w:rsid w:val="00C70254"/>
    <w:rsid w:val="00CA0AC7"/>
    <w:rsid w:val="00CA70CB"/>
    <w:rsid w:val="00CA74A7"/>
    <w:rsid w:val="00CB0664"/>
    <w:rsid w:val="00CB39DA"/>
    <w:rsid w:val="00CC6CE6"/>
    <w:rsid w:val="00CE29F3"/>
    <w:rsid w:val="00CE780E"/>
    <w:rsid w:val="00CF0617"/>
    <w:rsid w:val="00CF609D"/>
    <w:rsid w:val="00CF6743"/>
    <w:rsid w:val="00D04D09"/>
    <w:rsid w:val="00D12437"/>
    <w:rsid w:val="00D47F3C"/>
    <w:rsid w:val="00D5218C"/>
    <w:rsid w:val="00D7516D"/>
    <w:rsid w:val="00D764F4"/>
    <w:rsid w:val="00D8424C"/>
    <w:rsid w:val="00D92F21"/>
    <w:rsid w:val="00D9394B"/>
    <w:rsid w:val="00DB71A7"/>
    <w:rsid w:val="00DC5FD3"/>
    <w:rsid w:val="00DC753C"/>
    <w:rsid w:val="00DD0DCE"/>
    <w:rsid w:val="00E10EC4"/>
    <w:rsid w:val="00E22B94"/>
    <w:rsid w:val="00E3494B"/>
    <w:rsid w:val="00E42C30"/>
    <w:rsid w:val="00E63058"/>
    <w:rsid w:val="00E718ED"/>
    <w:rsid w:val="00E7393D"/>
    <w:rsid w:val="00E762B7"/>
    <w:rsid w:val="00EB139D"/>
    <w:rsid w:val="00EB541C"/>
    <w:rsid w:val="00EE0299"/>
    <w:rsid w:val="00EF2703"/>
    <w:rsid w:val="00F05C2F"/>
    <w:rsid w:val="00F109F1"/>
    <w:rsid w:val="00F1531F"/>
    <w:rsid w:val="00F27835"/>
    <w:rsid w:val="00F51B0D"/>
    <w:rsid w:val="00F52EAF"/>
    <w:rsid w:val="00F87481"/>
    <w:rsid w:val="00F95728"/>
    <w:rsid w:val="00FC693F"/>
    <w:rsid w:val="00FD5AC8"/>
    <w:rsid w:val="00FD600A"/>
    <w:rsid w:val="00FD791B"/>
    <w:rsid w:val="00FE1D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A81FCF"/>
  <w14:defaultImageDpi w14:val="300"/>
  <w15:docId w15:val="{3FD7640E-9A33-8A4E-B7F1-9DCBA135E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ind w:firstLine="567"/>
      <w:jc w:val="both"/>
    </w:pPr>
    <w:rPr>
      <w:rFonts w:ascii="Arial" w:eastAsia="Arial" w:hAnsi="Arial"/>
      <w:sz w:val="24"/>
    </w:rPr>
  </w:style>
  <w:style w:type="paragraph" w:styleId="Heading1">
    <w:name w:val="heading 1"/>
    <w:basedOn w:val="Normal"/>
    <w:next w:val="Normal"/>
    <w:link w:val="Heading1Char"/>
    <w:uiPriority w:val="9"/>
    <w:qFormat/>
    <w:rsid w:val="00FC693F"/>
    <w:pPr>
      <w:keepNext/>
      <w:keepLines/>
      <w:spacing w:before="280" w:after="160"/>
      <w:ind w:firstLine="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ind w:firstLine="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ceptTitle">
    <w:name w:val="Concept Title"/>
    <w:pPr>
      <w:spacing w:before="360" w:after="360"/>
      <w:jc w:val="center"/>
    </w:pPr>
    <w:rPr>
      <w:rFonts w:ascii="Arial" w:eastAsia="Arial" w:hAnsi="Arial"/>
      <w:b/>
      <w:sz w:val="28"/>
    </w:rPr>
  </w:style>
  <w:style w:type="paragraph" w:styleId="FootnoteText">
    <w:name w:val="footnote text"/>
    <w:basedOn w:val="Normal"/>
    <w:link w:val="FootnoteTextChar"/>
    <w:uiPriority w:val="99"/>
    <w:semiHidden/>
    <w:unhideWhenUsed/>
    <w:rsid w:val="00CA70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70CB"/>
    <w:rPr>
      <w:rFonts w:ascii="Arial" w:eastAsia="Arial" w:hAnsi="Arial"/>
      <w:sz w:val="20"/>
      <w:szCs w:val="20"/>
    </w:rPr>
  </w:style>
  <w:style w:type="character" w:styleId="FootnoteReference">
    <w:name w:val="footnote reference"/>
    <w:basedOn w:val="DefaultParagraphFont"/>
    <w:uiPriority w:val="99"/>
    <w:semiHidden/>
    <w:unhideWhenUsed/>
    <w:rsid w:val="00CA70CB"/>
    <w:rPr>
      <w:vertAlign w:val="superscript"/>
    </w:rPr>
  </w:style>
  <w:style w:type="character" w:styleId="Hyperlink">
    <w:name w:val="Hyperlink"/>
    <w:basedOn w:val="DefaultParagraphFont"/>
    <w:uiPriority w:val="99"/>
    <w:unhideWhenUsed/>
    <w:rsid w:val="00CA70CB"/>
    <w:rPr>
      <w:color w:val="0000FF" w:themeColor="hyperlink"/>
      <w:u w:val="single"/>
    </w:rPr>
  </w:style>
  <w:style w:type="character" w:styleId="UnresolvedMention">
    <w:name w:val="Unresolved Mention"/>
    <w:basedOn w:val="DefaultParagraphFont"/>
    <w:uiPriority w:val="99"/>
    <w:semiHidden/>
    <w:unhideWhenUsed/>
    <w:rsid w:val="00CA70CB"/>
    <w:rPr>
      <w:color w:val="605E5C"/>
      <w:shd w:val="clear" w:color="auto" w:fill="E1DFDD"/>
    </w:rPr>
  </w:style>
  <w:style w:type="character" w:styleId="FollowedHyperlink">
    <w:name w:val="FollowedHyperlink"/>
    <w:basedOn w:val="DefaultParagraphFont"/>
    <w:uiPriority w:val="99"/>
    <w:semiHidden/>
    <w:unhideWhenUsed/>
    <w:rsid w:val="009003CF"/>
    <w:rPr>
      <w:color w:val="800080" w:themeColor="followedHyperlink"/>
      <w:u w:val="single"/>
    </w:rPr>
  </w:style>
  <w:style w:type="paragraph" w:styleId="NormalWeb">
    <w:name w:val="Normal (Web)"/>
    <w:basedOn w:val="Normal"/>
    <w:uiPriority w:val="99"/>
    <w:unhideWhenUsed/>
    <w:rsid w:val="00CC6CE6"/>
    <w:pPr>
      <w:spacing w:before="100" w:beforeAutospacing="1" w:after="100" w:afterAutospacing="1" w:line="240" w:lineRule="auto"/>
      <w:ind w:firstLine="0"/>
      <w:jc w:val="left"/>
    </w:pPr>
    <w:rPr>
      <w:rFonts w:ascii="Times New Roman" w:eastAsia="Times New Roman" w:hAnsi="Times New Roman" w:cs="Times New Roman"/>
      <w:szCs w:val="24"/>
      <w:lang w:val="en-M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undp.org/mn/mongolia/publications/baygal-orchny-salbaryn-tosviyn-zarlagyn-shinzhilgee" TargetMode="External"/><Relationship Id="rId1" Type="http://schemas.openxmlformats.org/officeDocument/2006/relationships/hyperlink" Target="https://ubstat.mn/StatTable%3D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8</Pages>
  <Words>2436</Words>
  <Characters>16962</Characters>
  <Application>Microsoft Office Word</Application>
  <DocSecurity>0</DocSecurity>
  <Lines>273</Lines>
  <Paragraphs>96</Paragraphs>
  <ScaleCrop>false</ScaleCrop>
  <HeadingPairs>
    <vt:vector size="2" baseType="variant">
      <vt:variant>
        <vt:lpstr>Title</vt:lpstr>
      </vt:variant>
      <vt:variant>
        <vt:i4>1</vt:i4>
      </vt:variant>
    </vt:vector>
  </HeadingPairs>
  <TitlesOfParts>
    <vt:vector size="1" baseType="lpstr">
      <vt:lpstr>Хотын ой, ногоон дэд бүтцийн тухай хуулийн төслийн үзэл баримтлал</vt:lpstr>
    </vt:vector>
  </TitlesOfParts>
  <Manager/>
  <Company/>
  <LinksUpToDate>false</LinksUpToDate>
  <CharactersWithSpaces>19302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Хотын ой, ногоон дэд бүтцийн тухай хуулийн төслийн үзэл баримтлал</dc:title>
  <dc:subject>Хуулийн төслийн үзэл баримтлал</dc:subject>
  <dc:creator>Battogtokh Bataa</dc:creator>
  <cp:keywords/>
  <dc:description/>
  <cp:lastModifiedBy>Battogtokh Bataa</cp:lastModifiedBy>
  <cp:revision>273</cp:revision>
  <cp:lastPrinted>2026-09-04T06:28:00Z</cp:lastPrinted>
  <dcterms:created xsi:type="dcterms:W3CDTF">2026-08-18T05:30:00Z</dcterms:created>
  <dcterms:modified xsi:type="dcterms:W3CDTF">2026-09-04T06:31:00Z</dcterms:modified>
  <cp:category/>
</cp:coreProperties>
</file>