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5E4C4" w14:textId="06540DDC" w:rsidR="009C7FAE" w:rsidRPr="00D22962" w:rsidRDefault="004142CA">
      <w:pPr>
        <w:pStyle w:val="Title"/>
        <w:jc w:val="center"/>
        <w:rPr>
          <w:rFonts w:ascii="Arial" w:hAnsi="Arial" w:cs="Arial"/>
          <w:szCs w:val="24"/>
        </w:rPr>
      </w:pPr>
      <w:r w:rsidRPr="00D22962">
        <w:rPr>
          <w:rFonts w:ascii="Arial" w:hAnsi="Arial" w:cs="Arial"/>
          <w:b/>
          <w:szCs w:val="24"/>
          <w:lang w:val="mn-MN"/>
        </w:rPr>
        <w:t>“</w:t>
      </w:r>
      <w:r w:rsidR="00F24BD6" w:rsidRPr="00D22962">
        <w:rPr>
          <w:rFonts w:ascii="Arial" w:hAnsi="Arial" w:cs="Arial"/>
          <w:b/>
          <w:szCs w:val="24"/>
        </w:rPr>
        <w:t>ЗУНЫ ЦАГИЙН ТООЛЛЫГ ЖИЛ БҮР ХЭРЭГЛЭХ ТУХАЙ</w:t>
      </w:r>
      <w:r w:rsidRPr="00D22962">
        <w:rPr>
          <w:rFonts w:ascii="Arial" w:hAnsi="Arial" w:cs="Arial"/>
          <w:b/>
          <w:szCs w:val="24"/>
          <w:lang w:val="mn-MN"/>
        </w:rPr>
        <w:t>”</w:t>
      </w:r>
      <w:r w:rsidR="00F24BD6" w:rsidRPr="00D22962">
        <w:rPr>
          <w:rFonts w:ascii="Arial" w:hAnsi="Arial" w:cs="Arial"/>
          <w:b/>
          <w:szCs w:val="24"/>
        </w:rPr>
        <w:br/>
        <w:t>УЛСЫН ИХ ХУРЛЫН ТОГТООЛЫН ТӨСЛИЙН</w:t>
      </w:r>
      <w:r w:rsidR="00F24BD6" w:rsidRPr="00D22962">
        <w:rPr>
          <w:rFonts w:ascii="Arial" w:hAnsi="Arial" w:cs="Arial"/>
          <w:b/>
          <w:szCs w:val="24"/>
        </w:rPr>
        <w:br/>
        <w:t>ХЭРЭГЦЭЭ, ШААРДЛАГЫГ УРЬДЧИЛАН ТАНДАН</w:t>
      </w:r>
      <w:r w:rsidR="00F24BD6" w:rsidRPr="00D22962">
        <w:rPr>
          <w:rFonts w:ascii="Arial" w:hAnsi="Arial" w:cs="Arial"/>
          <w:b/>
          <w:szCs w:val="24"/>
        </w:rPr>
        <w:br/>
        <w:t>СУДАЛСАН СУДАЛГААНЫ ТАЙЛАН</w:t>
      </w:r>
    </w:p>
    <w:p w14:paraId="4225E721" w14:textId="77777777" w:rsidR="009C7FAE" w:rsidRPr="00D22962" w:rsidRDefault="00F24BD6">
      <w:pPr>
        <w:jc w:val="both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2026 </w:t>
      </w:r>
      <w:proofErr w:type="spellStart"/>
      <w:r w:rsidRPr="00D22962">
        <w:rPr>
          <w:rFonts w:cs="Arial"/>
          <w:szCs w:val="24"/>
        </w:rPr>
        <w:t>он</w:t>
      </w:r>
      <w:proofErr w:type="spellEnd"/>
    </w:p>
    <w:p w14:paraId="4320B21B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Энэхүү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судалгааг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Монгол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2016 </w:t>
      </w:r>
      <w:proofErr w:type="spellStart"/>
      <w:r w:rsidRPr="00D22962">
        <w:rPr>
          <w:rFonts w:cs="Arial"/>
          <w:szCs w:val="24"/>
        </w:rPr>
        <w:t>оны</w:t>
      </w:r>
      <w:proofErr w:type="spellEnd"/>
      <w:r w:rsidRPr="00D22962">
        <w:rPr>
          <w:rFonts w:cs="Arial"/>
          <w:szCs w:val="24"/>
        </w:rPr>
        <w:t xml:space="preserve"> 59 </w:t>
      </w:r>
      <w:proofErr w:type="spellStart"/>
      <w:r w:rsidRPr="00D22962">
        <w:rPr>
          <w:rFonts w:cs="Arial"/>
          <w:szCs w:val="24"/>
        </w:rPr>
        <w:t>дүгээр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нэгдүгээр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хавсралтаар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баталсан</w:t>
      </w:r>
      <w:proofErr w:type="spellEnd"/>
      <w:r w:rsidRPr="00D22962">
        <w:rPr>
          <w:rFonts w:cs="Arial"/>
          <w:szCs w:val="24"/>
        </w:rPr>
        <w:t xml:space="preserve"> “</w:t>
      </w:r>
      <w:proofErr w:type="spellStart"/>
      <w:r w:rsidRPr="00D22962">
        <w:rPr>
          <w:rFonts w:cs="Arial"/>
          <w:szCs w:val="24"/>
        </w:rPr>
        <w:t>Хууль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тогтоомжийн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хэрэгцээ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шаардлагыг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урьдчилан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тандан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судлах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аргачлал</w:t>
      </w:r>
      <w:proofErr w:type="spellEnd"/>
      <w:r w:rsidRPr="00D22962">
        <w:rPr>
          <w:rFonts w:cs="Arial"/>
          <w:szCs w:val="24"/>
        </w:rPr>
        <w:t>”-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үе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асуултын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хүрээнд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баримт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бичгийн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шинжилгээ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харьцуулалтын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боловсруулав</w:t>
      </w:r>
      <w:proofErr w:type="spellEnd"/>
      <w:r w:rsidRPr="00D22962">
        <w:rPr>
          <w:rFonts w:cs="Arial"/>
          <w:szCs w:val="24"/>
        </w:rPr>
        <w:t>. [12]</w:t>
      </w:r>
    </w:p>
    <w:p w14:paraId="585D9CD5" w14:textId="77777777" w:rsidR="009C7FAE" w:rsidRPr="00D22962" w:rsidRDefault="00F24BD6">
      <w:pPr>
        <w:pStyle w:val="Heading1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ЕРӨНХИЙ МЭДЭЭЛЭЛ</w:t>
      </w:r>
    </w:p>
    <w:p w14:paraId="1A568E38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Судалгааны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байгалийн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иргэдийн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идэвхтэй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асуудлыг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тодорхойлж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зуны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тооллыг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хэрэгцээ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шаардлага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нөхцөлийг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үнэлэхэд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оршино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төсөлд</w:t>
      </w:r>
      <w:proofErr w:type="spellEnd"/>
      <w:r w:rsidRPr="00D22962">
        <w:rPr>
          <w:rFonts w:cs="Arial"/>
          <w:szCs w:val="24"/>
        </w:rPr>
        <w:t xml:space="preserve"> 2027 </w:t>
      </w:r>
      <w:proofErr w:type="spellStart"/>
      <w:r w:rsidRPr="00D22962">
        <w:rPr>
          <w:rFonts w:cs="Arial"/>
          <w:szCs w:val="24"/>
        </w:rPr>
        <w:t>оноос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эхлэн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бүрийн</w:t>
      </w:r>
      <w:proofErr w:type="spellEnd"/>
      <w:r w:rsidRPr="00D22962">
        <w:rPr>
          <w:rFonts w:cs="Arial"/>
          <w:szCs w:val="24"/>
        </w:rPr>
        <w:t xml:space="preserve"> 3 </w:t>
      </w:r>
      <w:proofErr w:type="spellStart"/>
      <w:r w:rsidRPr="00D22962">
        <w:rPr>
          <w:rFonts w:cs="Arial"/>
          <w:szCs w:val="24"/>
        </w:rPr>
        <w:t>дугаар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сүүлчийн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долоо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хоногт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урагшлуулж</w:t>
      </w:r>
      <w:proofErr w:type="spellEnd"/>
      <w:r w:rsidRPr="00D22962">
        <w:rPr>
          <w:rFonts w:cs="Arial"/>
          <w:szCs w:val="24"/>
        </w:rPr>
        <w:t xml:space="preserve">, 9 </w:t>
      </w:r>
      <w:proofErr w:type="spellStart"/>
      <w:r w:rsidRPr="00D22962">
        <w:rPr>
          <w:rFonts w:cs="Arial"/>
          <w:szCs w:val="24"/>
        </w:rPr>
        <w:t>дүгээр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сүүлчийн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долоо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хоногт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буцаах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тусгасан</w:t>
      </w:r>
      <w:proofErr w:type="spellEnd"/>
      <w:r w:rsidRPr="00D22962">
        <w:rPr>
          <w:rFonts w:cs="Arial"/>
          <w:szCs w:val="24"/>
        </w:rPr>
        <w:t>.</w:t>
      </w:r>
    </w:p>
    <w:p w14:paraId="059AB0F8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Судалгааны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сурвалж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ЗГХЭГ-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2026 </w:t>
      </w:r>
      <w:proofErr w:type="spellStart"/>
      <w:r w:rsidRPr="00D22962">
        <w:rPr>
          <w:rFonts w:cs="Arial"/>
          <w:szCs w:val="24"/>
        </w:rPr>
        <w:t>оны</w:t>
      </w:r>
      <w:proofErr w:type="spellEnd"/>
      <w:r w:rsidRPr="00D22962">
        <w:rPr>
          <w:rFonts w:cs="Arial"/>
          <w:szCs w:val="24"/>
        </w:rPr>
        <w:t xml:space="preserve"> ХЭГ/2942 </w:t>
      </w:r>
      <w:proofErr w:type="spellStart"/>
      <w:r w:rsidRPr="00D22962">
        <w:rPr>
          <w:rFonts w:cs="Arial"/>
          <w:szCs w:val="24"/>
        </w:rPr>
        <w:t>дугаар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албан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бичгээр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хүргүүлсэн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архивын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материал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Legalinfo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дахь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актууд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Европын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Комисс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Их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Британийн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газар</w:t>
      </w:r>
      <w:proofErr w:type="spellEnd"/>
      <w:r w:rsidRPr="00D22962">
        <w:rPr>
          <w:rFonts w:cs="Arial"/>
          <w:szCs w:val="24"/>
        </w:rPr>
        <w:t>, АНУ-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NIST, </w:t>
      </w:r>
      <w:proofErr w:type="spellStart"/>
      <w:r w:rsidRPr="00D22962">
        <w:rPr>
          <w:rFonts w:cs="Arial"/>
          <w:szCs w:val="24"/>
        </w:rPr>
        <w:t>Австралийн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Шинэ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Өмнөд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Уэльсийн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эрчим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хүч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нойрны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анагаах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ухааны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судалгаа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болно</w:t>
      </w:r>
      <w:proofErr w:type="spellEnd"/>
      <w:r w:rsidRPr="00D22962">
        <w:rPr>
          <w:rFonts w:cs="Arial"/>
          <w:szCs w:val="24"/>
        </w:rPr>
        <w:t>. [1–11]</w:t>
      </w:r>
    </w:p>
    <w:p w14:paraId="1A83DD88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Судалгаанд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акт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архивын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баримт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бичгийн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шинжилгээ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зохицуулалтын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харьцуулалт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хүний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засаг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нийгэм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байгаль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орчны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нөлөөллийн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чанарын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ашиглав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Дүгнэлтийг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Монгол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түүх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гадаад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нийтлэгдсэн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судалгааны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дүнд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тулгуурлан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гаргав</w:t>
      </w:r>
      <w:proofErr w:type="spellEnd"/>
      <w:r w:rsidRPr="00D22962">
        <w:rPr>
          <w:rFonts w:cs="Arial"/>
          <w:szCs w:val="24"/>
        </w:rPr>
        <w:t>.</w:t>
      </w:r>
    </w:p>
    <w:p w14:paraId="4FD6702A" w14:textId="676145ED" w:rsidR="009C7FAE" w:rsidRPr="00D22962" w:rsidRDefault="00F24BD6">
      <w:pPr>
        <w:pStyle w:val="Heading1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НЭГ. АСУУДАЛД ДҮН ШИНЖИЛГЭЭ ХИЙСЭН ТУХАЙ</w:t>
      </w:r>
    </w:p>
    <w:p w14:paraId="7099D937" w14:textId="77777777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1.1. </w:t>
      </w:r>
      <w:proofErr w:type="spellStart"/>
      <w:r w:rsidRPr="00D22962">
        <w:rPr>
          <w:rFonts w:ascii="Arial" w:hAnsi="Arial" w:cs="Arial"/>
          <w:szCs w:val="24"/>
        </w:rPr>
        <w:t>Асуудлын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мөн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чанар</w:t>
      </w:r>
      <w:proofErr w:type="spellEnd"/>
      <w:r w:rsidRPr="00D22962">
        <w:rPr>
          <w:rFonts w:ascii="Arial" w:hAnsi="Arial" w:cs="Arial"/>
          <w:szCs w:val="24"/>
        </w:rPr>
        <w:t xml:space="preserve">, </w:t>
      </w:r>
      <w:proofErr w:type="spellStart"/>
      <w:r w:rsidRPr="00D22962">
        <w:rPr>
          <w:rFonts w:ascii="Arial" w:hAnsi="Arial" w:cs="Arial"/>
          <w:szCs w:val="24"/>
        </w:rPr>
        <w:t>цар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хүрээ</w:t>
      </w:r>
      <w:proofErr w:type="spellEnd"/>
    </w:p>
    <w:p w14:paraId="592F0AA4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Монгол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хавар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зуны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улиралд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уртасдаг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өдрийн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хугацааг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тогтмол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судалгааны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асуудал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юм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Зуны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хоногийн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хугацааг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өөрчлөхгүйгээр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өглөөний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хэсгийг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иргэдийн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дараах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идэвхтэй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давхцуулна</w:t>
      </w:r>
      <w:proofErr w:type="spellEnd"/>
      <w:r w:rsidRPr="00D22962">
        <w:rPr>
          <w:rFonts w:cs="Arial"/>
          <w:szCs w:val="24"/>
        </w:rPr>
        <w:t>.</w:t>
      </w:r>
    </w:p>
    <w:p w14:paraId="7CB81290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Төслийн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зорилтот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өгөөж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амралт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хүүхдийн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гадаа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тоглох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биеийн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тамир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спорт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ахуй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худалдаа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авах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нэмэгдүүлэхэд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оршино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Эдгээр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хоорондын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уялдааг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хадгалж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иргэдийн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өдөр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тутмын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төлөвлөлтийг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дэмжинэ</w:t>
      </w:r>
      <w:proofErr w:type="spellEnd"/>
      <w:r w:rsidRPr="00D22962">
        <w:rPr>
          <w:rFonts w:cs="Arial"/>
          <w:szCs w:val="24"/>
        </w:rPr>
        <w:t>.</w:t>
      </w:r>
    </w:p>
    <w:p w14:paraId="3CAD081D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нутаг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дэвсгэр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иргэн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төрийн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тэмдэглэгээнд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хамаарна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Харин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өгөөж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дасан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ачаалал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байрлал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нас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ээлж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төрөл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тухайн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өдөр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тутмын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хуваариас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шалтгаалан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ялгаатай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байна</w:t>
      </w:r>
      <w:proofErr w:type="spellEnd"/>
      <w:r w:rsidRPr="00D22962">
        <w:rPr>
          <w:rFonts w:cs="Arial"/>
          <w:szCs w:val="24"/>
        </w:rPr>
        <w:t>.</w:t>
      </w:r>
    </w:p>
    <w:p w14:paraId="551D064B" w14:textId="77777777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lastRenderedPageBreak/>
        <w:t xml:space="preserve">1.2. </w:t>
      </w:r>
      <w:proofErr w:type="spellStart"/>
      <w:r w:rsidRPr="00D22962">
        <w:rPr>
          <w:rFonts w:ascii="Arial" w:hAnsi="Arial" w:cs="Arial"/>
          <w:szCs w:val="24"/>
        </w:rPr>
        <w:t>Асуудлыг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үүсгэж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буй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шалтгаан</w:t>
      </w:r>
      <w:proofErr w:type="spellEnd"/>
      <w:r w:rsidRPr="00D22962">
        <w:rPr>
          <w:rFonts w:ascii="Arial" w:hAnsi="Arial" w:cs="Arial"/>
          <w:szCs w:val="24"/>
        </w:rPr>
        <w:t xml:space="preserve">, </w:t>
      </w:r>
      <w:proofErr w:type="spellStart"/>
      <w:r w:rsidRPr="00D22962">
        <w:rPr>
          <w:rFonts w:ascii="Arial" w:hAnsi="Arial" w:cs="Arial"/>
          <w:szCs w:val="24"/>
        </w:rPr>
        <w:t>нөхцөл</w:t>
      </w:r>
      <w:proofErr w:type="spellEnd"/>
    </w:p>
    <w:p w14:paraId="55874935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Нэгдүгээрт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улирлын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хугацаа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өөрчлөгдөхөд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тогтмол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хэвээр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байдаг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Хоёрдугаарт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түлхүү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дангаар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хэрэгжүүлбэл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тээвэр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сургууль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алдагдах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эрсдэлтэй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Гуравдугаарт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өмнөх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сэргээх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цуцлах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шийдвэрүүдийн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туршлагыг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бэлтгэл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тогтмол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холбох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шаардлага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байна</w:t>
      </w:r>
      <w:proofErr w:type="spellEnd"/>
      <w:r w:rsidRPr="00D22962">
        <w:rPr>
          <w:rFonts w:cs="Arial"/>
          <w:szCs w:val="24"/>
        </w:rPr>
        <w:t>.</w:t>
      </w:r>
    </w:p>
    <w:p w14:paraId="4210478D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Дөрөвдүгээрт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цахим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бүртгэл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банк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харилцаа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холбоо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тээврийн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захиалгын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системд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нэгдмэл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шаардлага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улам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нэмэгдсэн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Тавдугаарт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хүүхэд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ахмад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настан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ээлжийн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ажилтны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зохицолд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чиглэсэн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нийтэд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урьдчилан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хүргэх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тогтвортой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нөхцөл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болно</w:t>
      </w:r>
      <w:proofErr w:type="spellEnd"/>
      <w:r w:rsidRPr="00D22962">
        <w:rPr>
          <w:rFonts w:cs="Arial"/>
          <w:szCs w:val="24"/>
        </w:rPr>
        <w:t>.</w:t>
      </w:r>
    </w:p>
    <w:p w14:paraId="0595C923" w14:textId="0181BC7B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1.3. </w:t>
      </w:r>
      <w:proofErr w:type="spellStart"/>
      <w:r w:rsidRPr="00D22962">
        <w:rPr>
          <w:rFonts w:ascii="Arial" w:hAnsi="Arial" w:cs="Arial"/>
          <w:szCs w:val="24"/>
        </w:rPr>
        <w:t>Монгол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Улсын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хэрэгжилтийн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түүх</w:t>
      </w:r>
      <w:proofErr w:type="spellEnd"/>
    </w:p>
    <w:p w14:paraId="692858E1" w14:textId="77777777" w:rsidR="004142CA" w:rsidRPr="00D22962" w:rsidRDefault="004142CA" w:rsidP="004142CA">
      <w:pPr>
        <w:rPr>
          <w:rFonts w:cs="Arial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71"/>
        <w:gridCol w:w="6958"/>
      </w:tblGrid>
      <w:tr w:rsidR="004142CA" w:rsidRPr="00D22962" w14:paraId="4C0DEFE4" w14:textId="77777777" w:rsidTr="004142CA">
        <w:trPr>
          <w:cantSplit/>
          <w:tblHeader/>
          <w:jc w:val="center"/>
        </w:trPr>
        <w:tc>
          <w:tcPr>
            <w:tcW w:w="26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52002E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Он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b/>
                <w:szCs w:val="24"/>
              </w:rPr>
              <w:t>шийдвэр</w:t>
            </w:r>
            <w:proofErr w:type="spellEnd"/>
          </w:p>
        </w:tc>
        <w:tc>
          <w:tcPr>
            <w:tcW w:w="6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DDD4F5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Зохицуулалт</w:t>
            </w:r>
            <w:proofErr w:type="spellEnd"/>
          </w:p>
        </w:tc>
      </w:tr>
      <w:tr w:rsidR="004142CA" w:rsidRPr="00D22962" w14:paraId="02CAA234" w14:textId="77777777" w:rsidTr="004142CA">
        <w:trPr>
          <w:cantSplit/>
          <w:jc w:val="center"/>
        </w:trPr>
        <w:tc>
          <w:tcPr>
            <w:tcW w:w="26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B8C8FB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1983 </w:t>
            </w:r>
            <w:proofErr w:type="spellStart"/>
            <w:r w:rsidRPr="00D22962">
              <w:rPr>
                <w:rFonts w:cs="Arial"/>
                <w:szCs w:val="24"/>
              </w:rPr>
              <w:t>оны</w:t>
            </w:r>
            <w:proofErr w:type="spellEnd"/>
            <w:r w:rsidRPr="00D22962">
              <w:rPr>
                <w:rFonts w:cs="Arial"/>
                <w:szCs w:val="24"/>
              </w:rPr>
              <w:t xml:space="preserve"> 51; 1985 </w:t>
            </w:r>
            <w:proofErr w:type="spellStart"/>
            <w:r w:rsidRPr="00D22962">
              <w:rPr>
                <w:rFonts w:cs="Arial"/>
                <w:szCs w:val="24"/>
              </w:rPr>
              <w:t>оны</w:t>
            </w:r>
            <w:proofErr w:type="spellEnd"/>
            <w:r w:rsidRPr="00D22962">
              <w:rPr>
                <w:rFonts w:cs="Arial"/>
                <w:szCs w:val="24"/>
              </w:rPr>
              <w:t xml:space="preserve"> 74</w:t>
            </w:r>
          </w:p>
        </w:tc>
        <w:tc>
          <w:tcPr>
            <w:tcW w:w="6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032624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Сайд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Зөвлөлийн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шийдвэрээр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байсныг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архивын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танилцуулгад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дурдсан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4142CA" w:rsidRPr="00D22962" w14:paraId="0899B6CE" w14:textId="77777777" w:rsidTr="004142CA">
        <w:trPr>
          <w:cantSplit/>
          <w:jc w:val="center"/>
        </w:trPr>
        <w:tc>
          <w:tcPr>
            <w:tcW w:w="26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BD49FB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1999.03.24, №48</w:t>
            </w:r>
          </w:p>
        </w:tc>
        <w:tc>
          <w:tcPr>
            <w:tcW w:w="6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CBF8A8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Өмнөх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хүчингүй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болгосныг</w:t>
            </w:r>
            <w:proofErr w:type="spellEnd"/>
            <w:r w:rsidRPr="00D22962">
              <w:rPr>
                <w:rFonts w:cs="Arial"/>
                <w:szCs w:val="24"/>
              </w:rPr>
              <w:t xml:space="preserve"> 2001 </w:t>
            </w:r>
            <w:proofErr w:type="spellStart"/>
            <w:r w:rsidRPr="00D22962">
              <w:rPr>
                <w:rFonts w:cs="Arial"/>
                <w:szCs w:val="24"/>
              </w:rPr>
              <w:t>оны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албан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бичигт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тэмдэглэсэн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4142CA" w:rsidRPr="00D22962" w14:paraId="359DFA29" w14:textId="77777777" w:rsidTr="004142CA">
        <w:trPr>
          <w:cantSplit/>
          <w:jc w:val="center"/>
        </w:trPr>
        <w:tc>
          <w:tcPr>
            <w:tcW w:w="26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06BB08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2001.04.20, №93</w:t>
            </w:r>
          </w:p>
        </w:tc>
        <w:tc>
          <w:tcPr>
            <w:tcW w:w="6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41CC3D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Зуны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сэргээсэн</w:t>
            </w:r>
            <w:proofErr w:type="spellEnd"/>
            <w:r w:rsidRPr="00D22962">
              <w:rPr>
                <w:rFonts w:cs="Arial"/>
                <w:szCs w:val="24"/>
              </w:rPr>
              <w:t xml:space="preserve">. 2001 </w:t>
            </w:r>
            <w:proofErr w:type="spellStart"/>
            <w:r w:rsidRPr="00D22962">
              <w:rPr>
                <w:rFonts w:cs="Arial"/>
                <w:szCs w:val="24"/>
              </w:rPr>
              <w:t>онд</w:t>
            </w:r>
            <w:proofErr w:type="spellEnd"/>
            <w:r w:rsidRPr="00D22962">
              <w:rPr>
                <w:rFonts w:cs="Arial"/>
                <w:szCs w:val="24"/>
              </w:rPr>
              <w:t xml:space="preserve"> 4 </w:t>
            </w:r>
            <w:proofErr w:type="spellStart"/>
            <w:r w:rsidRPr="00D22962">
              <w:rPr>
                <w:rFonts w:cs="Arial"/>
                <w:szCs w:val="24"/>
              </w:rPr>
              <w:t>дүгээр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сүүлээс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эхлэх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нөхцөлтэй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4142CA" w:rsidRPr="00D22962" w14:paraId="4FF33C2D" w14:textId="77777777" w:rsidTr="004142CA">
        <w:trPr>
          <w:cantSplit/>
          <w:jc w:val="center"/>
        </w:trPr>
        <w:tc>
          <w:tcPr>
            <w:tcW w:w="26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92BDDB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2007.02.07, №34</w:t>
            </w:r>
          </w:p>
        </w:tc>
        <w:tc>
          <w:tcPr>
            <w:tcW w:w="6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8A2E90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2001 </w:t>
            </w:r>
            <w:proofErr w:type="spellStart"/>
            <w:r w:rsidRPr="00D22962">
              <w:rPr>
                <w:rFonts w:cs="Arial"/>
                <w:szCs w:val="24"/>
              </w:rPr>
              <w:t>оны</w:t>
            </w:r>
            <w:proofErr w:type="spellEnd"/>
            <w:r w:rsidRPr="00D22962">
              <w:rPr>
                <w:rFonts w:cs="Arial"/>
                <w:szCs w:val="24"/>
              </w:rPr>
              <w:t xml:space="preserve"> 93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хүчингүй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болгосон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4142CA" w:rsidRPr="00D22962" w14:paraId="6B930760" w14:textId="77777777" w:rsidTr="004142CA">
        <w:trPr>
          <w:cantSplit/>
          <w:jc w:val="center"/>
        </w:trPr>
        <w:tc>
          <w:tcPr>
            <w:tcW w:w="26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866A9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2015.03.09, №82</w:t>
            </w:r>
          </w:p>
        </w:tc>
        <w:tc>
          <w:tcPr>
            <w:tcW w:w="6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6732D7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3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сараас</w:t>
            </w:r>
            <w:proofErr w:type="spellEnd"/>
            <w:r w:rsidRPr="00D22962">
              <w:rPr>
                <w:rFonts w:cs="Arial"/>
                <w:szCs w:val="24"/>
              </w:rPr>
              <w:t xml:space="preserve"> 9 </w:t>
            </w:r>
            <w:proofErr w:type="spellStart"/>
            <w:r w:rsidRPr="00D22962">
              <w:rPr>
                <w:rFonts w:cs="Arial"/>
                <w:szCs w:val="24"/>
              </w:rPr>
              <w:t>дүгээр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хүртэл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дахин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хэрэглүүлэхээр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шийдвэрлэсэн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4142CA" w:rsidRPr="00D22962" w14:paraId="5BEF1954" w14:textId="77777777" w:rsidTr="004142CA">
        <w:trPr>
          <w:cantSplit/>
          <w:jc w:val="center"/>
        </w:trPr>
        <w:tc>
          <w:tcPr>
            <w:tcW w:w="26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8EECCF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2017.02.08, №50</w:t>
            </w:r>
          </w:p>
        </w:tc>
        <w:tc>
          <w:tcPr>
            <w:tcW w:w="6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1F6949" w14:textId="77777777" w:rsidR="004142CA" w:rsidRPr="00D22962" w:rsidRDefault="004142CA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2015 </w:t>
            </w:r>
            <w:proofErr w:type="spellStart"/>
            <w:r w:rsidRPr="00D22962">
              <w:rPr>
                <w:rFonts w:cs="Arial"/>
                <w:szCs w:val="24"/>
              </w:rPr>
              <w:t>оны</w:t>
            </w:r>
            <w:proofErr w:type="spellEnd"/>
            <w:r w:rsidRPr="00D22962">
              <w:rPr>
                <w:rFonts w:cs="Arial"/>
                <w:szCs w:val="24"/>
              </w:rPr>
              <w:t xml:space="preserve"> 82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цуцалсан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1B9B491E" w14:textId="77777777" w:rsidR="004142CA" w:rsidRPr="00D22962" w:rsidRDefault="004142CA">
      <w:pPr>
        <w:jc w:val="both"/>
        <w:rPr>
          <w:rFonts w:cs="Arial"/>
          <w:szCs w:val="24"/>
        </w:rPr>
      </w:pPr>
    </w:p>
    <w:p w14:paraId="7EAB8474" w14:textId="6749F726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Монгол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өмнөх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шийдвэрүүд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байгалийн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түлхүү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гэрэлтүүлгийн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эрчим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хүчийг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хэмнэх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иргэдийн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дараах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ахуй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нэмэгдүүлэх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зорилготой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байв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Энэхүү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туршлагын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сургамж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тээврийн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зөвлөмжтэй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байдлаар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шаардлагад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оршино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Шинэ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төсөлд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эдгээр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чиглэлийн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газарт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тодорхой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хариуцуулсан</w:t>
      </w:r>
      <w:proofErr w:type="spellEnd"/>
      <w:r w:rsidRPr="00D22962">
        <w:rPr>
          <w:rFonts w:cs="Arial"/>
          <w:szCs w:val="24"/>
        </w:rPr>
        <w:t>. [2]</w:t>
      </w:r>
    </w:p>
    <w:p w14:paraId="15054749" w14:textId="55032808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1.4. </w:t>
      </w:r>
      <w:proofErr w:type="spellStart"/>
      <w:r w:rsidRPr="00D22962">
        <w:rPr>
          <w:rFonts w:ascii="Arial" w:hAnsi="Arial" w:cs="Arial"/>
          <w:szCs w:val="24"/>
        </w:rPr>
        <w:t>Эрх</w:t>
      </w:r>
      <w:proofErr w:type="spellEnd"/>
      <w:r w:rsidRPr="00D22962">
        <w:rPr>
          <w:rFonts w:ascii="Arial" w:hAnsi="Arial" w:cs="Arial"/>
          <w:szCs w:val="24"/>
        </w:rPr>
        <w:t xml:space="preserve">, </w:t>
      </w:r>
      <w:proofErr w:type="spellStart"/>
      <w:r w:rsidRPr="00D22962">
        <w:rPr>
          <w:rFonts w:ascii="Arial" w:hAnsi="Arial" w:cs="Arial"/>
          <w:szCs w:val="24"/>
        </w:rPr>
        <w:t>ашиг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сонирхол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нь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хөндөгдөх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этгээд</w:t>
      </w:r>
      <w:proofErr w:type="spellEnd"/>
    </w:p>
    <w:p w14:paraId="75239AA9" w14:textId="77777777" w:rsidR="004142CA" w:rsidRPr="00D22962" w:rsidRDefault="004142CA" w:rsidP="004142CA">
      <w:pPr>
        <w:rPr>
          <w:rFonts w:cs="Arial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6"/>
        <w:gridCol w:w="3244"/>
        <w:gridCol w:w="3960"/>
      </w:tblGrid>
      <w:tr w:rsidR="009C7FAE" w:rsidRPr="00D22962" w14:paraId="78BCBBC7" w14:textId="77777777" w:rsidTr="004142CA">
        <w:trPr>
          <w:cantSplit/>
          <w:tblHeader/>
          <w:jc w:val="center"/>
        </w:trPr>
        <w:tc>
          <w:tcPr>
            <w:tcW w:w="25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C79C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Бүлэг</w:t>
            </w:r>
            <w:proofErr w:type="spellEnd"/>
          </w:p>
        </w:tc>
        <w:tc>
          <w:tcPr>
            <w:tcW w:w="3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28EBA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Хүлээгдэж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буй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боломж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E6865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Хэрэгжилтийн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хэрэгцээ</w:t>
            </w:r>
            <w:proofErr w:type="spellEnd"/>
          </w:p>
        </w:tc>
      </w:tr>
      <w:tr w:rsidR="009C7FAE" w:rsidRPr="00D22962" w14:paraId="37508816" w14:textId="77777777" w:rsidTr="004142CA">
        <w:trPr>
          <w:cantSplit/>
          <w:jc w:val="center"/>
        </w:trPr>
        <w:tc>
          <w:tcPr>
            <w:tcW w:w="25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7CAB0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Иргэн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гэр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</w:t>
            </w:r>
            <w:proofErr w:type="spellEnd"/>
          </w:p>
        </w:tc>
        <w:tc>
          <w:tcPr>
            <w:tcW w:w="3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B99DA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дараах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амралт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хөдөлгөөний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E3055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Хуваарийг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урьдчилан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зөвлөмж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51F7352" w14:textId="77777777" w:rsidTr="004142CA">
        <w:trPr>
          <w:cantSplit/>
          <w:jc w:val="center"/>
        </w:trPr>
        <w:tc>
          <w:tcPr>
            <w:tcW w:w="25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8197A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lastRenderedPageBreak/>
              <w:t>Хүүхэд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ахмад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настан</w:t>
            </w:r>
            <w:proofErr w:type="spellEnd"/>
          </w:p>
        </w:tc>
        <w:tc>
          <w:tcPr>
            <w:tcW w:w="3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A3851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гадаа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3659C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Нойр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сургууль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асаргааны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бэлтгэл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2DB1ED0" w14:textId="77777777" w:rsidTr="004142CA">
        <w:trPr>
          <w:cantSplit/>
          <w:jc w:val="center"/>
        </w:trPr>
        <w:tc>
          <w:tcPr>
            <w:tcW w:w="25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9801E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Худалдаа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аялал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жуулчлал</w:t>
            </w:r>
            <w:proofErr w:type="spellEnd"/>
          </w:p>
        </w:tc>
        <w:tc>
          <w:tcPr>
            <w:tcW w:w="3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8EEBF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үйлчлүүлэх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арга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FE464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Ажилтны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ээлж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захиалгын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уялдуулах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1ADED47" w14:textId="77777777" w:rsidTr="004142CA">
        <w:trPr>
          <w:cantSplit/>
          <w:jc w:val="center"/>
        </w:trPr>
        <w:tc>
          <w:tcPr>
            <w:tcW w:w="25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39BF3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Тээвэр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банк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холбоо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мэдээллийн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систем</w:t>
            </w:r>
            <w:proofErr w:type="spellEnd"/>
          </w:p>
        </w:tc>
        <w:tc>
          <w:tcPr>
            <w:tcW w:w="3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68AC6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Нэгдсэн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хуваариар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урьдчилан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төлөвлөх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AA774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огноо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бүртгэлийн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туршилт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C59D95F" w14:textId="77777777" w:rsidTr="004142CA">
        <w:trPr>
          <w:cantSplit/>
          <w:jc w:val="center"/>
        </w:trPr>
        <w:tc>
          <w:tcPr>
            <w:tcW w:w="25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748F8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Ээлжийн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тасралтгүй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ажилтан</w:t>
            </w:r>
            <w:proofErr w:type="spellEnd"/>
          </w:p>
        </w:tc>
        <w:tc>
          <w:tcPr>
            <w:tcW w:w="3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B282D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дараах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51208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Бодитоор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хугацаа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цалин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хөлсний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тооцоо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6919DE8" w14:textId="77777777" w:rsidTr="004142CA">
        <w:trPr>
          <w:cantSplit/>
          <w:jc w:val="center"/>
        </w:trPr>
        <w:tc>
          <w:tcPr>
            <w:tcW w:w="25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F4F4C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</w:t>
            </w:r>
            <w:proofErr w:type="spellEnd"/>
          </w:p>
        </w:tc>
        <w:tc>
          <w:tcPr>
            <w:tcW w:w="3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5FDD1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Нэгдсэн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хяналт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B0E6C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дүнгийн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үнэлгээ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2CBFCF87" w14:textId="77777777" w:rsidR="004142CA" w:rsidRPr="00D22962" w:rsidRDefault="004142CA">
      <w:pPr>
        <w:pStyle w:val="Heading1"/>
        <w:rPr>
          <w:rFonts w:ascii="Arial" w:hAnsi="Arial" w:cs="Arial"/>
          <w:szCs w:val="24"/>
        </w:rPr>
      </w:pPr>
    </w:p>
    <w:p w14:paraId="7B63A9AA" w14:textId="558934C6" w:rsidR="009C7FAE" w:rsidRPr="00D22962" w:rsidRDefault="00F24BD6">
      <w:pPr>
        <w:pStyle w:val="Heading1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ХОЁР. АСУУДЛЫГ ШИЙДВЭРЛЭХ ЗОРИЛГЫГ ТОДОРХОЙЛСОН БАЙДАЛ</w:t>
      </w:r>
    </w:p>
    <w:p w14:paraId="0BBA7BC1" w14:textId="77777777" w:rsidR="004142CA" w:rsidRPr="00D22962" w:rsidRDefault="004142CA" w:rsidP="004142CA">
      <w:pPr>
        <w:rPr>
          <w:rFonts w:cs="Arial"/>
          <w:szCs w:val="24"/>
        </w:rPr>
      </w:pPr>
    </w:p>
    <w:p w14:paraId="3970DD8A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Ерөнхий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байгалийн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иргэдийн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амралтын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зохистой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дулааны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улирлын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засаг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нийгмийн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идэвхийг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дэмжих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тогтвортой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бүрдүүлэхэд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оршино</w:t>
      </w:r>
      <w:proofErr w:type="spellEnd"/>
      <w:r w:rsidRPr="00D22962">
        <w:rPr>
          <w:rFonts w:cs="Arial"/>
          <w:szCs w:val="24"/>
        </w:rPr>
        <w:t>.</w:t>
      </w:r>
    </w:p>
    <w:p w14:paraId="39EFB77F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Тодорхой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2027 </w:t>
      </w:r>
      <w:proofErr w:type="spellStart"/>
      <w:r w:rsidRPr="00D22962">
        <w:rPr>
          <w:rFonts w:cs="Arial"/>
          <w:szCs w:val="24"/>
        </w:rPr>
        <w:t>оноос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хавар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намрын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; </w:t>
      </w:r>
      <w:proofErr w:type="spellStart"/>
      <w:r w:rsidRPr="00D22962">
        <w:rPr>
          <w:rFonts w:cs="Arial"/>
          <w:szCs w:val="24"/>
        </w:rPr>
        <w:t>ажил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эхлэх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хэвээр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хадгалах</w:t>
      </w:r>
      <w:proofErr w:type="spellEnd"/>
      <w:r w:rsidRPr="00D22962">
        <w:rPr>
          <w:rFonts w:cs="Arial"/>
          <w:szCs w:val="24"/>
        </w:rPr>
        <w:t xml:space="preserve">; </w:t>
      </w:r>
      <w:proofErr w:type="spellStart"/>
      <w:r w:rsidRPr="00D22962">
        <w:rPr>
          <w:rFonts w:cs="Arial"/>
          <w:szCs w:val="24"/>
        </w:rPr>
        <w:t>тээвэр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цахим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систем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ээлжийн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тооцооны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бэлтгэлийг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хангах</w:t>
      </w:r>
      <w:proofErr w:type="spellEnd"/>
      <w:r w:rsidRPr="00D22962">
        <w:rPr>
          <w:rFonts w:cs="Arial"/>
          <w:szCs w:val="24"/>
        </w:rPr>
        <w:t xml:space="preserve">; </w:t>
      </w:r>
      <w:proofErr w:type="spellStart"/>
      <w:r w:rsidRPr="00D22962">
        <w:rPr>
          <w:rFonts w:cs="Arial"/>
          <w:szCs w:val="24"/>
        </w:rPr>
        <w:t>анхны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шилжилтээс</w:t>
      </w:r>
      <w:proofErr w:type="spellEnd"/>
      <w:r w:rsidRPr="00D22962">
        <w:rPr>
          <w:rFonts w:cs="Arial"/>
          <w:szCs w:val="24"/>
        </w:rPr>
        <w:t xml:space="preserve"> 60-аас </w:t>
      </w:r>
      <w:proofErr w:type="spellStart"/>
      <w:r w:rsidRPr="00D22962">
        <w:rPr>
          <w:rFonts w:cs="Arial"/>
          <w:szCs w:val="24"/>
        </w:rPr>
        <w:t>доошгүй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хоногийн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өмнө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мэдээлэх</w:t>
      </w:r>
      <w:proofErr w:type="spellEnd"/>
      <w:r w:rsidRPr="00D22962">
        <w:rPr>
          <w:rFonts w:cs="Arial"/>
          <w:szCs w:val="24"/>
        </w:rPr>
        <w:t xml:space="preserve">;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зөвлөмжийг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хүргэх</w:t>
      </w:r>
      <w:proofErr w:type="spellEnd"/>
      <w:r w:rsidRPr="00D22962">
        <w:rPr>
          <w:rFonts w:cs="Arial"/>
          <w:szCs w:val="24"/>
        </w:rPr>
        <w:t xml:space="preserve">;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дүнг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тогтмол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явдал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юм</w:t>
      </w:r>
      <w:proofErr w:type="spellEnd"/>
      <w:r w:rsidRPr="00D22962">
        <w:rPr>
          <w:rFonts w:cs="Arial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960"/>
        <w:gridCol w:w="3960"/>
      </w:tblGrid>
      <w:tr w:rsidR="009C7FAE" w:rsidRPr="00D22962" w14:paraId="10340F87" w14:textId="77777777">
        <w:trPr>
          <w:cantSplit/>
          <w:tblHeader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5F5E1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Зорилт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A9D28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Хэмжих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үзүүлэлт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FF538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Шалгах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эх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үүсвэр</w:t>
            </w:r>
            <w:proofErr w:type="spellEnd"/>
          </w:p>
        </w:tc>
      </w:tr>
      <w:tr w:rsidR="009C7FAE" w:rsidRPr="00D22962" w14:paraId="285F15C3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446B5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Нэгдсэн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D68C0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Батлагдсан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хэмжээнд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C77EF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Тогтоол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хэрэгжүүлэх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шийдвэр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A29B53F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D2A49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Урьдчилан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мэдээлэх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0225E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Анхны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шилжилтийн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хооронд</w:t>
            </w:r>
            <w:proofErr w:type="spellEnd"/>
            <w:r w:rsidRPr="00D22962">
              <w:rPr>
                <w:rFonts w:cs="Arial"/>
                <w:szCs w:val="24"/>
              </w:rPr>
              <w:t xml:space="preserve"> 60-аас </w:t>
            </w:r>
            <w:proofErr w:type="spellStart"/>
            <w:r w:rsidRPr="00D22962">
              <w:rPr>
                <w:rFonts w:cs="Arial"/>
                <w:szCs w:val="24"/>
              </w:rPr>
              <w:t>доошгүй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хоног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73F27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Нийтэлсэн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огноо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мэдээллийн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тайлан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05FB702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1AE89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Системийн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бэлтгэл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598CE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Чухал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систем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туршилт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баталгаажуулалтын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бүртгэлтэй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байх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7F154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Байгууллагын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бэлэн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тайлан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174FFA2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FC916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ашиглах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62254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дараах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иргэдийн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3D1C5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Нарны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тооцоо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цаашдын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хэрэглэгчийн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судалгаа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ACB45E9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7FD55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lastRenderedPageBreak/>
              <w:t>Эрчим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хүч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29907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тутмын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зохицол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77E0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Хэвийнжүүлсэн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салбарын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статистик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50464F4F" w14:textId="77777777" w:rsidR="004142CA" w:rsidRPr="00D22962" w:rsidRDefault="004142CA">
      <w:pPr>
        <w:pStyle w:val="Heading1"/>
        <w:rPr>
          <w:rFonts w:ascii="Arial" w:hAnsi="Arial" w:cs="Arial"/>
          <w:szCs w:val="24"/>
        </w:rPr>
      </w:pPr>
    </w:p>
    <w:p w14:paraId="5345D449" w14:textId="345D651D" w:rsidR="009C7FAE" w:rsidRPr="00D22962" w:rsidRDefault="00F24BD6">
      <w:pPr>
        <w:pStyle w:val="Heading1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ГУРАВ. АСУУДЛЫГ ЗОХИЦУУЛАХ ХУВИЛБАРУУД, ТЭДГЭЭРИЙН ЭЕРЭГ, СӨРӨГ ТАЛЫГ ХАРЬЦУУЛСАН БАЙДАЛ</w:t>
      </w:r>
    </w:p>
    <w:p w14:paraId="7DFCD416" w14:textId="77777777" w:rsidR="004142CA" w:rsidRPr="00D22962" w:rsidRDefault="004142CA" w:rsidP="004142CA">
      <w:pPr>
        <w:rPr>
          <w:rFonts w:cs="Arial"/>
          <w:szCs w:val="24"/>
        </w:rPr>
      </w:pPr>
    </w:p>
    <w:p w14:paraId="38EDC9CA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Аргачлалын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баримтлан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хийхгүй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зээлийн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санхүүгийн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хэрэгсэл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хэвшлийн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оролцоо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захиргааны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хууль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тогтоомжийн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харьцуулав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Харьцуулалтын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шалгуур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зорилгод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зардал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өгөөж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нэгдмэл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байдал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болно</w:t>
      </w:r>
      <w:proofErr w:type="spellEnd"/>
      <w:r w:rsidRPr="00D22962">
        <w:rPr>
          <w:rFonts w:cs="Arial"/>
          <w:szCs w:val="24"/>
        </w:rPr>
        <w:t>. [12]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960"/>
        <w:gridCol w:w="3960"/>
      </w:tblGrid>
      <w:tr w:rsidR="009C7FAE" w:rsidRPr="00D22962" w14:paraId="4DAD7A4C" w14:textId="77777777">
        <w:trPr>
          <w:cantSplit/>
          <w:tblHeader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6318F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Хувилбар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C243C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Зорилгод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хүрэх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байдал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AF070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Зардал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b/>
                <w:szCs w:val="24"/>
              </w:rPr>
              <w:t>үр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өгөөжийн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харьцаа</w:t>
            </w:r>
            <w:proofErr w:type="spellEnd"/>
          </w:p>
        </w:tc>
      </w:tr>
      <w:tr w:rsidR="009C7FAE" w:rsidRPr="00D22962" w14:paraId="75906A9D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399EE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1. </w:t>
            </w:r>
            <w:proofErr w:type="spellStart"/>
            <w:r w:rsidRPr="00D22962">
              <w:rPr>
                <w:rFonts w:cs="Arial"/>
                <w:szCs w:val="24"/>
              </w:rPr>
              <w:t>Тэг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хувилбар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9125C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Одоогийн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хадгална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дараах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дахин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644AA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Шилжилтийн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зардалгүй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төслийн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зорилтот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0E99F4C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56FEB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2.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зөвлөмж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77CD0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Иргэд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босох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байгууллага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хуваарьтаа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дураар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хийх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боломжтой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00CDF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Зардал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бага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хамтын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нийтээр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уялдуулахад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дангаараа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хүрэлцэхгүй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EEFF154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90ED0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3.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механизм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E28EF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Үйлчилгээний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эрэлтээр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боломжтой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92AC7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нийтлэг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сургууль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тээврийн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уялдааг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99CC0C1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0A0D0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4. </w:t>
            </w:r>
            <w:proofErr w:type="spellStart"/>
            <w:r w:rsidRPr="00D22962">
              <w:rPr>
                <w:rFonts w:cs="Arial"/>
                <w:szCs w:val="24"/>
              </w:rPr>
              <w:t>Санхүүгийн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интервенц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A222B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Гэрэлтүүлгийн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тоног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төхөөрөмж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зэрэг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тусдаа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зорилгыг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1A1B7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Төсвийн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санхүүжилт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шаарддаг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нийтлэг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орлохгүй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63D37CC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9B971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5. </w:t>
            </w:r>
            <w:proofErr w:type="spellStart"/>
            <w:r w:rsidRPr="00D22962">
              <w:rPr>
                <w:rFonts w:cs="Arial"/>
                <w:szCs w:val="24"/>
              </w:rPr>
              <w:t>Хувийн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хэвшил</w:t>
            </w:r>
            <w:proofErr w:type="spellEnd"/>
            <w:r w:rsidRPr="00D22962">
              <w:rPr>
                <w:rFonts w:cs="Arial"/>
                <w:szCs w:val="24"/>
              </w:rPr>
              <w:t>, ТББ-</w:t>
            </w:r>
            <w:proofErr w:type="spellStart"/>
            <w:r w:rsidRPr="00D22962">
              <w:rPr>
                <w:rFonts w:cs="Arial"/>
                <w:szCs w:val="24"/>
              </w:rPr>
              <w:t>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оролцоо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0F5B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сургалт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тохируулга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судалгаанд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DE966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Хэрэгжилтийг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боловч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орлохгүй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90E25D1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927E6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6. </w:t>
            </w:r>
            <w:proofErr w:type="spellStart"/>
            <w:r w:rsidRPr="00D22962">
              <w:rPr>
                <w:rFonts w:cs="Arial"/>
                <w:szCs w:val="24"/>
              </w:rPr>
              <w:t>Захиргааны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шийдвэр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08017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шилжилтийг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боломжтой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Парламентын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бодлогын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чиглэл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хяналтыг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2D407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Гүйцэтгэх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түвшний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>. УИХ-</w:t>
            </w:r>
            <w:proofErr w:type="spellStart"/>
            <w:r w:rsidRPr="00D22962">
              <w:rPr>
                <w:rFonts w:cs="Arial"/>
                <w:szCs w:val="24"/>
              </w:rPr>
              <w:t>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чиглэл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хяналтын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зорилгыг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дангаараа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хангахгүй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7620946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CD729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 УИХ-</w:t>
            </w:r>
            <w:proofErr w:type="spellStart"/>
            <w:r w:rsidRPr="00D22962">
              <w:rPr>
                <w:rFonts w:cs="Arial"/>
                <w:szCs w:val="24"/>
              </w:rPr>
              <w:t>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тогтоол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B185B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Засгийн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газрын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үүрэг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парламентын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хяналтыг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шийдвэрт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62765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Бэлтгэлийг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батлагдсан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төсөвт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багтаана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тогтмол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урьдчилан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төлөвлөх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6B819A5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0A81F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lastRenderedPageBreak/>
              <w:t xml:space="preserve">8. </w:t>
            </w:r>
            <w:proofErr w:type="spellStart"/>
            <w:r w:rsidRPr="00D22962">
              <w:rPr>
                <w:rFonts w:cs="Arial"/>
                <w:szCs w:val="24"/>
              </w:rPr>
              <w:t>Бие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хууль</w:t>
            </w:r>
            <w:proofErr w:type="spellEnd"/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28E22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Стандарт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бүс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өөрчлөх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журмыг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цогцоор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78008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Одоогийн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хязгаарлагдмал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зорилгоос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өргөн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хүрээтэй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цогц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тогтолцооны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үед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тохирно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2D4BDBC2" w14:textId="77777777" w:rsidR="004142CA" w:rsidRPr="00D22962" w:rsidRDefault="004142CA">
      <w:pPr>
        <w:jc w:val="both"/>
        <w:rPr>
          <w:rFonts w:cs="Arial"/>
          <w:szCs w:val="24"/>
        </w:rPr>
      </w:pPr>
    </w:p>
    <w:p w14:paraId="0FBCC568" w14:textId="77F92D4D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Харьцуулсан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үнэлгээгээр</w:t>
      </w:r>
      <w:proofErr w:type="spellEnd"/>
      <w:r w:rsidRPr="00D22962">
        <w:rPr>
          <w:rFonts w:cs="Arial"/>
          <w:szCs w:val="24"/>
        </w:rPr>
        <w:t xml:space="preserve"> УИХ-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тогтоолоор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бодлогын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нийтлэг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хариуцлага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парламентын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хяналтыг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сонгов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боловч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парламентын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түвшинд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бодлогын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хяналтыг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нэгтгэн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дангаараа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хэрэгжүүлэхгүй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Иймд</w:t>
      </w:r>
      <w:proofErr w:type="spellEnd"/>
      <w:r w:rsidRPr="00D22962">
        <w:rPr>
          <w:rFonts w:cs="Arial"/>
          <w:szCs w:val="24"/>
        </w:rPr>
        <w:t xml:space="preserve"> УИХ-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түүнийг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зорилгод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нийцнэ</w:t>
      </w:r>
      <w:proofErr w:type="spellEnd"/>
      <w:r w:rsidRPr="00D22962">
        <w:rPr>
          <w:rFonts w:cs="Arial"/>
          <w:szCs w:val="24"/>
        </w:rPr>
        <w:t>. [12]</w:t>
      </w:r>
    </w:p>
    <w:p w14:paraId="57EDE100" w14:textId="523A73D2" w:rsidR="009C7FAE" w:rsidRPr="00D22962" w:rsidRDefault="00F24BD6">
      <w:pPr>
        <w:pStyle w:val="Heading1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ДӨРӨВ. ЗОХИЦУУЛАЛТЫН ХУВИЛБАРЫН ҮР НӨЛӨӨГ ТАНДАН СУДЛАХ</w:t>
      </w:r>
    </w:p>
    <w:p w14:paraId="5BDD9C02" w14:textId="77777777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4.1. </w:t>
      </w:r>
      <w:proofErr w:type="spellStart"/>
      <w:r w:rsidRPr="00D22962">
        <w:rPr>
          <w:rFonts w:ascii="Arial" w:hAnsi="Arial" w:cs="Arial"/>
          <w:szCs w:val="24"/>
        </w:rPr>
        <w:t>Хүний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эрхэд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үзүүлэх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үр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нөлөө</w:t>
      </w:r>
      <w:proofErr w:type="spellEnd"/>
    </w:p>
    <w:p w14:paraId="5FB6DEDA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Нэгдсэн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иргэн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үйлчилж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дараах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амралт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хөдөлгөөн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гэр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дэмжинэ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Төслөөр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хөдөлмөрийн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хугацаа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цалин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хөлсний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өмчлөх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хязгаарлахгүй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Шилжилтийн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үед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бодитоор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зөв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бүртгэх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эмзэг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бүлгийн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хамгаалах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нөхцөл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болно</w:t>
      </w:r>
      <w:proofErr w:type="spellEnd"/>
      <w:r w:rsidRPr="00D22962">
        <w:rPr>
          <w:rFonts w:cs="Arial"/>
          <w:szCs w:val="24"/>
        </w:rPr>
        <w:t>.</w:t>
      </w:r>
    </w:p>
    <w:p w14:paraId="05904124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Хүүхэд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ахмад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настан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ээлжийн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ажилтан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нутаг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дэвсгэрийн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байршлаас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хамаарах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ялгааг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зөвлөмж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бэлтгэлд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тусгана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бодит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бүртгэл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цалин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хөлс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амралтын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хэвээр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хамгаалж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нийтлэг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баталгаатай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Хүний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эрхэд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үзүүлэх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Хавсралт</w:t>
      </w:r>
      <w:proofErr w:type="spellEnd"/>
      <w:r w:rsidRPr="00D22962">
        <w:rPr>
          <w:rFonts w:cs="Arial"/>
          <w:szCs w:val="24"/>
        </w:rPr>
        <w:t xml:space="preserve"> 1-д </w:t>
      </w:r>
      <w:proofErr w:type="spellStart"/>
      <w:r w:rsidRPr="00D22962">
        <w:rPr>
          <w:rFonts w:cs="Arial"/>
          <w:szCs w:val="24"/>
        </w:rPr>
        <w:t>нэгтгэв</w:t>
      </w:r>
      <w:proofErr w:type="spellEnd"/>
      <w:r w:rsidRPr="00D22962">
        <w:rPr>
          <w:rFonts w:cs="Arial"/>
          <w:szCs w:val="24"/>
        </w:rPr>
        <w:t>.</w:t>
      </w:r>
    </w:p>
    <w:p w14:paraId="0A1FC3CB" w14:textId="77777777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4.2. </w:t>
      </w:r>
      <w:proofErr w:type="spellStart"/>
      <w:r w:rsidRPr="00D22962">
        <w:rPr>
          <w:rFonts w:ascii="Arial" w:hAnsi="Arial" w:cs="Arial"/>
          <w:szCs w:val="24"/>
        </w:rPr>
        <w:t>Эдийн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засагт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үзүүлэх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үр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нөлөө</w:t>
      </w:r>
      <w:proofErr w:type="spellEnd"/>
    </w:p>
    <w:p w14:paraId="7FA701AF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дараах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худалдаа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аялал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жуулчлал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соёл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амралтын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өргөжүүлнэ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урьдчилан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тодорхой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болсноор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төлөвлөлт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захиалга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ажилтны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ээлж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үйлчлүүлэгчийн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сайжирна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төлөвлөлтийн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тогтвортой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байдлаар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дамжин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илэрнэ</w:t>
      </w:r>
      <w:proofErr w:type="spellEnd"/>
      <w:r w:rsidRPr="00D22962">
        <w:rPr>
          <w:rFonts w:cs="Arial"/>
          <w:szCs w:val="24"/>
        </w:rPr>
        <w:t>.</w:t>
      </w:r>
    </w:p>
    <w:p w14:paraId="44F88698" w14:textId="26C6D0CF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Байгалийн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ахуйн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түлхүү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гэрэлтүүлгийн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цахилгааны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хэмнэх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бүрдүүлнэ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Эрчим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хүчний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дүнд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гэрэлтүүлгээс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гадна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халаалт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хөргөлтийн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proofErr w:type="gramStart"/>
      <w:r w:rsidRPr="00D22962">
        <w:rPr>
          <w:rFonts w:cs="Arial"/>
          <w:szCs w:val="24"/>
        </w:rPr>
        <w:t>нөлөөлдөг</w:t>
      </w:r>
      <w:proofErr w:type="spellEnd"/>
      <w:r w:rsidR="0045323A">
        <w:rPr>
          <w:rFonts w:cs="Arial"/>
          <w:szCs w:val="24"/>
          <w:lang w:val="mn-MN"/>
        </w:rPr>
        <w:t>.Тиймээс</w:t>
      </w:r>
      <w:proofErr w:type="gramEnd"/>
      <w:r w:rsidR="0045323A">
        <w:rPr>
          <w:rFonts w:cs="Arial"/>
          <w:szCs w:val="24"/>
          <w:lang w:val="mn-MN"/>
        </w:rPr>
        <w:t xml:space="preserve"> </w:t>
      </w:r>
      <w:proofErr w:type="spellStart"/>
      <w:r w:rsidRPr="00D22962">
        <w:rPr>
          <w:rFonts w:cs="Arial"/>
          <w:szCs w:val="24"/>
        </w:rPr>
        <w:t>Монгол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оргил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ачааллыг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агаар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үйлдвэрлэлийн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өөрчлөлттэй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хэмжих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шалгуур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болно</w:t>
      </w:r>
      <w:proofErr w:type="spellEnd"/>
      <w:r w:rsidRPr="00D22962">
        <w:rPr>
          <w:rFonts w:cs="Arial"/>
          <w:szCs w:val="24"/>
        </w:rPr>
        <w:t>. [9, 10]</w:t>
      </w:r>
    </w:p>
    <w:p w14:paraId="0D503DFA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холбогдох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одоогийн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бүтэц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орон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техник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программ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хангамж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батлагдсан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хүрээнд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Төрийн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шинээр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орон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нэмэх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шинэ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татвар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төлбөр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хураамж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зөвшөөрөл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болгохгүй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тохиргоо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хуваарийн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багтаан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гүйцэтгэх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нөхцөлөөр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төсвөөс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lastRenderedPageBreak/>
        <w:t>нэмж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шаардагдах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санхүүжилтийг</w:t>
      </w:r>
      <w:proofErr w:type="spellEnd"/>
      <w:r w:rsidRPr="00D22962">
        <w:rPr>
          <w:rFonts w:cs="Arial"/>
          <w:szCs w:val="24"/>
        </w:rPr>
        <w:t xml:space="preserve"> 0 </w:t>
      </w:r>
      <w:proofErr w:type="spellStart"/>
      <w:r w:rsidRPr="00D22962">
        <w:rPr>
          <w:rFonts w:cs="Arial"/>
          <w:szCs w:val="24"/>
        </w:rPr>
        <w:t>төгрөгөөр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төлөвлөнө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нөлөөллийн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Хавсралт</w:t>
      </w:r>
      <w:proofErr w:type="spellEnd"/>
      <w:r w:rsidRPr="00D22962">
        <w:rPr>
          <w:rFonts w:cs="Arial"/>
          <w:szCs w:val="24"/>
        </w:rPr>
        <w:t xml:space="preserve"> 2-т </w:t>
      </w:r>
      <w:proofErr w:type="spellStart"/>
      <w:r w:rsidRPr="00D22962">
        <w:rPr>
          <w:rFonts w:cs="Arial"/>
          <w:szCs w:val="24"/>
        </w:rPr>
        <w:t>нэгтгэв</w:t>
      </w:r>
      <w:proofErr w:type="spellEnd"/>
      <w:r w:rsidRPr="00D22962">
        <w:rPr>
          <w:rFonts w:cs="Arial"/>
          <w:szCs w:val="24"/>
        </w:rPr>
        <w:t>.</w:t>
      </w:r>
    </w:p>
    <w:p w14:paraId="5A66619B" w14:textId="77777777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4.3. </w:t>
      </w:r>
      <w:proofErr w:type="spellStart"/>
      <w:r w:rsidRPr="00D22962">
        <w:rPr>
          <w:rFonts w:ascii="Arial" w:hAnsi="Arial" w:cs="Arial"/>
          <w:szCs w:val="24"/>
        </w:rPr>
        <w:t>Нийгэмд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үзүүлэх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үр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нөлөө</w:t>
      </w:r>
      <w:proofErr w:type="spellEnd"/>
    </w:p>
    <w:p w14:paraId="24BB6395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Гэр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амралт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хүүхдийн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гадаа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тоглох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спорт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хөдөлгөөн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ахуй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соёлын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нэмэгдэнэ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чөлөөт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өөрчлөгдөхгүй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боловч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түүний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байгалийн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давхцах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хэсэг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өөрчлөгдөнө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хүртээмжийг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дэмжих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энэхүү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иргэдэд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уялдаатай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холбоно</w:t>
      </w:r>
      <w:proofErr w:type="spellEnd"/>
      <w:r w:rsidRPr="00D22962">
        <w:rPr>
          <w:rFonts w:cs="Arial"/>
          <w:szCs w:val="24"/>
        </w:rPr>
        <w:t>.</w:t>
      </w:r>
    </w:p>
    <w:p w14:paraId="43E810AA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үеийн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нойр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дасан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ачааллыг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зөвлөмж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сургууль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цэцэрлэгийн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бэлтгэл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ээлжийн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хөдөлмөрийн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аюулгүй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хяналтаар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Америкийн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Нойрны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анагаах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ухааны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академи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стандарт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турш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хэрэглэхийг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дэмжсэн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суурь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илэрхийлсэн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улирлын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асуудлыг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анхаарах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үндэслэл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болдог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Төсөлд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зөвлөмж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тогтмол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үүрэг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болгон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тусгасан</w:t>
      </w:r>
      <w:proofErr w:type="spellEnd"/>
      <w:r w:rsidRPr="00D22962">
        <w:rPr>
          <w:rFonts w:cs="Arial"/>
          <w:szCs w:val="24"/>
        </w:rPr>
        <w:t xml:space="preserve">. [11] </w:t>
      </w:r>
      <w:proofErr w:type="spellStart"/>
      <w:r w:rsidRPr="00D22962">
        <w:rPr>
          <w:rFonts w:cs="Arial"/>
          <w:szCs w:val="24"/>
        </w:rPr>
        <w:t>Нийгмийн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нөлөөллийн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Хавсралт</w:t>
      </w:r>
      <w:proofErr w:type="spellEnd"/>
      <w:r w:rsidRPr="00D22962">
        <w:rPr>
          <w:rFonts w:cs="Arial"/>
          <w:szCs w:val="24"/>
        </w:rPr>
        <w:t xml:space="preserve"> 3-т </w:t>
      </w:r>
      <w:proofErr w:type="spellStart"/>
      <w:r w:rsidRPr="00D22962">
        <w:rPr>
          <w:rFonts w:cs="Arial"/>
          <w:szCs w:val="24"/>
        </w:rPr>
        <w:t>нэгтгэв</w:t>
      </w:r>
      <w:proofErr w:type="spellEnd"/>
      <w:r w:rsidRPr="00D22962">
        <w:rPr>
          <w:rFonts w:cs="Arial"/>
          <w:szCs w:val="24"/>
        </w:rPr>
        <w:t>.</w:t>
      </w:r>
    </w:p>
    <w:p w14:paraId="38D412D0" w14:textId="77777777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4.4. </w:t>
      </w:r>
      <w:proofErr w:type="spellStart"/>
      <w:r w:rsidRPr="00D22962">
        <w:rPr>
          <w:rFonts w:ascii="Arial" w:hAnsi="Arial" w:cs="Arial"/>
          <w:szCs w:val="24"/>
        </w:rPr>
        <w:t>Байгаль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орчинд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үзүүлэх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үр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нөлөө</w:t>
      </w:r>
      <w:proofErr w:type="spellEnd"/>
    </w:p>
    <w:p w14:paraId="3AE29339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төсөл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газар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ус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ой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амьтан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ургамлын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нөөц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хамгаалалтын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дэглэмд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оруулахгүй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Байгалийн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түлхүү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гэрэлтүүлгийн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эрчим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хүчний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хэрэгцээг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зохистой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болгох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боломжтой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Байгаль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орчны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шууд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бус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нөлөөллийг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цахилгаан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тээврийн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хөдөлгөөн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түүнээс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хамаарах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ялгарлын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үзүүлэлттэй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хамтатган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үнэлнэ</w:t>
      </w:r>
      <w:proofErr w:type="spellEnd"/>
      <w:r w:rsidRPr="00D22962">
        <w:rPr>
          <w:rFonts w:cs="Arial"/>
          <w:szCs w:val="24"/>
        </w:rPr>
        <w:t>.</w:t>
      </w:r>
    </w:p>
    <w:p w14:paraId="2136CD7F" w14:textId="77777777" w:rsidR="009C7FAE" w:rsidRPr="00D22962" w:rsidRDefault="00F24BD6">
      <w:pPr>
        <w:pStyle w:val="Heading2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 xml:space="preserve">4.5. </w:t>
      </w:r>
      <w:proofErr w:type="spellStart"/>
      <w:r w:rsidRPr="00D22962">
        <w:rPr>
          <w:rFonts w:ascii="Arial" w:hAnsi="Arial" w:cs="Arial"/>
          <w:szCs w:val="24"/>
        </w:rPr>
        <w:t>Үндсэн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хууль</w:t>
      </w:r>
      <w:proofErr w:type="spellEnd"/>
      <w:r w:rsidRPr="00D22962">
        <w:rPr>
          <w:rFonts w:ascii="Arial" w:hAnsi="Arial" w:cs="Arial"/>
          <w:szCs w:val="24"/>
        </w:rPr>
        <w:t xml:space="preserve">, </w:t>
      </w:r>
      <w:proofErr w:type="spellStart"/>
      <w:r w:rsidRPr="00D22962">
        <w:rPr>
          <w:rFonts w:ascii="Arial" w:hAnsi="Arial" w:cs="Arial"/>
          <w:szCs w:val="24"/>
        </w:rPr>
        <w:t>олон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улсын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гэрээ</w:t>
      </w:r>
      <w:proofErr w:type="spellEnd"/>
      <w:r w:rsidRPr="00D22962">
        <w:rPr>
          <w:rFonts w:ascii="Arial" w:hAnsi="Arial" w:cs="Arial"/>
          <w:szCs w:val="24"/>
        </w:rPr>
        <w:t xml:space="preserve">, </w:t>
      </w:r>
      <w:proofErr w:type="spellStart"/>
      <w:r w:rsidRPr="00D22962">
        <w:rPr>
          <w:rFonts w:ascii="Arial" w:hAnsi="Arial" w:cs="Arial"/>
          <w:szCs w:val="24"/>
        </w:rPr>
        <w:t>бусад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хуультай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уялдах</w:t>
      </w:r>
      <w:proofErr w:type="spellEnd"/>
      <w:r w:rsidRPr="00D22962">
        <w:rPr>
          <w:rFonts w:ascii="Arial" w:hAnsi="Arial" w:cs="Arial"/>
          <w:szCs w:val="24"/>
        </w:rPr>
        <w:t xml:space="preserve"> </w:t>
      </w:r>
      <w:proofErr w:type="spellStart"/>
      <w:r w:rsidRPr="00D22962">
        <w:rPr>
          <w:rFonts w:ascii="Arial" w:hAnsi="Arial" w:cs="Arial"/>
          <w:szCs w:val="24"/>
        </w:rPr>
        <w:t>байдал</w:t>
      </w:r>
      <w:proofErr w:type="spellEnd"/>
    </w:p>
    <w:p w14:paraId="4E76482B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Үндсэн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хуулийн</w:t>
      </w:r>
      <w:proofErr w:type="spellEnd"/>
      <w:r w:rsidRPr="00D22962">
        <w:rPr>
          <w:rFonts w:cs="Arial"/>
          <w:szCs w:val="24"/>
        </w:rPr>
        <w:t xml:space="preserve"> 25 </w:t>
      </w:r>
      <w:proofErr w:type="spellStart"/>
      <w:r w:rsidRPr="00D22962">
        <w:rPr>
          <w:rFonts w:cs="Arial"/>
          <w:szCs w:val="24"/>
        </w:rPr>
        <w:t>дугаар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зүйлийн</w:t>
      </w:r>
      <w:proofErr w:type="spellEnd"/>
      <w:r w:rsidRPr="00D22962">
        <w:rPr>
          <w:rFonts w:cs="Arial"/>
          <w:szCs w:val="24"/>
        </w:rPr>
        <w:t xml:space="preserve"> 1 </w:t>
      </w:r>
      <w:proofErr w:type="spellStart"/>
      <w:r w:rsidRPr="00D22962">
        <w:rPr>
          <w:rFonts w:cs="Arial"/>
          <w:szCs w:val="24"/>
        </w:rPr>
        <w:t>дэх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хэсгийн</w:t>
      </w:r>
      <w:proofErr w:type="spellEnd"/>
      <w:r w:rsidRPr="00D22962">
        <w:rPr>
          <w:rFonts w:cs="Arial"/>
          <w:szCs w:val="24"/>
        </w:rPr>
        <w:t xml:space="preserve"> 7 </w:t>
      </w:r>
      <w:proofErr w:type="spellStart"/>
      <w:r w:rsidRPr="00D22962">
        <w:rPr>
          <w:rFonts w:cs="Arial"/>
          <w:szCs w:val="24"/>
        </w:rPr>
        <w:t>дахь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заалтад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засаг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нийгмийн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хөгжлийн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бодлого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тодорхойлох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үндэслэл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болно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Төслөөр</w:t>
      </w:r>
      <w:proofErr w:type="spellEnd"/>
      <w:r w:rsidRPr="00D22962">
        <w:rPr>
          <w:rFonts w:cs="Arial"/>
          <w:szCs w:val="24"/>
        </w:rPr>
        <w:t xml:space="preserve"> УИХ </w:t>
      </w:r>
      <w:proofErr w:type="spellStart"/>
      <w:r w:rsidRPr="00D22962">
        <w:rPr>
          <w:rFonts w:cs="Arial"/>
          <w:szCs w:val="24"/>
        </w:rPr>
        <w:t>бодлогын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нийтлэг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тээвэр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мэдээллийн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систем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уялдааг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үүргийг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хэрэгжүүлнэ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Ийнхүү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бодлого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тодорхойлох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байна</w:t>
      </w:r>
      <w:proofErr w:type="spellEnd"/>
      <w:r w:rsidRPr="00D22962">
        <w:rPr>
          <w:rFonts w:cs="Arial"/>
          <w:szCs w:val="24"/>
        </w:rPr>
        <w:t>. [1]</w:t>
      </w:r>
    </w:p>
    <w:p w14:paraId="2ABB7AF4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Төсөл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хөдөлмөрийн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хууль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тогтоомжид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амралт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цалин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хөлсний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хэвээр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Нутаг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дэвсгэрийн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бүсийн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хуваарилалтыг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өөрчлөхгүй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тээвэр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солилцооны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үүргийг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шинэ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хэрэгжүүлнэ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Холбогдох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шинэ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нийцүүлж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нэгдмэл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хангана</w:t>
      </w:r>
      <w:proofErr w:type="spellEnd"/>
      <w:r w:rsidRPr="00D22962">
        <w:rPr>
          <w:rFonts w:cs="Arial"/>
          <w:szCs w:val="24"/>
        </w:rPr>
        <w:t>.</w:t>
      </w:r>
    </w:p>
    <w:p w14:paraId="7568BA9A" w14:textId="77777777" w:rsidR="009C7FAE" w:rsidRPr="00D22962" w:rsidRDefault="00F24BD6">
      <w:pPr>
        <w:pStyle w:val="Heading1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ТАВ. ЗОХИЦУУЛАЛТЫН ХУВИЛБАРУУДЫГ ХАРЬЦУУЛСАН ДҮГНЭЛТ</w:t>
      </w:r>
    </w:p>
    <w:p w14:paraId="4DCBAF97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зээл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санхүүгийн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хэрэгсэл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дэмжих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боловч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тэмдэглэгээг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орлохгүй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боломжтой</w:t>
      </w:r>
      <w:proofErr w:type="spellEnd"/>
      <w:r w:rsidRPr="00D22962">
        <w:rPr>
          <w:rFonts w:cs="Arial"/>
          <w:szCs w:val="24"/>
        </w:rPr>
        <w:t>. УИХ-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давуу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бодлогын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тогтмол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үүрэг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парламентын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хяналтыг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тодорхойлох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явдал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юм</w:t>
      </w:r>
      <w:proofErr w:type="spellEnd"/>
      <w:r w:rsidRPr="00D22962">
        <w:rPr>
          <w:rFonts w:cs="Arial"/>
          <w:szCs w:val="24"/>
        </w:rPr>
        <w:t>.</w:t>
      </w:r>
    </w:p>
    <w:p w14:paraId="1A1C0142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Зорилгод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нэгдмэл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шаардлагыг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харьцуулан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үзэхэд</w:t>
      </w:r>
      <w:proofErr w:type="spellEnd"/>
      <w:r w:rsidRPr="00D22962">
        <w:rPr>
          <w:rFonts w:cs="Arial"/>
          <w:szCs w:val="24"/>
        </w:rPr>
        <w:t xml:space="preserve"> УИХ-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тогтоолоор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газарт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хариуцуулах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тохиромжтой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Энэ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хувилбар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lastRenderedPageBreak/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бүсийн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тогтолцоог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бүхэлд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өөрчлөхгүйгээр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зорилгыг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байгууллага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иргэдийн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урьдчилан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төлөвлөх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нэмэгдүүлнэ</w:t>
      </w:r>
      <w:proofErr w:type="spellEnd"/>
      <w:r w:rsidRPr="00D22962">
        <w:rPr>
          <w:rFonts w:cs="Arial"/>
          <w:szCs w:val="24"/>
        </w:rPr>
        <w:t>.</w:t>
      </w:r>
    </w:p>
    <w:p w14:paraId="3F690CCE" w14:textId="4CD60F85" w:rsidR="009C7FAE" w:rsidRPr="00D22962" w:rsidRDefault="00F24BD6">
      <w:pPr>
        <w:pStyle w:val="Heading1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ЗУРГАА. ОЛОН УЛСЫН БОЛОН БУСАД УЛСЫН ЭРХ ЗҮЙН ЗОХИЦУУЛАЛТТАЙ ХАРЬЦУУЛСАН БАЙДАЛ</w:t>
      </w:r>
    </w:p>
    <w:p w14:paraId="4B1E4D36" w14:textId="77777777" w:rsidR="004142CA" w:rsidRPr="00D22962" w:rsidRDefault="004142CA" w:rsidP="004142CA">
      <w:pPr>
        <w:rPr>
          <w:rFonts w:cs="Arial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65"/>
        <w:gridCol w:w="4395"/>
        <w:gridCol w:w="3660"/>
      </w:tblGrid>
      <w:tr w:rsidR="009C7FAE" w:rsidRPr="00D22962" w14:paraId="320FF853" w14:textId="77777777" w:rsidTr="004142CA">
        <w:trPr>
          <w:cantSplit/>
          <w:tblHeader/>
          <w:jc w:val="center"/>
        </w:trPr>
        <w:tc>
          <w:tcPr>
            <w:tcW w:w="1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1D0DC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Улс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b/>
                <w:szCs w:val="24"/>
              </w:rPr>
              <w:t>бүс</w:t>
            </w:r>
            <w:proofErr w:type="spellEnd"/>
          </w:p>
        </w:tc>
        <w:tc>
          <w:tcPr>
            <w:tcW w:w="4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A68E6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Хэрэглэж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буй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хуваарь</w:t>
            </w:r>
            <w:proofErr w:type="spellEnd"/>
          </w:p>
        </w:tc>
        <w:tc>
          <w:tcPr>
            <w:tcW w:w="36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B273C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Монголд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хамаарах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сургамж</w:t>
            </w:r>
            <w:proofErr w:type="spellEnd"/>
          </w:p>
        </w:tc>
      </w:tr>
      <w:tr w:rsidR="009C7FAE" w:rsidRPr="00D22962" w14:paraId="53921DAC" w14:textId="77777777" w:rsidTr="004142CA">
        <w:trPr>
          <w:cantSplit/>
          <w:jc w:val="center"/>
        </w:trPr>
        <w:tc>
          <w:tcPr>
            <w:tcW w:w="1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B664F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Европын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холбоо</w:t>
            </w:r>
            <w:proofErr w:type="spellEnd"/>
          </w:p>
        </w:tc>
        <w:tc>
          <w:tcPr>
            <w:tcW w:w="4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4D19C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3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сүүлийн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эхэлж</w:t>
            </w:r>
            <w:proofErr w:type="spellEnd"/>
            <w:r w:rsidRPr="00D22962">
              <w:rPr>
                <w:rFonts w:cs="Arial"/>
                <w:szCs w:val="24"/>
              </w:rPr>
              <w:t xml:space="preserve">, 10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сүүлийн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дуусна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Улирлын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солилтыг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зогсоох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санал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гарсан</w:t>
            </w:r>
            <w:proofErr w:type="spellEnd"/>
            <w:r w:rsidRPr="00D22962">
              <w:rPr>
                <w:rFonts w:cs="Arial"/>
                <w:szCs w:val="24"/>
              </w:rPr>
              <w:t xml:space="preserve"> ч </w:t>
            </w:r>
            <w:proofErr w:type="spellStart"/>
            <w:r w:rsidRPr="00D22962">
              <w:rPr>
                <w:rFonts w:cs="Arial"/>
                <w:szCs w:val="24"/>
              </w:rPr>
              <w:t>нийтлэг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мөрдөгдөж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байна</w:t>
            </w:r>
            <w:proofErr w:type="spellEnd"/>
            <w:r w:rsidRPr="00D22962">
              <w:rPr>
                <w:rFonts w:cs="Arial"/>
                <w:szCs w:val="24"/>
              </w:rPr>
              <w:t>. [5]</w:t>
            </w:r>
          </w:p>
        </w:tc>
        <w:tc>
          <w:tcPr>
            <w:tcW w:w="36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E28EE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Тээвэр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дотоод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уялдаа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өөрчлөлтийн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санал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хүчин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төгөлдөр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журмыг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ялгах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5969E2A" w14:textId="77777777" w:rsidTr="004142CA">
        <w:trPr>
          <w:cantSplit/>
          <w:jc w:val="center"/>
        </w:trPr>
        <w:tc>
          <w:tcPr>
            <w:tcW w:w="1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8927D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Их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Британи</w:t>
            </w:r>
            <w:proofErr w:type="spellEnd"/>
          </w:p>
        </w:tc>
        <w:tc>
          <w:tcPr>
            <w:tcW w:w="4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C9A96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3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сүүлийн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урагшлуулж</w:t>
            </w:r>
            <w:proofErr w:type="spellEnd"/>
            <w:r w:rsidRPr="00D22962">
              <w:rPr>
                <w:rFonts w:cs="Arial"/>
                <w:szCs w:val="24"/>
              </w:rPr>
              <w:t xml:space="preserve">, 10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сүүлийн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буцаана</w:t>
            </w:r>
            <w:proofErr w:type="spellEnd"/>
            <w:r w:rsidRPr="00D22962">
              <w:rPr>
                <w:rFonts w:cs="Arial"/>
                <w:szCs w:val="24"/>
              </w:rPr>
              <w:t>. [6]</w:t>
            </w:r>
          </w:p>
        </w:tc>
        <w:tc>
          <w:tcPr>
            <w:tcW w:w="36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75003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Урьдчилан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мэдэгдэх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тогтмол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17E15A4" w14:textId="77777777" w:rsidTr="004142CA">
        <w:trPr>
          <w:cantSplit/>
          <w:jc w:val="center"/>
        </w:trPr>
        <w:tc>
          <w:tcPr>
            <w:tcW w:w="1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3E9D1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АНУ</w:t>
            </w:r>
          </w:p>
        </w:tc>
        <w:tc>
          <w:tcPr>
            <w:tcW w:w="4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1CF0C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3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хоёр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дахь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нямдаас</w:t>
            </w:r>
            <w:proofErr w:type="spellEnd"/>
            <w:r w:rsidRPr="00D22962">
              <w:rPr>
                <w:rFonts w:cs="Arial"/>
                <w:szCs w:val="24"/>
              </w:rPr>
              <w:t xml:space="preserve"> 11 </w:t>
            </w:r>
            <w:proofErr w:type="spellStart"/>
            <w:r w:rsidRPr="00D22962">
              <w:rPr>
                <w:rFonts w:cs="Arial"/>
                <w:szCs w:val="24"/>
              </w:rPr>
              <w:t>дүгээр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эхний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Хавай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Аризонагийн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ихэнх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нутаг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хэрэглэдэггүй</w:t>
            </w:r>
            <w:proofErr w:type="spellEnd"/>
            <w:r w:rsidRPr="00D22962">
              <w:rPr>
                <w:rFonts w:cs="Arial"/>
                <w:szCs w:val="24"/>
              </w:rPr>
              <w:t>. [7]</w:t>
            </w:r>
          </w:p>
        </w:tc>
        <w:tc>
          <w:tcPr>
            <w:tcW w:w="36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4E5E2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Газар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зүй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хэрэглээний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бүтэц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системийн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шинэчлэлтийг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харгалзах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AD7E540" w14:textId="77777777" w:rsidTr="004142CA">
        <w:trPr>
          <w:cantSplit/>
          <w:jc w:val="center"/>
        </w:trPr>
        <w:tc>
          <w:tcPr>
            <w:tcW w:w="1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1125F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Австрали</w:t>
            </w:r>
            <w:proofErr w:type="spellEnd"/>
          </w:p>
        </w:tc>
        <w:tc>
          <w:tcPr>
            <w:tcW w:w="4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E9880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Хэрэглэдэг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нутагт</w:t>
            </w:r>
            <w:proofErr w:type="spellEnd"/>
            <w:r w:rsidRPr="00D22962">
              <w:rPr>
                <w:rFonts w:cs="Arial"/>
                <w:szCs w:val="24"/>
              </w:rPr>
              <w:t xml:space="preserve"> 10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эхний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нямдаас</w:t>
            </w:r>
            <w:proofErr w:type="spellEnd"/>
            <w:r w:rsidRPr="00D22962">
              <w:rPr>
                <w:rFonts w:cs="Arial"/>
                <w:szCs w:val="24"/>
              </w:rPr>
              <w:t xml:space="preserve"> 4 </w:t>
            </w:r>
            <w:proofErr w:type="spellStart"/>
            <w:r w:rsidRPr="00D22962">
              <w:rPr>
                <w:rFonts w:cs="Arial"/>
                <w:szCs w:val="24"/>
              </w:rPr>
              <w:t>дүгээр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эхний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ням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Квинсланд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Баруун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Австрали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Хойд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нутаг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хэрэглэдэггүй</w:t>
            </w:r>
            <w:proofErr w:type="spellEnd"/>
            <w:r w:rsidRPr="00D22962">
              <w:rPr>
                <w:rFonts w:cs="Arial"/>
                <w:szCs w:val="24"/>
              </w:rPr>
              <w:t>. [8]</w:t>
            </w:r>
          </w:p>
        </w:tc>
        <w:tc>
          <w:tcPr>
            <w:tcW w:w="36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139F6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Улирлын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онцлог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нутаг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дэвсгэрийн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тооцох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4983B32" w14:textId="77777777" w:rsidTr="004142CA">
        <w:trPr>
          <w:cantSplit/>
          <w:jc w:val="center"/>
        </w:trPr>
        <w:tc>
          <w:tcPr>
            <w:tcW w:w="1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829B1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Монголын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төсөл</w:t>
            </w:r>
            <w:proofErr w:type="spellEnd"/>
          </w:p>
        </w:tc>
        <w:tc>
          <w:tcPr>
            <w:tcW w:w="43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85CA0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2027 </w:t>
            </w:r>
            <w:proofErr w:type="spellStart"/>
            <w:r w:rsidRPr="00D22962">
              <w:rPr>
                <w:rFonts w:cs="Arial"/>
                <w:szCs w:val="24"/>
              </w:rPr>
              <w:t>оноос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</w:t>
            </w:r>
            <w:proofErr w:type="spellEnd"/>
            <w:r w:rsidRPr="00D22962">
              <w:rPr>
                <w:rFonts w:cs="Arial"/>
                <w:szCs w:val="24"/>
              </w:rPr>
              <w:t xml:space="preserve"> 3 </w:t>
            </w:r>
            <w:proofErr w:type="spellStart"/>
            <w:r w:rsidRPr="00D22962">
              <w:rPr>
                <w:rFonts w:cs="Arial"/>
                <w:szCs w:val="24"/>
              </w:rPr>
              <w:t>дугаар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сүүлчийн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бааснаас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бямбад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шилжих</w:t>
            </w:r>
            <w:proofErr w:type="spellEnd"/>
            <w:r w:rsidRPr="00D22962">
              <w:rPr>
                <w:rFonts w:cs="Arial"/>
                <w:szCs w:val="24"/>
              </w:rPr>
              <w:t xml:space="preserve"> 02:00; 9 </w:t>
            </w:r>
            <w:proofErr w:type="spellStart"/>
            <w:r w:rsidRPr="00D22962">
              <w:rPr>
                <w:rFonts w:cs="Arial"/>
                <w:szCs w:val="24"/>
              </w:rPr>
              <w:t>дүгээр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сүүлчийн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бааснаас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бямбад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шилжих</w:t>
            </w:r>
            <w:proofErr w:type="spellEnd"/>
            <w:r w:rsidRPr="00D22962">
              <w:rPr>
                <w:rFonts w:cs="Arial"/>
                <w:szCs w:val="24"/>
              </w:rPr>
              <w:t xml:space="preserve"> 00:00.</w:t>
            </w:r>
          </w:p>
        </w:tc>
        <w:tc>
          <w:tcPr>
            <w:tcW w:w="36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A5541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Өмнөх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туршлагын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хугацааг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тогтвортой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урьдчилсан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бэлтгэлтэй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хослуулах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265F296D" w14:textId="77777777" w:rsidR="004142CA" w:rsidRPr="00D22962" w:rsidRDefault="004142CA">
      <w:pPr>
        <w:jc w:val="both"/>
        <w:rPr>
          <w:rFonts w:cs="Arial"/>
          <w:szCs w:val="24"/>
        </w:rPr>
      </w:pPr>
    </w:p>
    <w:p w14:paraId="2F23A729" w14:textId="173D5128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Монголын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төсөлд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сонгосон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гарагаас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бямба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гарагт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дотоодын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өмнөх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туршлагад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тулгуурласан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Гадаад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уялдуулахдаа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яг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огноо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орон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нутгийн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>, UTC-</w:t>
      </w:r>
      <w:proofErr w:type="spellStart"/>
      <w:r w:rsidRPr="00D22962">
        <w:rPr>
          <w:rFonts w:cs="Arial"/>
          <w:szCs w:val="24"/>
        </w:rPr>
        <w:t>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харьцах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зөрүүг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тээврийн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системд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урьдчилан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шинэчилнэ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практикийн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нийтлэг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сургамж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тогтмол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урьдчилсан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техникийн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бэлэн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хангахад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оршино</w:t>
      </w:r>
      <w:proofErr w:type="spellEnd"/>
      <w:r w:rsidRPr="00D22962">
        <w:rPr>
          <w:rFonts w:cs="Arial"/>
          <w:szCs w:val="24"/>
        </w:rPr>
        <w:t>.</w:t>
      </w:r>
    </w:p>
    <w:p w14:paraId="05D09A01" w14:textId="37125289" w:rsidR="009C7FAE" w:rsidRPr="00D22962" w:rsidRDefault="00F24BD6" w:rsidP="00F8295C">
      <w:pPr>
        <w:pStyle w:val="Heading1"/>
        <w:ind w:left="432" w:firstLine="0"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t>ДОЛОО. ЗӨВЛӨМЖ</w:t>
      </w:r>
    </w:p>
    <w:p w14:paraId="2EB0BE21" w14:textId="40B4D3B6" w:rsidR="009C7FAE" w:rsidRPr="00D22962" w:rsidRDefault="00F24BD6" w:rsidP="00F8295C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Нэгдүгээрт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Зуны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тооллыг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тухай</w:t>
      </w:r>
      <w:proofErr w:type="spellEnd"/>
      <w:r w:rsidRPr="00D22962">
        <w:rPr>
          <w:rFonts w:cs="Arial"/>
          <w:szCs w:val="24"/>
        </w:rPr>
        <w:t xml:space="preserve"> УИХ-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бодлогын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чиглэл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нэгдсэн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хяналтыг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агуулгаар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боловсруулж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хэлэлцүүлэх</w:t>
      </w:r>
      <w:proofErr w:type="spellEnd"/>
      <w:r w:rsidRPr="00D22962">
        <w:rPr>
          <w:rFonts w:cs="Arial"/>
          <w:szCs w:val="24"/>
        </w:rPr>
        <w:t>.</w:t>
      </w:r>
    </w:p>
    <w:p w14:paraId="4D7AC072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Хоёрдугаарт</w:t>
      </w:r>
      <w:proofErr w:type="spellEnd"/>
      <w:r w:rsidRPr="00D22962">
        <w:rPr>
          <w:rFonts w:cs="Arial"/>
          <w:szCs w:val="24"/>
        </w:rPr>
        <w:t xml:space="preserve">. 2027 </w:t>
      </w:r>
      <w:proofErr w:type="spellStart"/>
      <w:r w:rsidRPr="00D22962">
        <w:rPr>
          <w:rFonts w:cs="Arial"/>
          <w:szCs w:val="24"/>
        </w:rPr>
        <w:t>оноос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эхлэх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хаврын</w:t>
      </w:r>
      <w:proofErr w:type="spellEnd"/>
      <w:r w:rsidRPr="00D22962">
        <w:rPr>
          <w:rFonts w:cs="Arial"/>
          <w:szCs w:val="24"/>
        </w:rPr>
        <w:t xml:space="preserve"> 02:00 </w:t>
      </w:r>
      <w:proofErr w:type="spellStart"/>
      <w:r w:rsidRPr="00D22962">
        <w:rPr>
          <w:rFonts w:cs="Arial"/>
          <w:szCs w:val="24"/>
        </w:rPr>
        <w:t>цагт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урагшлуулах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намрын</w:t>
      </w:r>
      <w:proofErr w:type="spellEnd"/>
      <w:r w:rsidRPr="00D22962">
        <w:rPr>
          <w:rFonts w:cs="Arial"/>
          <w:szCs w:val="24"/>
        </w:rPr>
        <w:t xml:space="preserve"> 00:00 </w:t>
      </w:r>
      <w:proofErr w:type="spellStart"/>
      <w:r w:rsidRPr="00D22962">
        <w:rPr>
          <w:rFonts w:cs="Arial"/>
          <w:szCs w:val="24"/>
        </w:rPr>
        <w:t>цагт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буцаах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тодорхойлж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тухайн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агшинд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мөрдөж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буй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нутгийн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тооцох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тайлбар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намрын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огноо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давтагдах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бүртгэлийн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зааврыг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батлах</w:t>
      </w:r>
      <w:proofErr w:type="spellEnd"/>
      <w:r w:rsidRPr="00D22962">
        <w:rPr>
          <w:rFonts w:cs="Arial"/>
          <w:szCs w:val="24"/>
        </w:rPr>
        <w:t>.</w:t>
      </w:r>
    </w:p>
    <w:p w14:paraId="7935A1B0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lastRenderedPageBreak/>
        <w:t>Гуравдугаарт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Анхны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шилжилтээс</w:t>
      </w:r>
      <w:proofErr w:type="spellEnd"/>
      <w:r w:rsidRPr="00D22962">
        <w:rPr>
          <w:rFonts w:cs="Arial"/>
          <w:szCs w:val="24"/>
        </w:rPr>
        <w:t xml:space="preserve"> 60-аас </w:t>
      </w:r>
      <w:proofErr w:type="spellStart"/>
      <w:r w:rsidRPr="00D22962">
        <w:rPr>
          <w:rFonts w:cs="Arial"/>
          <w:szCs w:val="24"/>
        </w:rPr>
        <w:t>доошгүй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хоногийн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өмнө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үүргийг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банк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холбоо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тээвэр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автомат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системийн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туршилтыг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дуусгах</w:t>
      </w:r>
      <w:proofErr w:type="spellEnd"/>
      <w:r w:rsidRPr="00D22962">
        <w:rPr>
          <w:rFonts w:cs="Arial"/>
          <w:szCs w:val="24"/>
        </w:rPr>
        <w:t>.</w:t>
      </w:r>
    </w:p>
    <w:p w14:paraId="1988D9B2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Дөрөвдүгээрт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Бодитоор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цалин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хөлсний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тооцоог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хамгаалж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хүүхэд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ахмад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настан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ээлжийн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ажилтны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зохицолд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зориулсан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зөвлөмжийг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урьдчилан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хүргэх</w:t>
      </w:r>
      <w:proofErr w:type="spellEnd"/>
      <w:r w:rsidRPr="00D22962">
        <w:rPr>
          <w:rFonts w:cs="Arial"/>
          <w:szCs w:val="24"/>
        </w:rPr>
        <w:t>.</w:t>
      </w:r>
    </w:p>
    <w:p w14:paraId="321445C6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Тавдугаарт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Хэрэгжилтийг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батлагдсан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төсөв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одоогийн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бүтэц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орон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техник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программ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хангамжийн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хүрээнд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системийн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тохируулга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мэдээлэл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сургалтыг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ажиллагаатай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уялдуулах</w:t>
      </w:r>
      <w:proofErr w:type="spellEnd"/>
      <w:r w:rsidRPr="00D22962">
        <w:rPr>
          <w:rFonts w:cs="Arial"/>
          <w:szCs w:val="24"/>
        </w:rPr>
        <w:t>.</w:t>
      </w:r>
    </w:p>
    <w:p w14:paraId="4EC59B0A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Зургаадугаарт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Иргэд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эрхлэгч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тээвэр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эрчим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хүч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боловсролын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оролцоотой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хэлэлцүүлгийг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бэлтгэлийн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хүрээнд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байгуулах</w:t>
      </w:r>
      <w:proofErr w:type="spellEnd"/>
      <w:r w:rsidRPr="00D22962">
        <w:rPr>
          <w:rFonts w:cs="Arial"/>
          <w:szCs w:val="24"/>
        </w:rPr>
        <w:t>.</w:t>
      </w:r>
    </w:p>
    <w:p w14:paraId="0DD9ADDF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Долоодугаарт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Эрчим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хүчний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тутмын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өгөгдлийг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агаар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үйлдвэрлэлийн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өөрчлөлтөөр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хэвийнжүүлэн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харьцуулж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аюулгүй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идэвхийн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мэдээллийг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хамтатган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үнэлэх</w:t>
      </w:r>
      <w:proofErr w:type="spellEnd"/>
      <w:r w:rsidRPr="00D22962">
        <w:rPr>
          <w:rFonts w:cs="Arial"/>
          <w:szCs w:val="24"/>
        </w:rPr>
        <w:t>.</w:t>
      </w:r>
    </w:p>
    <w:p w14:paraId="72EFF251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Наймдугаарт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хангах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бүхий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байгууллагын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нийцүүлж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байнгын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хорооны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хяналтыг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>.</w:t>
      </w:r>
    </w:p>
    <w:p w14:paraId="7A2FF101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Нэгдсэн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дүгнэлт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Монгол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зуны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тооллыг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хэрэгцээ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шаардлага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байна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Ажлын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дараах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гэрэлтэй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амралт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хүүхдийн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гадаа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спорт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хувийн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ахуй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худалдаа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нэмэгдүүлэх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өгөөж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мөн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Монголын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хэрэгжилтийн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түүх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олон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практик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хувилбарын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харьцуулсан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үнэлгээнд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тулгуурлан</w:t>
      </w:r>
      <w:proofErr w:type="spellEnd"/>
      <w:r w:rsidRPr="00D22962">
        <w:rPr>
          <w:rFonts w:cs="Arial"/>
          <w:szCs w:val="24"/>
        </w:rPr>
        <w:t xml:space="preserve"> 2027 </w:t>
      </w:r>
      <w:proofErr w:type="spellStart"/>
      <w:r w:rsidRPr="00D22962">
        <w:rPr>
          <w:rFonts w:cs="Arial"/>
          <w:szCs w:val="24"/>
        </w:rPr>
        <w:t>оноос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зуны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цагийн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тооллыг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жил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нийтлэг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хуваарь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үүрэг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парламентын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хяналтыг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тусгасан</w:t>
      </w:r>
      <w:proofErr w:type="spellEnd"/>
      <w:r w:rsidRPr="00D22962">
        <w:rPr>
          <w:rFonts w:cs="Arial"/>
          <w:szCs w:val="24"/>
        </w:rPr>
        <w:t xml:space="preserve"> УИХ-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боловсруулж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хэлэлцүүлэх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зүйтэй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гэж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дүгнэв</w:t>
      </w:r>
      <w:proofErr w:type="spellEnd"/>
      <w:r w:rsidRPr="00D22962">
        <w:rPr>
          <w:rFonts w:cs="Arial"/>
          <w:szCs w:val="24"/>
        </w:rPr>
        <w:t>.</w:t>
      </w:r>
    </w:p>
    <w:p w14:paraId="1C3D9CA4" w14:textId="2BC4EF6C" w:rsidR="009C7FAE" w:rsidRPr="00D22962" w:rsidRDefault="00F24BD6">
      <w:pPr>
        <w:pStyle w:val="Heading1"/>
        <w:pageBreakBefore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lastRenderedPageBreak/>
        <w:t>ХАВСРАЛТ 1. ХҮНИЙ ЭРХЭД ҮЗҮҮЛЭХ ҮР НӨЛӨӨ</w:t>
      </w:r>
    </w:p>
    <w:p w14:paraId="3D21DE3F" w14:textId="77777777" w:rsidR="004142CA" w:rsidRPr="00D22962" w:rsidRDefault="004142CA" w:rsidP="004142CA">
      <w:pPr>
        <w:rPr>
          <w:rFonts w:cs="Arial"/>
          <w:szCs w:val="24"/>
        </w:rPr>
      </w:pPr>
    </w:p>
    <w:p w14:paraId="02AEFB00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Хүний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суурь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зарчим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оролцоо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эрхийн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хамгаалалт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жендэрийн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тэгш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боломжийн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шалгуураар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үнэлэв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Тусгайлан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эрх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хязгаарлаагүй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асуудлыг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тайлбарын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баганад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тэмдэглэв</w:t>
      </w:r>
      <w:proofErr w:type="spellEnd"/>
      <w:r w:rsidRPr="00D22962">
        <w:rPr>
          <w:rFonts w:cs="Arial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3312"/>
        <w:gridCol w:w="504"/>
        <w:gridCol w:w="504"/>
        <w:gridCol w:w="3816"/>
      </w:tblGrid>
      <w:tr w:rsidR="009C7FAE" w:rsidRPr="00D22962" w14:paraId="6DC5E33B" w14:textId="77777777">
        <w:trPr>
          <w:cantSplit/>
          <w:tblHeader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DFE40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үр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нөлөө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3C914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Холбогдох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асуулт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9E375E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Тийм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BF048A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Үгүй</w:t>
            </w:r>
            <w:proofErr w:type="spellEnd"/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1DF17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Тайлбар</w:t>
            </w:r>
            <w:proofErr w:type="spellEnd"/>
          </w:p>
        </w:tc>
      </w:tr>
      <w:tr w:rsidR="009C7FAE" w:rsidRPr="00D22962" w14:paraId="5AB5F5F7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AB4FA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Тэгш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CD32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Ялгаварлан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гадуурхахыг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хориглох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зарчимд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нийцэх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DD4C32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C0E984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CB2E2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Нэгдсэн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нийтэд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үйлчилнэ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ялгаатай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BD0655C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A9EB3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Тэгш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B222D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Аль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бүлэгт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давуу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ялгаварлал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үүсгэх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EFFF0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1796B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FDEF4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Хүйс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нас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өмчийн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хэлбэрээр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66CBA13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CD3E9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Тэгш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E7A56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Эмзэг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арилгах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түр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арга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мөн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C0A21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6AE4F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29ECC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Нийтлэг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улирлын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эмзэг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дэмжлэгийг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дагалдуулна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57C2CC3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2B3E7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Оролцоо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07899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Хувилбар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сонгоход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иргэдийн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бодит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оролцоог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хангасан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350D3D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49B24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4934D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Иргэд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эрхлэгч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эмзэг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төлөөллийн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саналыг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хэлэлцүүлгээр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нэгтгэх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байгуулалтыг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2F24E2A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CE11D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Оролцоо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8EB57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ашиг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сонирхол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хөндөгдөх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тодорхойлсон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D3E8E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9A9D8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99A24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Иргэн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хүүхэд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ахмад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настан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ээлжийн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ажилтан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тээврийн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салбарыг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тодорхойлов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FC4D3D4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AD5DB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Сайн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засаглал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F1727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C0835D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7C5B9A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D3147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амралт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спорт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гэр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FE6EA6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FF214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хэмжээ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ACF35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Эрхийн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зарчимтай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003A2E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C4CDEE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1CE76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Ажил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амралт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тэгш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хэрэгжүүлнэ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тусгай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зөвлөмж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үзээгүй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B5CD86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BB7F4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Хариуцлага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0DE95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Хүний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зөрчигчдөд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хариуцлага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BE34DA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FE8583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549EC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Төсөлд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шийтгэл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хүчин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төгөлдөр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хуулийн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2B08642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E65DD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хязгаарлалт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AA5E4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хууль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ёсны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зорилгод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нийцэх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EF1EC9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7CD4D2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FD40E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тусгаагүй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бодит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тооцоог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F7843E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1B7AB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lastRenderedPageBreak/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хязгаарлалт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4008D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Хязгаарлалт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зайлшгүй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A0D13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86F708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BFD5C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Хамаарахгүй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Нойр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арга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хэмжээгээр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042D1B2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D0BE6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Жендэр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24F03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Жендэрийн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ялгаатай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хэрэгцээг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харгалзах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218CA3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1D045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3C16C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Асаргаа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ээлжийн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хэрэгжилтийн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үнэлгээнд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30A76FD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7367B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Жендэр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5FA1D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Эрэгтэй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эмэгтэй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тэгш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D08952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31154A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0A6D2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Хүйсээр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нөхцөл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асаргааны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ачааллыг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2383B17C" w14:textId="64850009" w:rsidR="009C7FAE" w:rsidRPr="00D22962" w:rsidRDefault="00F24BD6">
      <w:pPr>
        <w:pStyle w:val="Heading1"/>
        <w:pageBreakBefore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lastRenderedPageBreak/>
        <w:t>ХАВСРАЛТ 2. ЭДИЙН ЗАСАГТ ҮЗҮҮЛЭХ ҮР НӨЛӨӨ</w:t>
      </w:r>
    </w:p>
    <w:p w14:paraId="5D5F36EE" w14:textId="77777777" w:rsidR="004142CA" w:rsidRPr="00D22962" w:rsidRDefault="004142CA" w:rsidP="004142CA">
      <w:pPr>
        <w:rPr>
          <w:rFonts w:cs="Arial"/>
          <w:szCs w:val="24"/>
        </w:rPr>
      </w:pPr>
    </w:p>
    <w:p w14:paraId="0E3CB944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Эдийн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нөлөөллийг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төслийн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шууд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зохицуулалт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ажиллагаанд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нөлөөлөх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суваг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хэрэгжүүлэх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арга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хэмжээний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уялдаагаар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үнэлэв</w:t>
      </w:r>
      <w:proofErr w:type="spellEnd"/>
      <w:r w:rsidRPr="00D22962">
        <w:rPr>
          <w:rFonts w:cs="Arial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3312"/>
        <w:gridCol w:w="504"/>
        <w:gridCol w:w="504"/>
        <w:gridCol w:w="3816"/>
      </w:tblGrid>
      <w:tr w:rsidR="009C7FAE" w:rsidRPr="00D22962" w14:paraId="15828C16" w14:textId="77777777">
        <w:trPr>
          <w:cantSplit/>
          <w:tblHeader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9C29A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үр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нөлөө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F72EE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Холбогдох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асуулт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047F0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Тийм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64961B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Үгүй</w:t>
            </w:r>
            <w:proofErr w:type="spellEnd"/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DF746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Тайлбар</w:t>
            </w:r>
            <w:proofErr w:type="spellEnd"/>
          </w:p>
        </w:tc>
      </w:tr>
      <w:tr w:rsidR="009C7FAE" w:rsidRPr="00D22962" w14:paraId="3BCFA2F4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44DF9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1.Дэлхийн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өрсөлдөх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чадвар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42752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1.</w:t>
            </w:r>
            <w:proofErr w:type="gramStart"/>
            <w:r w:rsidRPr="00D22962">
              <w:rPr>
                <w:rFonts w:cs="Arial"/>
                <w:szCs w:val="24"/>
              </w:rPr>
              <w:t>1.Дотоодын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ахуйн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гадаадын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хөрөнгө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оруулалттай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ахуйн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хоорондын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өрсөлдөөнд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53614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48801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6708F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Өмчийн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хэлбэрээр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өрсөлдөөний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7BAB8CF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AB3F89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B13CE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1.2. </w:t>
            </w:r>
            <w:proofErr w:type="spellStart"/>
            <w:r w:rsidRPr="00D22962">
              <w:rPr>
                <w:rFonts w:cs="Arial"/>
                <w:szCs w:val="24"/>
              </w:rPr>
              <w:t>Хил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дамнасан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хөрөнгө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оруулалтын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шилжилт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хөдөлгөөнд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  <w:r w:rsidRPr="00D22962">
              <w:rPr>
                <w:rFonts w:cs="Arial"/>
                <w:szCs w:val="24"/>
              </w:rPr>
              <w:t xml:space="preserve"> (</w:t>
            </w:r>
            <w:proofErr w:type="spellStart"/>
            <w:r w:rsidRPr="00D22962">
              <w:rPr>
                <w:rFonts w:cs="Arial"/>
                <w:szCs w:val="24"/>
              </w:rPr>
              <w:t>эдийн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засгийн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байршил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өөрчлөгдөхийг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оролцуулан</w:t>
            </w:r>
            <w:proofErr w:type="spellEnd"/>
            <w:r w:rsidRPr="00D22962">
              <w:rPr>
                <w:rFonts w:cs="Arial"/>
                <w:szCs w:val="24"/>
              </w:rPr>
              <w:t>)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79D3A9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B9FCB2" w14:textId="77777777" w:rsidR="009C7FAE" w:rsidRPr="00D22962" w:rsidRDefault="00F24BD6">
            <w:pPr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200DB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Хөрөнгийн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дамнасан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хөдөлгөөнд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хийхгүй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E14C43C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50D829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81532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1.</w:t>
            </w:r>
            <w:proofErr w:type="gramStart"/>
            <w:r w:rsidRPr="00D22962">
              <w:rPr>
                <w:rFonts w:cs="Arial"/>
                <w:szCs w:val="24"/>
              </w:rPr>
              <w:t>3.Дэлхийн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таагүй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монголын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ирэхээс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хамгаалахад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чадах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5F796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C123EB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8BD91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худалдааны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агуулаагүй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D25508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B9338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2.Дотоодын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өрсөлдөх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чадвар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тогтвортой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F9792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1.Хэрэглэгчдийн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шийдвэр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гаргах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бууруулах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A9F48E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17E38C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81444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Хэрэглэгчийн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сонголтыг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6A410E7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8E303D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DD8A0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2.Хязгаарлагдмал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өрсөлдөөний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улмаас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хөөргөдлийг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04D762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C77DDB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33F75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Үнийн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өрсөлдөөний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A6179E3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297864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FC3B3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3.Зах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ирж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ахуйн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нэгжид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бэрхшээл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хүндрэл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78913D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6885FB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E8F08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Системийн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тохируулгын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хэрэгцээ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үүснэ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нийтлэг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заавар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урьдчилсан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мэдээллээр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349223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8DCE83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38314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4.Зах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монополыг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C7921C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3D3F2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AC5BC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онцгой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монопол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92391D6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B2012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lastRenderedPageBreak/>
              <w:t xml:space="preserve">3.Аж </w:t>
            </w:r>
            <w:proofErr w:type="spellStart"/>
            <w:r w:rsidRPr="00D22962">
              <w:rPr>
                <w:rFonts w:cs="Arial"/>
                <w:szCs w:val="24"/>
              </w:rPr>
              <w:t>ахуйн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нэгжийн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үйлдвэрлэлийн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захиргааны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E2197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1.Зохицуулалтын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хувилбарыг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хэрэгжүүлснээр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ахуйн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нэгжид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зардал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үүсэх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F7D95A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5A137C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AA58F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Тохируулга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туршилт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мэдээллийг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одоогийн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техник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хүний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нөөцөөр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хэвийн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хүрээнд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гүйцэтгэнэ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96CF7DF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9E88A0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C195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2.Санхүүжилтийн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үүсвэр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олж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54028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CAE352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7FA1C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Зээл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санхүүжилтийн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нөхцөлийг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7739741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6E1DE6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7DCC0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3.Зах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зээлээс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бараа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бүтээгдэхүүнийг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худалдан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083F31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6D2C2A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4440B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Заавал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тоног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төхөөрөмж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худалдан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үүрэг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нийцлийг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туршина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C296929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7E6C3B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0B088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4.Бараа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бүтээгдэхүүний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борлуулалтад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ямар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эсхүл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хориг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тавих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53B90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E170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F697C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Борлуулалтын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хориг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квот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5EA9CC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B428C2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8C4C4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5.Аж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ахуйн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зогсооход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581E28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89CBDC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5E7CE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ахуйн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зогсоох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шаардлага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агуулаагүй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BA439C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D8FF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4.Мэдээлэх </w:t>
            </w:r>
            <w:proofErr w:type="spellStart"/>
            <w:r w:rsidRPr="00D22962">
              <w:rPr>
                <w:rFonts w:cs="Arial"/>
                <w:szCs w:val="24"/>
              </w:rPr>
              <w:t>үүргийн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улмаас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үүсч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захиргааны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зардлын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ачаалал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D861A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4.</w:t>
            </w:r>
            <w:proofErr w:type="gramStart"/>
            <w:r w:rsidRPr="00D22962">
              <w:rPr>
                <w:rFonts w:cs="Arial"/>
                <w:szCs w:val="24"/>
              </w:rPr>
              <w:t>1.Хуулийн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этгээдэд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захиргааны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чанартай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зардал</w:t>
            </w:r>
            <w:proofErr w:type="spellEnd"/>
            <w:r w:rsidRPr="00D22962">
              <w:rPr>
                <w:rFonts w:cs="Arial"/>
                <w:szCs w:val="24"/>
              </w:rPr>
              <w:t xml:space="preserve"> (</w:t>
            </w:r>
            <w:proofErr w:type="spellStart"/>
            <w:r w:rsidRPr="00D22962">
              <w:rPr>
                <w:rFonts w:cs="Arial"/>
                <w:szCs w:val="24"/>
              </w:rPr>
              <w:t>Тухайлбал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мэдээлэх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тайлан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гаргах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г.м</w:t>
            </w:r>
            <w:proofErr w:type="spellEnd"/>
            <w:r w:rsidRPr="00D22962">
              <w:rPr>
                <w:rFonts w:cs="Arial"/>
                <w:szCs w:val="24"/>
              </w:rPr>
              <w:t xml:space="preserve">)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28021C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E5EB53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81B25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Зарим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бэлэн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дүнгийн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нэгтгэх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460DBA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4976A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5.Өмчлөх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5921E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5.</w:t>
            </w:r>
            <w:proofErr w:type="gramStart"/>
            <w:r w:rsidRPr="00D22962">
              <w:rPr>
                <w:rFonts w:cs="Arial"/>
                <w:szCs w:val="24"/>
              </w:rPr>
              <w:t>1.Өмчлөх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(</w:t>
            </w:r>
            <w:proofErr w:type="spellStart"/>
            <w:r w:rsidRPr="00D22962">
              <w:rPr>
                <w:rFonts w:cs="Arial"/>
                <w:szCs w:val="24"/>
              </w:rPr>
              <w:t>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хөдлөх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хөдлөх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хөрөнгө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баялаг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зэргийг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) </w:t>
            </w:r>
            <w:proofErr w:type="spellStart"/>
            <w:r w:rsidRPr="00D22962">
              <w:rPr>
                <w:rFonts w:cs="Arial"/>
                <w:szCs w:val="24"/>
              </w:rPr>
              <w:t>хөндсөн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76A132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129B7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E2BC5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Өмчийн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агуулгыг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54A479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D690F8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84601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5.</w:t>
            </w:r>
            <w:proofErr w:type="gramStart"/>
            <w:r w:rsidRPr="00D22962">
              <w:rPr>
                <w:rFonts w:cs="Arial"/>
                <w:szCs w:val="24"/>
              </w:rPr>
              <w:t>2.Өмчлөх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олж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шилжүүлэх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хэрэгжүүлэхэд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66748C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91E8D1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9D581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Өмч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олж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шилжүүлэх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7FBE7DC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A9841D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3E039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5.</w:t>
            </w:r>
            <w:proofErr w:type="gramStart"/>
            <w:r w:rsidRPr="00D22962">
              <w:rPr>
                <w:rFonts w:cs="Arial"/>
                <w:szCs w:val="24"/>
              </w:rPr>
              <w:t>3.Оюуны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өмчийн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(</w:t>
            </w:r>
            <w:proofErr w:type="spellStart"/>
            <w:r w:rsidRPr="00D22962">
              <w:rPr>
                <w:rFonts w:cs="Arial"/>
                <w:szCs w:val="24"/>
              </w:rPr>
              <w:t>патент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барааны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тэмдэг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зохиогчийн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зэрэг</w:t>
            </w:r>
            <w:proofErr w:type="spellEnd"/>
            <w:r w:rsidRPr="00D22962">
              <w:rPr>
                <w:rFonts w:cs="Arial"/>
                <w:szCs w:val="24"/>
              </w:rPr>
              <w:t xml:space="preserve">)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хөндсөн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1D3E8D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F5A0FC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2D9D6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Оюуны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өмчийн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агуулаагүй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37FB53B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FAB74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6.Инноваци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судалгаа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шинжилгээ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567FF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6.</w:t>
            </w:r>
            <w:proofErr w:type="gramStart"/>
            <w:r w:rsidRPr="00D22962">
              <w:rPr>
                <w:rFonts w:cs="Arial"/>
                <w:szCs w:val="24"/>
              </w:rPr>
              <w:t>1.Судалгаа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шинжилгээ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нээлт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хийх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бүтээл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гаргах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асуудлыг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7786F5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81649B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FD750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тутмын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нөлөөллийн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судалгааны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хэрэгцээ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E65A14C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5885E7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5D73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6.</w:t>
            </w:r>
            <w:proofErr w:type="gramStart"/>
            <w:r w:rsidRPr="00D22962">
              <w:rPr>
                <w:rFonts w:cs="Arial"/>
                <w:szCs w:val="24"/>
              </w:rPr>
              <w:t>2.Үйлдвэрлэлийн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технологи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бүтээгдэхүүн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нэвтрүүлэх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дэлгэрүүлэхийг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илүү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хялбар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EE5331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FA3C1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E02E8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бүтээгдэхүүн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нэвтрүүлэх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хөнгөлөлт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208E29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E9B98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7.Хэрэглэгч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төсөв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80210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1.Хэрэглээний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түвшинд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7EE17A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9CF56A" w14:textId="77777777" w:rsidR="009C7FAE" w:rsidRPr="00D22962" w:rsidRDefault="00F24BD6">
            <w:pPr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7FB32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Үнэ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татвар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зохицуулалтгүй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Гол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хамаарна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1054F2B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E9AB9F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69DAC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2.Хэрэглэгчдийн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хувьд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дотоодын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FA492D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D61120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5BC0E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дараах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өргөжинө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F099276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BADCE5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B9007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3.Хэрэглэгчдийн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542682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560911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A6B8B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Хуваарийн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захиалгын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4FD50A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447915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E5E7A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4.Хувь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хүний</w:t>
            </w:r>
            <w:proofErr w:type="spellEnd"/>
            <w:r w:rsidRPr="00D22962">
              <w:rPr>
                <w:rFonts w:cs="Arial"/>
                <w:szCs w:val="24"/>
              </w:rPr>
              <w:t>/</w:t>
            </w:r>
            <w:proofErr w:type="spellStart"/>
            <w:r w:rsidRPr="00D22962">
              <w:rPr>
                <w:rFonts w:cs="Arial"/>
                <w:szCs w:val="24"/>
              </w:rPr>
              <w:t>гэр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санхүүгийн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байдалд</w:t>
            </w:r>
            <w:proofErr w:type="spellEnd"/>
            <w:r w:rsidRPr="00D22962">
              <w:rPr>
                <w:rFonts w:cs="Arial"/>
                <w:szCs w:val="24"/>
              </w:rPr>
              <w:t xml:space="preserve"> (</w:t>
            </w: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буюу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урт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хугацааны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туршид</w:t>
            </w:r>
            <w:proofErr w:type="spellEnd"/>
            <w:r w:rsidRPr="00D22962">
              <w:rPr>
                <w:rFonts w:cs="Arial"/>
                <w:szCs w:val="24"/>
              </w:rPr>
              <w:t xml:space="preserve">)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F4E762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5D5BC9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972F4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Гэрэлтүүлгийн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хэмнэх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боломжтой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өрхийн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дүн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бүтцээс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хамаарна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30AC42A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0B96F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8.Тодорхой </w:t>
            </w:r>
            <w:proofErr w:type="spellStart"/>
            <w:r w:rsidRPr="00D22962">
              <w:rPr>
                <w:rFonts w:cs="Arial"/>
                <w:szCs w:val="24"/>
              </w:rPr>
              <w:t>бүс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нутаг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салбарууд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AB777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8.</w:t>
            </w:r>
            <w:proofErr w:type="gramStart"/>
            <w:r w:rsidRPr="00D22962">
              <w:rPr>
                <w:rFonts w:cs="Arial"/>
                <w:szCs w:val="24"/>
              </w:rPr>
              <w:t>1.Тодорхой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нутагт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буюу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чиглэлд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12119B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3A1BD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4AA0E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Улирлын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хувиараа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хөдөлмөр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624C602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142C5E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F6D2F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8.</w:t>
            </w:r>
            <w:proofErr w:type="gramStart"/>
            <w:r w:rsidRPr="00D22962">
              <w:rPr>
                <w:rFonts w:cs="Arial"/>
                <w:szCs w:val="24"/>
              </w:rPr>
              <w:t>2.Тодорхой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нутагт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буюу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чиглэлд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багасгах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чиглэлээр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0805C8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D2780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53DBD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Төсөлд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цомхотгох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үүрэг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тусгаагүй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6716CC3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CCEF79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0BF05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8.</w:t>
            </w:r>
            <w:proofErr w:type="gramStart"/>
            <w:r w:rsidRPr="00D22962">
              <w:rPr>
                <w:rFonts w:cs="Arial"/>
                <w:szCs w:val="24"/>
              </w:rPr>
              <w:t>3.Жижиг</w:t>
            </w:r>
            <w:proofErr w:type="gram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дунд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үйлдвэр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эсхүл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аль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салбарт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10FFEB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36B5F0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EE6A5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Жижиг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аялал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соёл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амралтын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19E4FBD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66255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9.Төрийн </w:t>
            </w:r>
            <w:proofErr w:type="spellStart"/>
            <w:r w:rsidRPr="00D22962">
              <w:rPr>
                <w:rFonts w:cs="Arial"/>
                <w:szCs w:val="24"/>
              </w:rPr>
              <w:t>захиргааны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B2824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9.</w:t>
            </w:r>
            <w:proofErr w:type="gramStart"/>
            <w:r w:rsidRPr="00D22962">
              <w:rPr>
                <w:rFonts w:cs="Arial"/>
                <w:szCs w:val="24"/>
              </w:rPr>
              <w:t>1.Улсын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төсөвт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3C75D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81C513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72291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Батлагдсан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төсөвт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багтаан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хэрэгжүүлнэ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төсвийн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санхүүжилт</w:t>
            </w:r>
            <w:proofErr w:type="spellEnd"/>
            <w:r w:rsidRPr="00D22962">
              <w:rPr>
                <w:rFonts w:cs="Arial"/>
                <w:szCs w:val="24"/>
              </w:rPr>
              <w:t xml:space="preserve"> 0 </w:t>
            </w:r>
            <w:proofErr w:type="spellStart"/>
            <w:r w:rsidRPr="00D22962">
              <w:rPr>
                <w:rFonts w:cs="Arial"/>
                <w:szCs w:val="24"/>
              </w:rPr>
              <w:t>төгрөгөөр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төлөвлөгдөнө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470A51D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65C1FA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CF762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9.</w:t>
            </w:r>
            <w:proofErr w:type="gramStart"/>
            <w:r w:rsidRPr="00D22962">
              <w:rPr>
                <w:rFonts w:cs="Arial"/>
                <w:szCs w:val="24"/>
              </w:rPr>
              <w:t>2.Шинээр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байгуулах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эсхүл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бүтцийн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хийх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шаардлага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тавигдах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F38F73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3293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E0CEF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бүтцийн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шаардахгүй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4F053B2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7AF2AB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BC7F9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9.</w:t>
            </w:r>
            <w:proofErr w:type="gramStart"/>
            <w:r w:rsidRPr="00D22962">
              <w:rPr>
                <w:rFonts w:cs="Arial"/>
                <w:szCs w:val="24"/>
              </w:rPr>
              <w:t>3.Төрийн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захиргааны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үүрэг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785651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9448AE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B4FA3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Хэрэгжилтийн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бэлэн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хяналтын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хариуцуулна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0DE180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7983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10.Макро </w:t>
            </w:r>
            <w:proofErr w:type="spellStart"/>
            <w:r w:rsidRPr="00D22962">
              <w:rPr>
                <w:rFonts w:cs="Arial"/>
                <w:szCs w:val="24"/>
              </w:rPr>
              <w:t>эдийн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засгийн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хүрээнд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A44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10.</w:t>
            </w:r>
            <w:proofErr w:type="gramStart"/>
            <w:r w:rsidRPr="00D22962">
              <w:rPr>
                <w:rFonts w:cs="Arial"/>
                <w:szCs w:val="24"/>
              </w:rPr>
              <w:t>1.Эдийн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засгийн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өсөлт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D58B36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A6D89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58EF3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аялал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амралтын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өргөжүүлнэ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210B9C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4B9E21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FE219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10.</w:t>
            </w:r>
            <w:proofErr w:type="gramStart"/>
            <w:r w:rsidRPr="00D22962">
              <w:rPr>
                <w:rFonts w:cs="Arial"/>
                <w:szCs w:val="24"/>
              </w:rPr>
              <w:t>2.Хөрөнгө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оруулалтын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нөхцөлийг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сайжруулах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тогтвортой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хөгжлийг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5A9FBF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AF6E0D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1DD8B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Урьдчилан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төлөвлөлт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захиалгын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тогтвортой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832FEB4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B3EF71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F5AE5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10.</w:t>
            </w:r>
            <w:proofErr w:type="gramStart"/>
            <w:r w:rsidRPr="00D22962">
              <w:rPr>
                <w:rFonts w:cs="Arial"/>
                <w:szCs w:val="24"/>
              </w:rPr>
              <w:t>3.Инфляци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2D6BC3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8BE7F0" w14:textId="77777777" w:rsidR="009C7FAE" w:rsidRPr="00D22962" w:rsidRDefault="00F24BD6">
            <w:pPr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4DC2B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Мөнгөний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нийлүүлэлт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татвар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нөхцөлийг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81863CE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6229A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11.Олон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харилцаа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E441E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11.</w:t>
            </w:r>
            <w:proofErr w:type="gramStart"/>
            <w:r w:rsidRPr="00D22962">
              <w:rPr>
                <w:rFonts w:cs="Arial"/>
                <w:szCs w:val="24"/>
              </w:rPr>
              <w:t>1.Монгол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гэрээтэй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нийцэж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C240FF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444216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A842D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үүргийг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тээвэр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6AB9B6DE" w14:textId="6ED23AE1" w:rsidR="009C7FAE" w:rsidRPr="00D22962" w:rsidRDefault="00F24BD6">
      <w:pPr>
        <w:pStyle w:val="Heading1"/>
        <w:pageBreakBefore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lastRenderedPageBreak/>
        <w:t>ХАВСРАЛТ 3. НИЙГЭМД ҮЗҮҮЛЭХ ҮР НӨЛӨӨ</w:t>
      </w:r>
    </w:p>
    <w:p w14:paraId="1229BA95" w14:textId="77777777" w:rsidR="004142CA" w:rsidRPr="00D22962" w:rsidRDefault="004142CA" w:rsidP="004142CA">
      <w:pPr>
        <w:rPr>
          <w:rFonts w:cs="Arial"/>
          <w:szCs w:val="24"/>
        </w:rPr>
      </w:pPr>
    </w:p>
    <w:p w14:paraId="71A9451A" w14:textId="77777777" w:rsidR="009C7FAE" w:rsidRPr="00D22962" w:rsidRDefault="00F24BD6">
      <w:pPr>
        <w:jc w:val="both"/>
        <w:rPr>
          <w:rFonts w:cs="Arial"/>
          <w:szCs w:val="24"/>
        </w:rPr>
      </w:pPr>
      <w:proofErr w:type="spellStart"/>
      <w:r w:rsidRPr="00D22962">
        <w:rPr>
          <w:rFonts w:cs="Arial"/>
          <w:szCs w:val="24"/>
        </w:rPr>
        <w:t>Нийгмийн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нөлөөллийг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хөдөлмөр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хүн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амын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бүлэг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үйлчилгээ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эрүүл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мэнд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аюулгүй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байдал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соёлын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оролцооны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шалгуураар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үнэлэв</w:t>
      </w:r>
      <w:proofErr w:type="spellEnd"/>
      <w:r w:rsidRPr="00D22962">
        <w:rPr>
          <w:rFonts w:cs="Arial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3312"/>
        <w:gridCol w:w="504"/>
        <w:gridCol w:w="504"/>
        <w:gridCol w:w="3816"/>
      </w:tblGrid>
      <w:tr w:rsidR="009C7FAE" w:rsidRPr="00D22962" w14:paraId="20668988" w14:textId="77777777">
        <w:trPr>
          <w:cantSplit/>
          <w:tblHeader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CCEA3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үр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нөлөө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41E58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Холбогдох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асуулт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0EF93A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Тийм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7C2512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Үгүй</w:t>
            </w:r>
            <w:proofErr w:type="spellEnd"/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A71F3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Тайлбар</w:t>
            </w:r>
            <w:proofErr w:type="spellEnd"/>
          </w:p>
        </w:tc>
      </w:tr>
      <w:tr w:rsidR="009C7FAE" w:rsidRPr="00D22962" w14:paraId="1615F6C3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B6F17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1.Ажил </w:t>
            </w:r>
            <w:proofErr w:type="spellStart"/>
            <w:r w:rsidRPr="00D22962">
              <w:rPr>
                <w:rFonts w:cs="Arial"/>
                <w:szCs w:val="24"/>
              </w:rPr>
              <w:t>эрхлэлтийн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хөдөлмөрийн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зээл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5AFC0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1.</w:t>
            </w:r>
            <w:proofErr w:type="gramStart"/>
            <w:r w:rsidRPr="00D22962">
              <w:rPr>
                <w:rFonts w:cs="Arial"/>
                <w:szCs w:val="24"/>
              </w:rPr>
              <w:t>1.Шинээр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83C4E0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24BCE2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6F1F7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Худалдаа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аялал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соёл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амралтын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улирлын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хөдөлмөр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63BC5F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A85FF8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7691B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1.</w:t>
            </w:r>
            <w:proofErr w:type="gramStart"/>
            <w:r w:rsidRPr="00D22962">
              <w:rPr>
                <w:rFonts w:cs="Arial"/>
                <w:szCs w:val="24"/>
              </w:rPr>
              <w:t>2.Шууд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бусаар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цомхотгол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C13DDF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6F81C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D2B37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Цомхотгол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хийх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агуулаагүй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81F90C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2606CB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DF7BD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1.</w:t>
            </w:r>
            <w:proofErr w:type="gramStart"/>
            <w:r w:rsidRPr="00D22962">
              <w:rPr>
                <w:rFonts w:cs="Arial"/>
                <w:szCs w:val="24"/>
              </w:rPr>
              <w:t>3.Тодорхой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мэргэжлийн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хүмүүс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хувиараа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хөдөлмөр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эрхлэгчдэд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9E44F0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C78B9F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4423D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Тээвэр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ээлжийн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ажилтан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хувиараа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хөдөлмөр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эрхлэгчийн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хуваарьт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нөлөөлнө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121540A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0DE94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67C2E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1.</w:t>
            </w:r>
            <w:proofErr w:type="gramStart"/>
            <w:r w:rsidRPr="00D22962">
              <w:rPr>
                <w:rFonts w:cs="Arial"/>
                <w:szCs w:val="24"/>
              </w:rPr>
              <w:t>4.Тодорхой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насны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хүмүүсийн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эрхлэлтийн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AC4041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29C386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3EB13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Наснаас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хамаарсан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хэрэгцээг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харгалзана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ажиллах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0F25E4F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A1BAE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2.Ажлын </w:t>
            </w:r>
            <w:proofErr w:type="spellStart"/>
            <w:r w:rsidRPr="00D22962">
              <w:rPr>
                <w:rFonts w:cs="Arial"/>
                <w:szCs w:val="24"/>
              </w:rPr>
              <w:t>стандарт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хөдөлмөрлөх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8D184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1.Ажлын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чанар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стандартад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8164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ABA97C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91F86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Ээлжийн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бүртгэл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тэмдэглэгээний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нарийвчлалыг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8F9A152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18B199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621D9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2.Ажилчдын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хөдөлмөрийн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1500BE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CA5449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0578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үед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нойрны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зөвлөмж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хяналт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хэрэгтэй</w:t>
            </w:r>
            <w:proofErr w:type="spellEnd"/>
            <w:r w:rsidRPr="00D22962">
              <w:rPr>
                <w:rFonts w:cs="Arial"/>
                <w:szCs w:val="24"/>
              </w:rPr>
              <w:t>. [11]</w:t>
            </w:r>
          </w:p>
        </w:tc>
      </w:tr>
      <w:tr w:rsidR="009C7FAE" w:rsidRPr="00D22962" w14:paraId="1C86080E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AE75C4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8DC2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3.Ажилчдын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үүрэгт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бусаар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51EEF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49B280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51D5D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Бодитоор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цалин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хөлсний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тооцоог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1D4690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EFBE3A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61994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4.Шинээр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стандарт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гаргах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42FDD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10ACB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BEEE9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стандарт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хэрэгжүүлэх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заавар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гаргана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5BDA1B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CE1EA4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7A3F0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2.</w:t>
            </w:r>
            <w:proofErr w:type="gramStart"/>
            <w:r w:rsidRPr="00D22962">
              <w:rPr>
                <w:rFonts w:cs="Arial"/>
                <w:szCs w:val="24"/>
              </w:rPr>
              <w:t>5.Ажлын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технологийн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шинэчлэлийг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хэрэгжүүлэхтэй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холбогдсон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D124B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7A88A0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D83D8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Систем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автомат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төхөөрөмжийн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тохируулга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хийнэ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2F66471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F0AC9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lastRenderedPageBreak/>
              <w:t xml:space="preserve">3.Нийгмийн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асуудал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19D38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1.Шууд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бусаар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тэгш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үүсгэх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D5B924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2C69A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DE01C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Эрхийн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бодит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ачаалал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ялгаатайг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арга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хэмжээнд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FDED02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780B49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55A6E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2.Тодорхой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хүмүүст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сөрөг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  <w:r w:rsidRPr="00D22962">
              <w:rPr>
                <w:rFonts w:cs="Arial"/>
                <w:szCs w:val="24"/>
              </w:rPr>
              <w:t xml:space="preserve">. </w:t>
            </w:r>
            <w:proofErr w:type="spellStart"/>
            <w:r w:rsidRPr="00D22962">
              <w:rPr>
                <w:rFonts w:cs="Arial"/>
                <w:szCs w:val="24"/>
              </w:rPr>
              <w:t>Тухайлбал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эмзэг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бүлэг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хөгжлийн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бэршээлтэй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иргэд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ажилгүй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иргэд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үндэстний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цөөнхөд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мэт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F05B9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F64C66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DDED2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Хүүхэд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ахмад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настан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эмзэг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2487652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E40E62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8918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3.</w:t>
            </w:r>
            <w:proofErr w:type="gramStart"/>
            <w:r w:rsidRPr="00D22962">
              <w:rPr>
                <w:rFonts w:cs="Arial"/>
                <w:szCs w:val="24"/>
              </w:rPr>
              <w:t>3.Гадаадын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иргэдэд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илэрхий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C2DBC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7639EF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995B1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Аялал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улсын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харилцаанд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зөрүүг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34E480B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EFF00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4.Төрийн </w:t>
            </w:r>
            <w:proofErr w:type="spellStart"/>
            <w:r w:rsidRPr="00D22962">
              <w:rPr>
                <w:rFonts w:cs="Arial"/>
                <w:szCs w:val="24"/>
              </w:rPr>
              <w:t>удирдлага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сайн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засаглал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шүүх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хэвлэл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ёс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суртахуун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D7CD8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4.</w:t>
            </w:r>
            <w:proofErr w:type="gramStart"/>
            <w:r w:rsidRPr="00D22962">
              <w:rPr>
                <w:rFonts w:cs="Arial"/>
                <w:szCs w:val="24"/>
              </w:rPr>
              <w:t>1.Засаглалын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харилцаанд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оролцогчдод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F57CFB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C86C18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E7B66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УИХ-</w:t>
            </w:r>
            <w:proofErr w:type="spellStart"/>
            <w:r w:rsidRPr="00D22962">
              <w:rPr>
                <w:rFonts w:cs="Arial"/>
                <w:szCs w:val="24"/>
              </w:rPr>
              <w:t>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чиглэл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Засгийн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газрын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хэрэгжилт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Байнгын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хорооны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хяналтыг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ABD8D37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2E9CAD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3D41A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4.</w:t>
            </w:r>
            <w:proofErr w:type="gramStart"/>
            <w:r w:rsidRPr="00D22962">
              <w:rPr>
                <w:rFonts w:cs="Arial"/>
                <w:szCs w:val="24"/>
              </w:rPr>
              <w:t>2.Төрийн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байгууллагуудын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үүрэг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0DB030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2D0490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15146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системийн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бэлтгэл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хяналтын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хариуцуулна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67CD38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DF34DE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FC2A3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4.</w:t>
            </w:r>
            <w:proofErr w:type="gramStart"/>
            <w:r w:rsidRPr="00D22962">
              <w:rPr>
                <w:rFonts w:cs="Arial"/>
                <w:szCs w:val="24"/>
              </w:rPr>
              <w:t>3.Төрийн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захиргааны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албан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хаагчдын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үүрэг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харилцаанд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EBC29E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95E3F1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56656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Бүртгэл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ээлж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үйлчилгээний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хэрэгжилтийг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уялдуулна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үндсэн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4BF08D6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CB6A83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1EB3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4.</w:t>
            </w:r>
            <w:proofErr w:type="gramStart"/>
            <w:r w:rsidRPr="00D22962">
              <w:rPr>
                <w:rFonts w:cs="Arial"/>
                <w:szCs w:val="24"/>
              </w:rPr>
              <w:t>4.Иргэдийн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шүүхэд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хандах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асуудлаа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шийдвэрлүүлэх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9B60F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7A3ACF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2EFD7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Шүүхэд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хандах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хугацааны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бүртгэлийн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нарийвчлалыг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C562A77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C2D994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21C27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4.</w:t>
            </w:r>
            <w:proofErr w:type="gramStart"/>
            <w:r w:rsidRPr="00D22962">
              <w:rPr>
                <w:rFonts w:cs="Arial"/>
                <w:szCs w:val="24"/>
              </w:rPr>
              <w:t>5.Улс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нам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2DC51D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EFD5BC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E74BD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Нам</w:t>
            </w:r>
            <w:proofErr w:type="spellEnd"/>
            <w:r w:rsidRPr="00D22962">
              <w:rPr>
                <w:rFonts w:cs="Arial"/>
                <w:szCs w:val="24"/>
              </w:rPr>
              <w:t>, ТББ-</w:t>
            </w:r>
            <w:proofErr w:type="spellStart"/>
            <w:r w:rsidRPr="00D22962">
              <w:rPr>
                <w:rFonts w:cs="Arial"/>
                <w:szCs w:val="24"/>
              </w:rPr>
              <w:t>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зүйн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статусыг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FF59BC4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A7CE2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lastRenderedPageBreak/>
              <w:t xml:space="preserve">5.Нийтийн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9C8D7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5.</w:t>
            </w:r>
            <w:proofErr w:type="gramStart"/>
            <w:r w:rsidRPr="00D22962">
              <w:rPr>
                <w:rFonts w:cs="Arial"/>
                <w:szCs w:val="24"/>
              </w:rPr>
              <w:t>1.Хувь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хүн</w:t>
            </w:r>
            <w:proofErr w:type="spellEnd"/>
            <w:r w:rsidRPr="00D22962">
              <w:rPr>
                <w:rFonts w:cs="Arial"/>
                <w:szCs w:val="24"/>
              </w:rPr>
              <w:t>/</w:t>
            </w:r>
            <w:proofErr w:type="spellStart"/>
            <w:r w:rsidRPr="00D22962">
              <w:rPr>
                <w:rFonts w:cs="Arial"/>
                <w:szCs w:val="24"/>
              </w:rPr>
              <w:t>нийт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амын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дундаж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наслалт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өвчлөлт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нас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баралтын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EC5CF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B7027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E6527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Нойр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дасан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зөвлөмж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урьдчилсан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хяналтыг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хэрэгжүүлнэ</w:t>
            </w:r>
            <w:proofErr w:type="spellEnd"/>
            <w:r w:rsidRPr="00D22962">
              <w:rPr>
                <w:rFonts w:cs="Arial"/>
                <w:szCs w:val="24"/>
              </w:rPr>
              <w:t>. [11]</w:t>
            </w:r>
          </w:p>
        </w:tc>
      </w:tr>
      <w:tr w:rsidR="009C7FAE" w:rsidRPr="00D22962" w14:paraId="6ACFC19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65A723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9CA0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5.</w:t>
            </w:r>
            <w:proofErr w:type="gramStart"/>
            <w:r w:rsidRPr="00D22962">
              <w:rPr>
                <w:rFonts w:cs="Arial"/>
                <w:szCs w:val="24"/>
              </w:rPr>
              <w:t>2.Зохицуулалтын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хувилбарын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улмаас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үүсэх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дуу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чимээ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агаар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хөрсний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чанарын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амын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сөрөг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57253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3B5FD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D858B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ялгарлын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шаардлага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нийт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хөдөлгөөнөөс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хамаарах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A10D474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4198CA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8F516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5.</w:t>
            </w:r>
            <w:proofErr w:type="gramStart"/>
            <w:r w:rsidRPr="00D22962">
              <w:rPr>
                <w:rFonts w:cs="Arial"/>
                <w:szCs w:val="24"/>
              </w:rPr>
              <w:t>3.Хүмүүсийн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амьдралын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хэв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маяг</w:t>
            </w:r>
            <w:proofErr w:type="spellEnd"/>
            <w:r w:rsidRPr="00D22962">
              <w:rPr>
                <w:rFonts w:cs="Arial"/>
                <w:szCs w:val="24"/>
              </w:rPr>
              <w:t xml:space="preserve"> (</w:t>
            </w:r>
            <w:proofErr w:type="spellStart"/>
            <w:r w:rsidRPr="00D22962">
              <w:rPr>
                <w:rFonts w:cs="Arial"/>
                <w:szCs w:val="24"/>
              </w:rPr>
              <w:t>хооллолт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хөдөлгөөн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архи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тамхины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</w:t>
            </w:r>
            <w:proofErr w:type="spellEnd"/>
            <w:r w:rsidRPr="00D22962">
              <w:rPr>
                <w:rFonts w:cs="Arial"/>
                <w:szCs w:val="24"/>
              </w:rPr>
              <w:t xml:space="preserve">)-т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31C177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D7DA29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D907E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Гадаа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хөдөлгөөн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гэр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амралт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спортоор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хичээллэх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718BA89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B32E2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 xml:space="preserve">6.Нийгмийн </w:t>
            </w:r>
            <w:proofErr w:type="spellStart"/>
            <w:r w:rsidRPr="00D22962">
              <w:rPr>
                <w:rFonts w:cs="Arial"/>
                <w:szCs w:val="24"/>
              </w:rPr>
              <w:t>хамгаалал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боловсролын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систем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FE30A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6.</w:t>
            </w:r>
            <w:proofErr w:type="gramStart"/>
            <w:r w:rsidRPr="00D22962">
              <w:rPr>
                <w:rFonts w:cs="Arial"/>
                <w:szCs w:val="24"/>
              </w:rPr>
              <w:t>1.Нийгмийн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чанар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хүртээмжид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9CA5F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980352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C42DA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нэмэгдэнэ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уялдааг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хангана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E08CFEA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B8E333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F0F5A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6.</w:t>
            </w:r>
            <w:proofErr w:type="gramStart"/>
            <w:r w:rsidRPr="00D22962">
              <w:rPr>
                <w:rFonts w:cs="Arial"/>
                <w:szCs w:val="24"/>
              </w:rPr>
              <w:t>2.Ажилчдын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боловсрол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шилжилт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хөдөлгөөнд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0D684D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67413D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3EB74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Боловсрол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шилжилт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хөдөлгөөний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зүйн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нөхцөлийг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00B1B38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1D30A8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E05F3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6.</w:t>
            </w:r>
            <w:proofErr w:type="gramStart"/>
            <w:r w:rsidRPr="00D22962">
              <w:rPr>
                <w:rFonts w:cs="Arial"/>
                <w:szCs w:val="24"/>
              </w:rPr>
              <w:t>3.Иргэдийн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боловсрол</w:t>
            </w:r>
            <w:proofErr w:type="spellEnd"/>
            <w:r w:rsidRPr="00D22962">
              <w:rPr>
                <w:rFonts w:cs="Arial"/>
                <w:szCs w:val="24"/>
              </w:rPr>
              <w:t xml:space="preserve"> (</w:t>
            </w:r>
            <w:proofErr w:type="spellStart"/>
            <w:r w:rsidRPr="00D22962">
              <w:rPr>
                <w:rFonts w:cs="Arial"/>
                <w:szCs w:val="24"/>
              </w:rPr>
              <w:t>төрийн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хэвшлийн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боловсролын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) </w:t>
            </w:r>
            <w:proofErr w:type="spellStart"/>
            <w:r w:rsidRPr="00D22962">
              <w:rPr>
                <w:rFonts w:cs="Arial"/>
                <w:szCs w:val="24"/>
              </w:rPr>
              <w:t>олох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мэргэжил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эзэмших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давтан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сургалтад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хамрагдахад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сөрөг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B0C38E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4ACF83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07DCE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Суралцах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нойр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хичээлийн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бэлтгэлийн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зөвлөмж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өгнө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40CE9EE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410B53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5C3B5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6.</w:t>
            </w:r>
            <w:proofErr w:type="gramStart"/>
            <w:r w:rsidRPr="00D22962">
              <w:rPr>
                <w:rFonts w:cs="Arial"/>
                <w:szCs w:val="24"/>
              </w:rPr>
              <w:t>4.Нийгмийн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сөрөг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5DECF2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57E66B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2F5CE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авах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тасралтгүй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үйлчилгээний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хуваарийг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8B8AC8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7736A3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77E99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6.</w:t>
            </w:r>
            <w:proofErr w:type="gramStart"/>
            <w:r w:rsidRPr="00D22962">
              <w:rPr>
                <w:rFonts w:cs="Arial"/>
                <w:szCs w:val="24"/>
              </w:rPr>
              <w:t>5.Их</w:t>
            </w:r>
            <w:proofErr w:type="gram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дээд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сургуулиудын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өөрийн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удирдлагад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4A73DE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BF646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33A11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Хичээл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шалгалт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цахим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системийн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тохируулгыг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уялдуулна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өөрийн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удирдлагыг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хөндөхгүй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DB85CD8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BF8C7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lastRenderedPageBreak/>
              <w:t xml:space="preserve">7.Гэмт </w:t>
            </w:r>
            <w:proofErr w:type="spellStart"/>
            <w:r w:rsidRPr="00D22962">
              <w:rPr>
                <w:rFonts w:cs="Arial"/>
                <w:szCs w:val="24"/>
              </w:rPr>
              <w:t>хэрэг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нийгмийн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7C676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1.Нийгмийн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гэмт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нөхцөл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97C0D9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CE03FF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7C2C3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Шилжилтийн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үеийн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зам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ажлын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байрны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хянаж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урьдчилан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сэргийлэх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хүргэнэ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3299E91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CEACC6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C70DC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2.Хуулийг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албадан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хэрэгжүүлэхэд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679F8C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60900F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834CE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Шийдвэрийн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тэмдэглэгээ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хугацааны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бүртгэлийг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мөр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болгоно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74CF4E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B51569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035D3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3.Гэмт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илрүүлэлтэд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B315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4098D7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345FD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Мөрдөн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шалгах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бүрэн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арга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хэрэгслийг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001E9F6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5BEDD4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BFA26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7.</w:t>
            </w:r>
            <w:proofErr w:type="gramStart"/>
            <w:r w:rsidRPr="00D22962">
              <w:rPr>
                <w:rFonts w:cs="Arial"/>
                <w:szCs w:val="24"/>
              </w:rPr>
              <w:t>4.Гэмт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хохирогчид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гэрчийн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сөрөг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C70339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34A1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E50E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Хохирогч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гэрчийн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хязгаарлахгүй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товлосон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617804C6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793F8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8.Соёл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864076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8.</w:t>
            </w:r>
            <w:proofErr w:type="gramStart"/>
            <w:r w:rsidRPr="00D22962">
              <w:rPr>
                <w:rFonts w:cs="Arial"/>
                <w:szCs w:val="24"/>
              </w:rPr>
              <w:t>1.Соёлын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өвийг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хамгаалахад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63A75C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1872FA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FFB2B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Өвийн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зүйн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дэглэмийг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7870A6C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5C0827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B1B36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8.</w:t>
            </w:r>
            <w:proofErr w:type="gramStart"/>
            <w:r w:rsidRPr="00D22962">
              <w:rPr>
                <w:rFonts w:cs="Arial"/>
                <w:szCs w:val="24"/>
              </w:rPr>
              <w:t>2.Хэл</w:t>
            </w:r>
            <w:proofErr w:type="gram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соёлын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ялгаатай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эсхүл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уг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ялгаатай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байдалд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3C848E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B62B60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AB026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Хэл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соёлын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ялгаатай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эрхэд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хязгаарлалт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тогтоохгүй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13DA38BE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A79A24" w14:textId="77777777" w:rsidR="009C7FAE" w:rsidRPr="00D22962" w:rsidRDefault="009C7FAE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D126CD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r w:rsidRPr="00D22962">
              <w:rPr>
                <w:rFonts w:cs="Arial"/>
                <w:szCs w:val="24"/>
              </w:rPr>
              <w:t>8.</w:t>
            </w:r>
            <w:proofErr w:type="gramStart"/>
            <w:r w:rsidRPr="00D22962">
              <w:rPr>
                <w:rFonts w:cs="Arial"/>
                <w:szCs w:val="24"/>
              </w:rPr>
              <w:t>3.Иргэдийн</w:t>
            </w:r>
            <w:proofErr w:type="gram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түүх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соёлоо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оролцоонд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CA6A81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649D25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ED7CD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Гэрэлтэй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соёл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аяллын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үйл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ажиллагаанд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оролцох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дэмжинэ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35BF8A32" w14:textId="65E7AEE2" w:rsidR="009C7FAE" w:rsidRPr="00D22962" w:rsidRDefault="00F24BD6">
      <w:pPr>
        <w:pStyle w:val="Heading1"/>
        <w:pageBreakBefore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lastRenderedPageBreak/>
        <w:t>ХАВСРАЛТ 4. БАЙГАЛЬ ОРЧИН, ХЭРЭГЖИЛТИЙН НЭМЭЛТ ШАЛГУУР</w:t>
      </w:r>
    </w:p>
    <w:p w14:paraId="042CFC42" w14:textId="77777777" w:rsidR="004142CA" w:rsidRPr="00D22962" w:rsidRDefault="004142CA" w:rsidP="004142CA">
      <w:pPr>
        <w:rPr>
          <w:rFonts w:cs="Arial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3312"/>
        <w:gridCol w:w="504"/>
        <w:gridCol w:w="504"/>
        <w:gridCol w:w="3816"/>
      </w:tblGrid>
      <w:tr w:rsidR="009C7FAE" w:rsidRPr="00D22962" w14:paraId="67D8047B" w14:textId="77777777">
        <w:trPr>
          <w:cantSplit/>
          <w:tblHeader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256A5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Үзүүлэх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үр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нөлөө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6D851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Холбогдох</w:t>
            </w:r>
            <w:proofErr w:type="spellEnd"/>
            <w:r w:rsidRPr="00D22962">
              <w:rPr>
                <w:rFonts w:cs="Arial"/>
                <w:b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b/>
                <w:szCs w:val="24"/>
              </w:rPr>
              <w:t>асуулт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96A183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Тийм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BEEB3E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Үгүй</w:t>
            </w:r>
            <w:proofErr w:type="spellEnd"/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537C65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b/>
                <w:szCs w:val="24"/>
              </w:rPr>
              <w:t>Тайлбар</w:t>
            </w:r>
            <w:proofErr w:type="spellEnd"/>
          </w:p>
        </w:tc>
      </w:tr>
      <w:tr w:rsidR="009C7FAE" w:rsidRPr="00D22962" w14:paraId="2F21D531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30E20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Газар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ус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5D5190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Газар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ус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шинэ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шаардлага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болгох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0EBB4E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348FCF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7D9DF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Нөөц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эрхийн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агуулаагүй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3B274506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FC75B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Биологийн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төрөл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3CE12B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Ой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амьтан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ургамлын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хамгаалалтын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дэглэм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өөрчлөх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9719D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C74A88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83462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зохицуулалтгүй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7B07E4F1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8FBE82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Эрчим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хүч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8C7E6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Гэрэлтүүлгийн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нөлөөлөх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DB2FE1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C8B67D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0D948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Байгалийн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гэрлийг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ашиглах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боломж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нэмэгдэнэ</w:t>
            </w:r>
            <w:proofErr w:type="spellEnd"/>
            <w:r w:rsidRPr="00D22962">
              <w:rPr>
                <w:rFonts w:cs="Arial"/>
                <w:szCs w:val="24"/>
              </w:rPr>
              <w:t xml:space="preserve">; </w:t>
            </w:r>
            <w:proofErr w:type="spellStart"/>
            <w:r w:rsidRPr="00D22962">
              <w:rPr>
                <w:rFonts w:cs="Arial"/>
                <w:szCs w:val="24"/>
              </w:rPr>
              <w:t>нийт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тусад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нь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үнэлнэ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732D6C1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E6F2F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Ялгарал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0348C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Ялгарлыг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хэмжигдэхүйц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бууруулна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гэж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тогтоосон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0C589B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00961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64844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Ялгарлын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нөлөөллийг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нийт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хэрэглээ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тээврийн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хөдөлгөөний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үзүүлэлтээр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үнэлнэ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4CB41CE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6590D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Мэдээлэл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726311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Анх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шилжихээс</w:t>
            </w:r>
            <w:proofErr w:type="spellEnd"/>
            <w:r w:rsidRPr="00D22962">
              <w:rPr>
                <w:rFonts w:cs="Arial"/>
                <w:szCs w:val="24"/>
              </w:rPr>
              <w:t xml:space="preserve"> 60 </w:t>
            </w:r>
            <w:proofErr w:type="spellStart"/>
            <w:r w:rsidRPr="00D22962">
              <w:rPr>
                <w:rFonts w:cs="Arial"/>
                <w:szCs w:val="24"/>
              </w:rPr>
              <w:t>хоногийн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өмнө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мэдээлэх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4F70A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A1523E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DCE85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Төслийн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шууд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үүрэг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2F38643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A845A4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Бүртгэл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47B33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Алгасах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давтагдах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бүртгэл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шаардах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77061B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32049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E6D2F9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Огноо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орон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нутгийн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цаг</w:t>
            </w:r>
            <w:proofErr w:type="spellEnd"/>
            <w:r w:rsidRPr="00D22962">
              <w:rPr>
                <w:rFonts w:cs="Arial"/>
                <w:szCs w:val="24"/>
              </w:rPr>
              <w:t xml:space="preserve">, UTC </w:t>
            </w:r>
            <w:proofErr w:type="spellStart"/>
            <w:r w:rsidRPr="00D22962">
              <w:rPr>
                <w:rFonts w:cs="Arial"/>
                <w:szCs w:val="24"/>
              </w:rPr>
              <w:t>зөрүүг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тодорхой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тэмдэглэнэ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43E2D976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685517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Зардал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950A0E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Шилжилтийн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болон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давтагдах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зардлыг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ялгах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AF857E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A0F46A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CD3E7C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Холбогдох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байгууллагын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батлагдсан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төсөв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одоогийн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нөөцийн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хүрээнд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хэрэгжүүлнэ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  <w:tr w:rsidR="009C7FAE" w:rsidRPr="00D22962" w14:paraId="5D85FA1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BD6978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Хяналт</w:t>
            </w:r>
            <w:proofErr w:type="spellEnd"/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84061F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Нөлөөллийн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тогтмол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үнэлгээ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хийх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эсэх</w:t>
            </w:r>
            <w:proofErr w:type="spellEnd"/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EBB1E6" w14:textId="77777777" w:rsidR="009C7FAE" w:rsidRPr="00D22962" w:rsidRDefault="00F24BD6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  <w:r w:rsidRPr="00D22962">
              <w:rPr>
                <w:rFonts w:ascii="Segoe UI Symbol" w:hAnsi="Segoe UI Symbol" w:cs="Segoe UI Symbol"/>
                <w:szCs w:val="24"/>
              </w:rPr>
              <w:t>✓</w:t>
            </w:r>
          </w:p>
        </w:tc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1487D7" w14:textId="77777777" w:rsidR="009C7FAE" w:rsidRPr="00D22962" w:rsidRDefault="009C7FAE">
            <w:pPr>
              <w:spacing w:after="40" w:line="247" w:lineRule="auto"/>
              <w:ind w:firstLine="0"/>
              <w:jc w:val="center"/>
              <w:rPr>
                <w:rFonts w:cs="Arial"/>
                <w:szCs w:val="24"/>
              </w:rPr>
            </w:pP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AC214A" w14:textId="77777777" w:rsidR="009C7FAE" w:rsidRPr="00D22962" w:rsidRDefault="00F24BD6">
            <w:pPr>
              <w:spacing w:after="40" w:line="247" w:lineRule="auto"/>
              <w:ind w:firstLine="0"/>
              <w:rPr>
                <w:rFonts w:cs="Arial"/>
                <w:szCs w:val="24"/>
              </w:rPr>
            </w:pPr>
            <w:proofErr w:type="spellStart"/>
            <w:r w:rsidRPr="00D22962">
              <w:rPr>
                <w:rFonts w:cs="Arial"/>
                <w:szCs w:val="24"/>
              </w:rPr>
              <w:t>Эрчим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хүч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эрүүл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мэнд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үйлчилгээ</w:t>
            </w:r>
            <w:proofErr w:type="spellEnd"/>
            <w:r w:rsidRPr="00D22962">
              <w:rPr>
                <w:rFonts w:cs="Arial"/>
                <w:szCs w:val="24"/>
              </w:rPr>
              <w:t xml:space="preserve">, </w:t>
            </w:r>
            <w:proofErr w:type="spellStart"/>
            <w:r w:rsidRPr="00D22962">
              <w:rPr>
                <w:rFonts w:cs="Arial"/>
                <w:szCs w:val="24"/>
              </w:rPr>
              <w:t>аюулгүй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байдлыг</w:t>
            </w:r>
            <w:proofErr w:type="spellEnd"/>
            <w:r w:rsidRPr="00D22962">
              <w:rPr>
                <w:rFonts w:cs="Arial"/>
                <w:szCs w:val="24"/>
              </w:rPr>
              <w:t xml:space="preserve"> </w:t>
            </w:r>
            <w:proofErr w:type="spellStart"/>
            <w:r w:rsidRPr="00D22962">
              <w:rPr>
                <w:rFonts w:cs="Arial"/>
                <w:szCs w:val="24"/>
              </w:rPr>
              <w:t>хамтатгана</w:t>
            </w:r>
            <w:proofErr w:type="spellEnd"/>
            <w:r w:rsidRPr="00D22962">
              <w:rPr>
                <w:rFonts w:cs="Arial"/>
                <w:szCs w:val="24"/>
              </w:rPr>
              <w:t>.</w:t>
            </w:r>
          </w:p>
        </w:tc>
      </w:tr>
    </w:tbl>
    <w:p w14:paraId="77D7EE89" w14:textId="77777777" w:rsidR="009C7FAE" w:rsidRPr="00D22962" w:rsidRDefault="00F24BD6" w:rsidP="004142CA">
      <w:pPr>
        <w:pStyle w:val="Heading1"/>
        <w:pageBreakBefore/>
        <w:rPr>
          <w:rFonts w:ascii="Arial" w:hAnsi="Arial" w:cs="Arial"/>
          <w:szCs w:val="24"/>
        </w:rPr>
      </w:pPr>
      <w:r w:rsidRPr="00D22962">
        <w:rPr>
          <w:rFonts w:ascii="Arial" w:hAnsi="Arial" w:cs="Arial"/>
          <w:szCs w:val="24"/>
        </w:rPr>
        <w:lastRenderedPageBreak/>
        <w:t>АШИГЛАСАН ЭХ СУРВАЛЖ</w:t>
      </w:r>
    </w:p>
    <w:p w14:paraId="31E70817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1. </w:t>
      </w:r>
      <w:proofErr w:type="spellStart"/>
      <w:r w:rsidRPr="00D22962">
        <w:rPr>
          <w:rFonts w:cs="Arial"/>
          <w:szCs w:val="24"/>
        </w:rPr>
        <w:t>Монгол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Улсын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Үндсэн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хууль</w:t>
      </w:r>
      <w:proofErr w:type="spellEnd"/>
      <w:r w:rsidRPr="00D22962">
        <w:rPr>
          <w:rFonts w:cs="Arial"/>
          <w:szCs w:val="24"/>
        </w:rPr>
        <w:t xml:space="preserve">, 25 </w:t>
      </w:r>
      <w:proofErr w:type="spellStart"/>
      <w:r w:rsidRPr="00D22962">
        <w:rPr>
          <w:rFonts w:cs="Arial"/>
          <w:szCs w:val="24"/>
        </w:rPr>
        <w:t>дугаар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зүйлийн</w:t>
      </w:r>
      <w:proofErr w:type="spellEnd"/>
      <w:r w:rsidRPr="00D22962">
        <w:rPr>
          <w:rFonts w:cs="Arial"/>
          <w:szCs w:val="24"/>
        </w:rPr>
        <w:t xml:space="preserve"> 1 </w:t>
      </w:r>
      <w:proofErr w:type="spellStart"/>
      <w:r w:rsidRPr="00D22962">
        <w:rPr>
          <w:rFonts w:cs="Arial"/>
          <w:szCs w:val="24"/>
        </w:rPr>
        <w:t>дэх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хэсгийн</w:t>
      </w:r>
      <w:proofErr w:type="spellEnd"/>
      <w:r w:rsidRPr="00D22962">
        <w:rPr>
          <w:rFonts w:cs="Arial"/>
          <w:szCs w:val="24"/>
        </w:rPr>
        <w:t xml:space="preserve"> 7 </w:t>
      </w:r>
      <w:proofErr w:type="spellStart"/>
      <w:r w:rsidRPr="00D22962">
        <w:rPr>
          <w:rFonts w:cs="Arial"/>
          <w:szCs w:val="24"/>
        </w:rPr>
        <w:t>дахь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заалт</w:t>
      </w:r>
      <w:proofErr w:type="spellEnd"/>
      <w:r w:rsidRPr="00D22962">
        <w:rPr>
          <w:rFonts w:cs="Arial"/>
          <w:szCs w:val="24"/>
        </w:rPr>
        <w:t>. https://legalinfo.mn/mn/detail/367</w:t>
      </w:r>
    </w:p>
    <w:p w14:paraId="072E19D3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>2. ЗГХЭГ-</w:t>
      </w:r>
      <w:proofErr w:type="spellStart"/>
      <w:r w:rsidRPr="00D22962">
        <w:rPr>
          <w:rFonts w:cs="Arial"/>
          <w:szCs w:val="24"/>
        </w:rPr>
        <w:t>ын</w:t>
      </w:r>
      <w:proofErr w:type="spellEnd"/>
      <w:r w:rsidRPr="00D22962">
        <w:rPr>
          <w:rFonts w:cs="Arial"/>
          <w:szCs w:val="24"/>
        </w:rPr>
        <w:t xml:space="preserve"> 2026.08.31-ний ХЭГ/2942 </w:t>
      </w:r>
      <w:proofErr w:type="spellStart"/>
      <w:r w:rsidRPr="00D22962">
        <w:rPr>
          <w:rFonts w:cs="Arial"/>
          <w:szCs w:val="24"/>
        </w:rPr>
        <w:t>дугаар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албан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бичиг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хавсралт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архивын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материал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нийт</w:t>
      </w:r>
      <w:proofErr w:type="spellEnd"/>
      <w:r w:rsidRPr="00D22962">
        <w:rPr>
          <w:rFonts w:cs="Arial"/>
          <w:szCs w:val="24"/>
        </w:rPr>
        <w:t xml:space="preserve"> 11 </w:t>
      </w:r>
      <w:proofErr w:type="spellStart"/>
      <w:r w:rsidRPr="00D22962">
        <w:rPr>
          <w:rFonts w:cs="Arial"/>
          <w:szCs w:val="24"/>
        </w:rPr>
        <w:t>хуудас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Монголын</w:t>
      </w:r>
      <w:proofErr w:type="spellEnd"/>
      <w:r w:rsidRPr="00D22962">
        <w:rPr>
          <w:rFonts w:cs="Arial"/>
          <w:szCs w:val="24"/>
        </w:rPr>
        <w:t xml:space="preserve"> 1983, 1985, 1999 </w:t>
      </w:r>
      <w:proofErr w:type="spellStart"/>
      <w:r w:rsidRPr="00D22962">
        <w:rPr>
          <w:rFonts w:cs="Arial"/>
          <w:szCs w:val="24"/>
        </w:rPr>
        <w:t>оны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түүхийг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хавсралтын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танилцуулга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албан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бичгээс</w:t>
      </w:r>
      <w:proofErr w:type="spellEnd"/>
      <w:r w:rsidRPr="00D22962">
        <w:rPr>
          <w:rFonts w:cs="Arial"/>
          <w:szCs w:val="24"/>
        </w:rPr>
        <w:t xml:space="preserve">; 2015, 2017 </w:t>
      </w:r>
      <w:proofErr w:type="spellStart"/>
      <w:r w:rsidRPr="00D22962">
        <w:rPr>
          <w:rFonts w:cs="Arial"/>
          <w:szCs w:val="24"/>
        </w:rPr>
        <w:t>оны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шийдвэрийг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хуулбараас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ашиглав</w:t>
      </w:r>
      <w:proofErr w:type="spellEnd"/>
      <w:r w:rsidRPr="00D22962">
        <w:rPr>
          <w:rFonts w:cs="Arial"/>
          <w:szCs w:val="24"/>
        </w:rPr>
        <w:t>.</w:t>
      </w:r>
    </w:p>
    <w:p w14:paraId="0EA1615D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3.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2001.04.20-ны 93 </w:t>
      </w:r>
      <w:proofErr w:type="spellStart"/>
      <w:r w:rsidRPr="00D22962">
        <w:rPr>
          <w:rFonts w:cs="Arial"/>
          <w:szCs w:val="24"/>
        </w:rPr>
        <w:t>дугаар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</w:t>
      </w:r>
      <w:proofErr w:type="spellEnd"/>
      <w:r w:rsidRPr="00D22962">
        <w:rPr>
          <w:rFonts w:cs="Arial"/>
          <w:szCs w:val="24"/>
        </w:rPr>
        <w:t>. https://legalinfo.mn/mn/detail?lawId=2801</w:t>
      </w:r>
    </w:p>
    <w:p w14:paraId="6020D89E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4.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2007.02.07-ны 34 </w:t>
      </w:r>
      <w:proofErr w:type="spellStart"/>
      <w:r w:rsidRPr="00D22962">
        <w:rPr>
          <w:rFonts w:cs="Arial"/>
          <w:szCs w:val="24"/>
        </w:rPr>
        <w:t>дүгээр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</w:t>
      </w:r>
      <w:proofErr w:type="spellEnd"/>
      <w:r w:rsidRPr="00D22962">
        <w:rPr>
          <w:rFonts w:cs="Arial"/>
          <w:szCs w:val="24"/>
        </w:rPr>
        <w:t>. https://legalinfo.mn/mn/detail?lawId=4166</w:t>
      </w:r>
    </w:p>
    <w:p w14:paraId="67230933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>5. European Commission. Summertime; Directive 2000/84/EC. https://transport.ec.europa.eu/transport-themes/summertime_en</w:t>
      </w:r>
    </w:p>
    <w:p w14:paraId="4624E7A2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>6. UK Government. When do the clocks change? https://www.gov.uk/when-do-the-clocks-change</w:t>
      </w:r>
    </w:p>
    <w:p w14:paraId="10D7003B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>7. NIST. Daylight Saving Time Rules, updated 2026.02.09. https://www.nist.gov/pml/time-and-frequency-division/popular-links/daylight-saving-time-dst</w:t>
      </w:r>
    </w:p>
    <w:p w14:paraId="23308AC3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>8. NSW Government. Daylight saving in NSW. https://www.nsw.gov.au/about-nsw/daylight-saving</w:t>
      </w:r>
    </w:p>
    <w:p w14:paraId="18481E94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9. US Department of Energy. Impact of Extended </w:t>
      </w:r>
      <w:proofErr w:type="gramStart"/>
      <w:r w:rsidRPr="00D22962">
        <w:rPr>
          <w:rFonts w:cs="Arial"/>
          <w:szCs w:val="24"/>
        </w:rPr>
        <w:t>Daylight Saving</w:t>
      </w:r>
      <w:proofErr w:type="gramEnd"/>
      <w:r w:rsidRPr="00D22962">
        <w:rPr>
          <w:rFonts w:cs="Arial"/>
          <w:szCs w:val="24"/>
        </w:rPr>
        <w:t xml:space="preserve"> Time on National Energy Consumption, Report to Congress, October 2008. https://www.energy.gov/cmei/impact-extended-daylight-saving-time-national-energy-consumption-report-congress</w:t>
      </w:r>
    </w:p>
    <w:p w14:paraId="21C9CF09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10. Matthew </w:t>
      </w:r>
      <w:proofErr w:type="spellStart"/>
      <w:r w:rsidRPr="00D22962">
        <w:rPr>
          <w:rFonts w:cs="Arial"/>
          <w:szCs w:val="24"/>
        </w:rPr>
        <w:t>Kotchen</w:t>
      </w:r>
      <w:proofErr w:type="spellEnd"/>
      <w:r w:rsidRPr="00D22962">
        <w:rPr>
          <w:rFonts w:cs="Arial"/>
          <w:szCs w:val="24"/>
        </w:rPr>
        <w:t xml:space="preserve">, Laura Grant. Does daylight saving time save electricity? CEPR, 2008.12.05. </w:t>
      </w:r>
      <w:proofErr w:type="spellStart"/>
      <w:r w:rsidRPr="00D22962">
        <w:rPr>
          <w:rFonts w:cs="Arial"/>
          <w:szCs w:val="24"/>
        </w:rPr>
        <w:t>Судлаачдын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өөрсдийн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үр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дүнгийн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тайлбар</w:t>
      </w:r>
      <w:proofErr w:type="spellEnd"/>
      <w:r w:rsidRPr="00D22962">
        <w:rPr>
          <w:rFonts w:cs="Arial"/>
          <w:szCs w:val="24"/>
        </w:rPr>
        <w:t>. https://cepr.org/voxeu/columns/does-daylight-saving-time-save-electricity</w:t>
      </w:r>
    </w:p>
    <w:p w14:paraId="561859BF" w14:textId="77777777" w:rsidR="009C7FAE" w:rsidRPr="00D22962" w:rsidRDefault="00F24BD6" w:rsidP="004142CA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>11. Rishi et al. Permanent standard time is the optimal choice for health and safety: an American Academy of Sleep Medicine position statement. Journal of Clinical Sleep Medicine, 2024;20(1):121-125. https://pubmed.ncbi.nlm.nih.gov/37904574/</w:t>
      </w:r>
    </w:p>
    <w:p w14:paraId="7F37C72E" w14:textId="77777777" w:rsidR="009C7FAE" w:rsidRPr="00D22962" w:rsidRDefault="00F24BD6" w:rsidP="002870C5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12.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2016 </w:t>
      </w:r>
      <w:proofErr w:type="spellStart"/>
      <w:r w:rsidRPr="00D22962">
        <w:rPr>
          <w:rFonts w:cs="Arial"/>
          <w:szCs w:val="24"/>
        </w:rPr>
        <w:t>оны</w:t>
      </w:r>
      <w:proofErr w:type="spellEnd"/>
      <w:r w:rsidRPr="00D22962">
        <w:rPr>
          <w:rFonts w:cs="Arial"/>
          <w:szCs w:val="24"/>
        </w:rPr>
        <w:t xml:space="preserve"> 59 </w:t>
      </w:r>
      <w:proofErr w:type="spellStart"/>
      <w:r w:rsidRPr="00D22962">
        <w:rPr>
          <w:rFonts w:cs="Arial"/>
          <w:szCs w:val="24"/>
        </w:rPr>
        <w:t>дүгээр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нэгдүгээр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хавсралт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Хууль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тогтоомжийн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хэрэгцээ</w:t>
      </w:r>
      <w:proofErr w:type="spellEnd"/>
      <w:r w:rsidRPr="00D22962">
        <w:rPr>
          <w:rFonts w:cs="Arial"/>
          <w:szCs w:val="24"/>
        </w:rPr>
        <w:t xml:space="preserve">, </w:t>
      </w:r>
      <w:proofErr w:type="spellStart"/>
      <w:r w:rsidRPr="00D22962">
        <w:rPr>
          <w:rFonts w:cs="Arial"/>
          <w:szCs w:val="24"/>
        </w:rPr>
        <w:t>шаардлагыг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урьдчилан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тандан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судлах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аргачлал</w:t>
      </w:r>
      <w:proofErr w:type="spellEnd"/>
      <w:r w:rsidRPr="00D22962">
        <w:rPr>
          <w:rFonts w:cs="Arial"/>
          <w:szCs w:val="24"/>
        </w:rPr>
        <w:t>. https://legalinfo.mn/mn/detail?lawId=207333</w:t>
      </w:r>
    </w:p>
    <w:p w14:paraId="19E124E7" w14:textId="77777777" w:rsidR="009C7FAE" w:rsidRPr="00D22962" w:rsidRDefault="00F24BD6" w:rsidP="002870C5">
      <w:pPr>
        <w:ind w:firstLine="0"/>
        <w:rPr>
          <w:rFonts w:cs="Arial"/>
          <w:szCs w:val="24"/>
        </w:rPr>
      </w:pPr>
      <w:r w:rsidRPr="00D22962">
        <w:rPr>
          <w:rFonts w:cs="Arial"/>
          <w:szCs w:val="24"/>
        </w:rPr>
        <w:t xml:space="preserve">13. </w:t>
      </w:r>
      <w:proofErr w:type="spellStart"/>
      <w:r w:rsidRPr="00D22962">
        <w:rPr>
          <w:rFonts w:cs="Arial"/>
          <w:szCs w:val="24"/>
        </w:rPr>
        <w:t>Засгийн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газрын</w:t>
      </w:r>
      <w:proofErr w:type="spellEnd"/>
      <w:r w:rsidRPr="00D22962">
        <w:rPr>
          <w:rFonts w:cs="Arial"/>
          <w:szCs w:val="24"/>
        </w:rPr>
        <w:t xml:space="preserve"> 2016 </w:t>
      </w:r>
      <w:proofErr w:type="spellStart"/>
      <w:r w:rsidRPr="00D22962">
        <w:rPr>
          <w:rFonts w:cs="Arial"/>
          <w:szCs w:val="24"/>
        </w:rPr>
        <w:t>оны</w:t>
      </w:r>
      <w:proofErr w:type="spellEnd"/>
      <w:r w:rsidRPr="00D22962">
        <w:rPr>
          <w:rFonts w:cs="Arial"/>
          <w:szCs w:val="24"/>
        </w:rPr>
        <w:t xml:space="preserve"> 59 </w:t>
      </w:r>
      <w:proofErr w:type="spellStart"/>
      <w:r w:rsidRPr="00D22962">
        <w:rPr>
          <w:rFonts w:cs="Arial"/>
          <w:szCs w:val="24"/>
        </w:rPr>
        <w:t>дүгээр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тогтоолын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хоёрдугаар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хавсралт</w:t>
      </w:r>
      <w:proofErr w:type="spellEnd"/>
      <w:r w:rsidRPr="00D22962">
        <w:rPr>
          <w:rFonts w:cs="Arial"/>
          <w:szCs w:val="24"/>
        </w:rPr>
        <w:t xml:space="preserve">. </w:t>
      </w:r>
      <w:proofErr w:type="spellStart"/>
      <w:r w:rsidRPr="00D22962">
        <w:rPr>
          <w:rFonts w:cs="Arial"/>
          <w:szCs w:val="24"/>
        </w:rPr>
        <w:t>Хууль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тогтоомжийн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төсөл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боловсруулах</w:t>
      </w:r>
      <w:proofErr w:type="spellEnd"/>
      <w:r w:rsidRPr="00D22962">
        <w:rPr>
          <w:rFonts w:cs="Arial"/>
          <w:szCs w:val="24"/>
        </w:rPr>
        <w:t xml:space="preserve"> </w:t>
      </w:r>
      <w:proofErr w:type="spellStart"/>
      <w:r w:rsidRPr="00D22962">
        <w:rPr>
          <w:rFonts w:cs="Arial"/>
          <w:szCs w:val="24"/>
        </w:rPr>
        <w:t>аргачлал</w:t>
      </w:r>
      <w:proofErr w:type="spellEnd"/>
      <w:r w:rsidRPr="00D22962">
        <w:rPr>
          <w:rFonts w:cs="Arial"/>
          <w:szCs w:val="24"/>
        </w:rPr>
        <w:t>. https://legalinfo.mn/mn/detail?lawId=207334</w:t>
      </w:r>
    </w:p>
    <w:sectPr w:rsidR="009C7FAE" w:rsidRPr="00D22962" w:rsidSect="00034616">
      <w:footerReference w:type="default" r:id="rId8"/>
      <w:pgSz w:w="12240" w:h="15840"/>
      <w:pgMar w:top="1080" w:right="1152" w:bottom="108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BAA5" w14:textId="77777777" w:rsidR="00461723" w:rsidRDefault="00461723">
      <w:pPr>
        <w:spacing w:after="0" w:line="240" w:lineRule="auto"/>
      </w:pPr>
      <w:r>
        <w:separator/>
      </w:r>
    </w:p>
  </w:endnote>
  <w:endnote w:type="continuationSeparator" w:id="0">
    <w:p w14:paraId="62D5788A" w14:textId="77777777" w:rsidR="00461723" w:rsidRDefault="0046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7A73" w14:textId="77777777" w:rsidR="009C7FAE" w:rsidRDefault="00F24BD6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4142C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29435" w14:textId="77777777" w:rsidR="00461723" w:rsidRDefault="00461723">
      <w:pPr>
        <w:spacing w:after="0" w:line="240" w:lineRule="auto"/>
      </w:pPr>
      <w:r>
        <w:separator/>
      </w:r>
    </w:p>
  </w:footnote>
  <w:footnote w:type="continuationSeparator" w:id="0">
    <w:p w14:paraId="028DE527" w14:textId="77777777" w:rsidR="00461723" w:rsidRDefault="00461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55"/>
    <w:rsid w:val="00034616"/>
    <w:rsid w:val="0006063C"/>
    <w:rsid w:val="0015074B"/>
    <w:rsid w:val="002870C5"/>
    <w:rsid w:val="0029639D"/>
    <w:rsid w:val="00326F90"/>
    <w:rsid w:val="004142CA"/>
    <w:rsid w:val="0045323A"/>
    <w:rsid w:val="00461723"/>
    <w:rsid w:val="009C7FAE"/>
    <w:rsid w:val="00AA1D8D"/>
    <w:rsid w:val="00B47730"/>
    <w:rsid w:val="00CB0664"/>
    <w:rsid w:val="00D22962"/>
    <w:rsid w:val="00DF2EA7"/>
    <w:rsid w:val="00F24BD6"/>
    <w:rsid w:val="00F829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5DDA94"/>
  <w14:defaultImageDpi w14:val="300"/>
  <w15:docId w15:val="{91B421BE-642A-44B4-8577-A815E74B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  <w:ind w:firstLine="432"/>
    </w:pPr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432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4932</Words>
  <Characters>28115</Characters>
  <Application>Microsoft Office Word</Application>
  <DocSecurity>0</DocSecurity>
  <Lines>234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dcterms:created xsi:type="dcterms:W3CDTF">2026-10-26T07:10:00Z</dcterms:created>
  <dcterms:modified xsi:type="dcterms:W3CDTF">2026-10-26T07:29:00Z</dcterms:modified>
  <cp:category/>
</cp:coreProperties>
</file>