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F6F0" w14:textId="77777777" w:rsidR="00F54599" w:rsidRPr="005D47C2" w:rsidRDefault="00DC027F" w:rsidP="00652264">
      <w:pPr>
        <w:pStyle w:val="Title"/>
        <w:ind w:left="284"/>
        <w:jc w:val="center"/>
        <w:rPr>
          <w:rFonts w:ascii="Arial" w:hAnsi="Arial" w:cs="Arial"/>
          <w:szCs w:val="24"/>
        </w:rPr>
      </w:pPr>
      <w:r w:rsidRPr="005D47C2">
        <w:rPr>
          <w:rFonts w:ascii="Arial" w:hAnsi="Arial" w:cs="Arial"/>
          <w:b/>
          <w:szCs w:val="24"/>
        </w:rPr>
        <w:t>ЗУНЫ ЦАГИЙН ТООЛЛЫГ ЖИЛ БҮР ХЭРЭГЛЭХ ТУХАЙ</w:t>
      </w:r>
      <w:r w:rsidRPr="005D47C2">
        <w:rPr>
          <w:rFonts w:ascii="Arial" w:hAnsi="Arial" w:cs="Arial"/>
          <w:b/>
          <w:szCs w:val="24"/>
        </w:rPr>
        <w:br/>
        <w:t>УЛСЫН ИХ ХУРЛЫН ТОГТООЛЫН ТӨСЛИЙН</w:t>
      </w:r>
      <w:r w:rsidRPr="005D47C2">
        <w:rPr>
          <w:rFonts w:ascii="Arial" w:hAnsi="Arial" w:cs="Arial"/>
          <w:b/>
          <w:szCs w:val="24"/>
        </w:rPr>
        <w:br/>
        <w:t>ҮР НӨЛӨӨНИЙ ҮНЭЛГЭЭНИЙ ТАЙЛАН</w:t>
      </w:r>
    </w:p>
    <w:p w14:paraId="01FD3D44" w14:textId="77777777" w:rsidR="00F54599" w:rsidRPr="005D47C2" w:rsidRDefault="00DC027F" w:rsidP="00652264">
      <w:pPr>
        <w:ind w:left="284"/>
        <w:jc w:val="center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Улаанбаатар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хот</w:t>
      </w:r>
      <w:proofErr w:type="spellEnd"/>
      <w:r w:rsidRPr="005D47C2">
        <w:rPr>
          <w:rFonts w:cs="Arial"/>
          <w:szCs w:val="24"/>
        </w:rPr>
        <w:br/>
        <w:t xml:space="preserve">2026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10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</w:t>
      </w:r>
      <w:proofErr w:type="spellEnd"/>
    </w:p>
    <w:p w14:paraId="6B2418B7" w14:textId="77777777" w:rsidR="00F54599" w:rsidRPr="005D47C2" w:rsidRDefault="00DC027F" w:rsidP="00652264">
      <w:pPr>
        <w:pStyle w:val="Heading1"/>
        <w:ind w:left="284" w:firstLine="436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Нэг</w:t>
      </w:r>
      <w:proofErr w:type="spellEnd"/>
      <w:r w:rsidRPr="005D47C2">
        <w:rPr>
          <w:rFonts w:ascii="Arial" w:hAnsi="Arial" w:cs="Arial"/>
          <w:szCs w:val="24"/>
        </w:rPr>
        <w:t xml:space="preserve">. </w:t>
      </w:r>
      <w:proofErr w:type="spellStart"/>
      <w:r w:rsidRPr="005D47C2">
        <w:rPr>
          <w:rFonts w:ascii="Arial" w:hAnsi="Arial" w:cs="Arial"/>
          <w:szCs w:val="24"/>
        </w:rPr>
        <w:t>Нийтлэг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үндэслэл</w:t>
      </w:r>
      <w:proofErr w:type="spellEnd"/>
    </w:p>
    <w:p w14:paraId="62D51B78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>“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”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байгалийн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иргэдийн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амралтын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зохистой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дэмжих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зорилготой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Төслөөр</w:t>
      </w:r>
      <w:proofErr w:type="spellEnd"/>
      <w:r w:rsidRPr="005D47C2">
        <w:rPr>
          <w:rFonts w:cs="Arial"/>
          <w:szCs w:val="24"/>
        </w:rPr>
        <w:t xml:space="preserve"> 2027 </w:t>
      </w:r>
      <w:proofErr w:type="spellStart"/>
      <w:r w:rsidRPr="005D47C2">
        <w:rPr>
          <w:rFonts w:cs="Arial"/>
          <w:szCs w:val="24"/>
        </w:rPr>
        <w:t>оноос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эхлэн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хавар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урагшлуулж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намар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стандарт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буцаах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нийтлэг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хэрэгжилтийг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Засгий</w:t>
      </w:r>
      <w:r w:rsidRPr="005D47C2">
        <w:rPr>
          <w:rFonts w:cs="Arial"/>
          <w:szCs w:val="24"/>
        </w:rPr>
        <w:t>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газарт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хяналтыг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хороонд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хариуцуулна</w:t>
      </w:r>
      <w:proofErr w:type="spellEnd"/>
      <w:r w:rsidRPr="005D47C2">
        <w:rPr>
          <w:rFonts w:cs="Arial"/>
          <w:szCs w:val="24"/>
        </w:rPr>
        <w:t>.</w:t>
      </w:r>
    </w:p>
    <w:p w14:paraId="248BA63C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Үнэлгээг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Хууль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хуулийн</w:t>
      </w:r>
      <w:proofErr w:type="spellEnd"/>
      <w:r w:rsidRPr="005D47C2">
        <w:rPr>
          <w:rFonts w:cs="Arial"/>
          <w:szCs w:val="24"/>
        </w:rPr>
        <w:t xml:space="preserve"> 17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газрын</w:t>
      </w:r>
      <w:proofErr w:type="spellEnd"/>
      <w:r w:rsidRPr="005D47C2">
        <w:rPr>
          <w:rFonts w:cs="Arial"/>
          <w:szCs w:val="24"/>
        </w:rPr>
        <w:t xml:space="preserve"> 2016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59 </w:t>
      </w:r>
      <w:proofErr w:type="spellStart"/>
      <w:r w:rsidRPr="005D47C2">
        <w:rPr>
          <w:rFonts w:cs="Arial"/>
          <w:szCs w:val="24"/>
        </w:rPr>
        <w:t>дүгээр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гуравдугаар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хавсралтаар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баталсан</w:t>
      </w:r>
      <w:proofErr w:type="spellEnd"/>
      <w:r w:rsidRPr="005D47C2">
        <w:rPr>
          <w:rFonts w:cs="Arial"/>
          <w:szCs w:val="24"/>
        </w:rPr>
        <w:t xml:space="preserve"> “</w:t>
      </w:r>
      <w:proofErr w:type="spellStart"/>
      <w:r w:rsidRPr="005D47C2">
        <w:rPr>
          <w:rFonts w:cs="Arial"/>
          <w:szCs w:val="24"/>
        </w:rPr>
        <w:t>Хууль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нөлөөг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аргачлал</w:t>
      </w:r>
      <w:proofErr w:type="spellEnd"/>
      <w:r w:rsidRPr="005D47C2">
        <w:rPr>
          <w:rFonts w:cs="Arial"/>
          <w:szCs w:val="24"/>
        </w:rPr>
        <w:t xml:space="preserve">”-д </w:t>
      </w:r>
      <w:proofErr w:type="spellStart"/>
      <w:r w:rsidRPr="005D47C2">
        <w:rPr>
          <w:rFonts w:cs="Arial"/>
          <w:szCs w:val="24"/>
        </w:rPr>
        <w:t>үндэслэн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хийв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бичвэр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бүтцийн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шаардлагыг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хуулийн</w:t>
      </w:r>
      <w:proofErr w:type="spellEnd"/>
      <w:r w:rsidRPr="005D47C2">
        <w:rPr>
          <w:rFonts w:cs="Arial"/>
          <w:szCs w:val="24"/>
        </w:rPr>
        <w:t xml:space="preserve"> 35, 36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зүйлээр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шалгав</w:t>
      </w:r>
      <w:proofErr w:type="spellEnd"/>
      <w:r w:rsidRPr="005D47C2">
        <w:rPr>
          <w:rFonts w:cs="Arial"/>
          <w:szCs w:val="24"/>
        </w:rPr>
        <w:t>. [1, 2]</w:t>
      </w:r>
    </w:p>
    <w:p w14:paraId="1C7504E5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Баримт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бичгийн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шинжилгээ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зохицуулалт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уялдааны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үнэлгээ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шилжилтийн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тооцоолол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харьцуулалтыг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</w:t>
      </w:r>
      <w:r w:rsidRPr="005D47C2">
        <w:rPr>
          <w:rFonts w:cs="Arial"/>
          <w:szCs w:val="24"/>
        </w:rPr>
        <w:t>шиглав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Үнэлгээний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үүсвэр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үзэл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баримтлал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хэрэгцээ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шаардлагын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судалгаа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өмнөх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шийдвэрийн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архивын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материал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нийтлэгдсэн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судалгаа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болно</w:t>
      </w:r>
      <w:proofErr w:type="spellEnd"/>
      <w:r w:rsidRPr="005D47C2">
        <w:rPr>
          <w:rFonts w:cs="Arial"/>
          <w:szCs w:val="24"/>
        </w:rPr>
        <w:t>. [3–7]</w:t>
      </w:r>
    </w:p>
    <w:p w14:paraId="50498867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Үнэлгээгээр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дараах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бүрий</w:t>
      </w:r>
      <w:r w:rsidRPr="005D47C2">
        <w:rPr>
          <w:rFonts w:cs="Arial"/>
          <w:szCs w:val="24"/>
        </w:rPr>
        <w:t>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тогтвортой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нийцсэн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одоогийн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бүтэц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чиг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тулгуурлан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боломжтой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дүгнэв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нөхцөл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огноо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дүрмийг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утгатай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тээвэр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мэдээллийн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систем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хөдөлмөрийн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байдлаар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явдал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юм</w:t>
      </w:r>
      <w:proofErr w:type="spellEnd"/>
      <w:r w:rsidRPr="005D47C2">
        <w:rPr>
          <w:rFonts w:cs="Arial"/>
          <w:szCs w:val="24"/>
        </w:rPr>
        <w:t>.</w:t>
      </w:r>
    </w:p>
    <w:p w14:paraId="3002AEA3" w14:textId="77777777" w:rsidR="00F54599" w:rsidRPr="005D47C2" w:rsidRDefault="00DC027F" w:rsidP="00652264">
      <w:pPr>
        <w:pStyle w:val="Heading1"/>
        <w:ind w:left="284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Хоёр</w:t>
      </w:r>
      <w:proofErr w:type="spellEnd"/>
      <w:r w:rsidRPr="005D47C2">
        <w:rPr>
          <w:rFonts w:ascii="Arial" w:hAnsi="Arial" w:cs="Arial"/>
          <w:szCs w:val="24"/>
        </w:rPr>
        <w:t xml:space="preserve">. </w:t>
      </w:r>
      <w:proofErr w:type="spellStart"/>
      <w:r w:rsidRPr="005D47C2">
        <w:rPr>
          <w:rFonts w:ascii="Arial" w:hAnsi="Arial" w:cs="Arial"/>
          <w:szCs w:val="24"/>
        </w:rPr>
        <w:t>Үр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нөлөөг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үнэлэх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шалгуур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үзүүлэлтийг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сонгосон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байдал</w:t>
      </w:r>
      <w:proofErr w:type="spellEnd"/>
      <w:r w:rsidRPr="005D47C2">
        <w:rPr>
          <w:rFonts w:ascii="Arial" w:hAnsi="Arial" w:cs="Arial"/>
          <w:szCs w:val="24"/>
        </w:rPr>
        <w:t xml:space="preserve">, </w:t>
      </w:r>
      <w:proofErr w:type="spellStart"/>
      <w:r w:rsidRPr="005D47C2">
        <w:rPr>
          <w:rFonts w:ascii="Arial" w:hAnsi="Arial" w:cs="Arial"/>
          <w:szCs w:val="24"/>
        </w:rPr>
        <w:t>үндэслэл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7416"/>
      </w:tblGrid>
      <w:tr w:rsidR="00F54599" w:rsidRPr="005D47C2" w14:paraId="1EAD4AF2" w14:textId="7777777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2672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Шалгуур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CF98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Үнэлэх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асуудал</w:t>
            </w:r>
            <w:proofErr w:type="spellEnd"/>
          </w:p>
        </w:tc>
      </w:tr>
      <w:tr w:rsidR="00F54599" w:rsidRPr="005D47C2" w14:paraId="5C6EBCBB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20E17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77150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амралт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тогтмол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зохицуулалт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хэрхэн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нөлөөлөх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665EAC6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B304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Практикт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794D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Хэрэгжүүлэгчийн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чиг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ээлжийн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бүртгэлийн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байгуулалт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08A491B3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C92A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Ойлгомжтой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22F7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Төслийн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бүтэц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хамрах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шилжих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огноо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нэр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томьёоны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ойлголт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0DC37D1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637D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Хүлээн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зөвшөөрөгдөх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49660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Иргэдийн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өдөр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тутмын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хэрэгцээ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хүртээмж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дасан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зохицол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эрхийн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хамгаалалт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E7B47BE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5630E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Зардал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E0D9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Шинэ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бүтэц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орон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төлбөр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эсэх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төсөв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нөөцөөр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8FF9F70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C3C9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Харилцан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уялдаа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D040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Тө</w:t>
            </w:r>
            <w:r w:rsidRPr="005D47C2">
              <w:rPr>
                <w:rFonts w:cs="Arial"/>
                <w:szCs w:val="24"/>
              </w:rPr>
              <w:t>слийн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дотоод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логик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бусад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хууль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хөдөлмөрийн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баталгаа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эрх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хэмжээ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хэрэгжилтийн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419455F1" w14:textId="77777777" w:rsidR="00F54599" w:rsidRPr="005D47C2" w:rsidRDefault="00DC027F" w:rsidP="00652264">
      <w:pPr>
        <w:pStyle w:val="Heading1"/>
        <w:ind w:left="284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Гурав</w:t>
      </w:r>
      <w:proofErr w:type="spellEnd"/>
      <w:r w:rsidRPr="005D47C2">
        <w:rPr>
          <w:rFonts w:ascii="Arial" w:hAnsi="Arial" w:cs="Arial"/>
          <w:szCs w:val="24"/>
        </w:rPr>
        <w:t xml:space="preserve">. </w:t>
      </w:r>
      <w:proofErr w:type="spellStart"/>
      <w:r w:rsidRPr="005D47C2">
        <w:rPr>
          <w:rFonts w:ascii="Arial" w:hAnsi="Arial" w:cs="Arial"/>
          <w:szCs w:val="24"/>
        </w:rPr>
        <w:t>Үр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нөлөөг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үнэлэх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зохицуулалтыг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тогтоосон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байдал</w:t>
      </w:r>
      <w:proofErr w:type="spellEnd"/>
    </w:p>
    <w:p w14:paraId="72B1D89D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Үнэлгээнд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таван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газарт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даалгах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хэмжээг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хамруулав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Хуваарь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тогтоосон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</w:t>
      </w:r>
      <w:r w:rsidRPr="005D47C2">
        <w:rPr>
          <w:rFonts w:cs="Arial"/>
          <w:szCs w:val="24"/>
        </w:rPr>
        <w:t>аалтыг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улирлын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давтагдах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бэлтгэлийн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хяналтын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баталгаа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үнэлэв</w:t>
      </w:r>
      <w:proofErr w:type="spellEnd"/>
      <w:r w:rsidRPr="005D47C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7920"/>
      </w:tblGrid>
      <w:tr w:rsidR="00F54599" w:rsidRPr="005D47C2" w14:paraId="19086609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FE59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Төслийн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8852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Үнэлсэн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агуулга</w:t>
            </w:r>
            <w:proofErr w:type="spellEnd"/>
          </w:p>
        </w:tc>
      </w:tr>
      <w:tr w:rsidR="00F54599" w:rsidRPr="005D47C2" w14:paraId="72D581FE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3F245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1 </w:t>
            </w:r>
            <w:proofErr w:type="spellStart"/>
            <w:r w:rsidRPr="005D47C2">
              <w:rPr>
                <w:rFonts w:cs="Arial"/>
                <w:szCs w:val="24"/>
              </w:rPr>
              <w:t>дэх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1D28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Байгалийн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ашигтай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зорилго</w:t>
            </w:r>
            <w:proofErr w:type="spellEnd"/>
            <w:r w:rsidRPr="005D47C2">
              <w:rPr>
                <w:rFonts w:cs="Arial"/>
                <w:szCs w:val="24"/>
              </w:rPr>
              <w:t xml:space="preserve">, 2027 </w:t>
            </w:r>
            <w:proofErr w:type="spellStart"/>
            <w:r w:rsidRPr="005D47C2">
              <w:rPr>
                <w:rFonts w:cs="Arial"/>
                <w:szCs w:val="24"/>
              </w:rPr>
              <w:t>оноос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хүрээ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E415A05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8D31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2 </w:t>
            </w:r>
            <w:proofErr w:type="spellStart"/>
            <w:r w:rsidRPr="005D47C2">
              <w:rPr>
                <w:rFonts w:cs="Arial"/>
                <w:szCs w:val="24"/>
              </w:rPr>
              <w:t>дахь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7609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3 </w:t>
            </w:r>
            <w:proofErr w:type="spellStart"/>
            <w:r w:rsidRPr="005D47C2">
              <w:rPr>
                <w:rFonts w:cs="Arial"/>
                <w:szCs w:val="24"/>
              </w:rPr>
              <w:t>дугаар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баасан-бямба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гарагт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шилжих</w:t>
            </w:r>
            <w:proofErr w:type="spellEnd"/>
            <w:r w:rsidRPr="005D47C2">
              <w:rPr>
                <w:rFonts w:cs="Arial"/>
                <w:szCs w:val="24"/>
              </w:rPr>
              <w:t xml:space="preserve"> 02:00 </w:t>
            </w:r>
            <w:proofErr w:type="spellStart"/>
            <w:r w:rsidRPr="005D47C2">
              <w:rPr>
                <w:rFonts w:cs="Arial"/>
                <w:szCs w:val="24"/>
              </w:rPr>
              <w:t>цагт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урагшлуулах</w:t>
            </w:r>
            <w:proofErr w:type="spellEnd"/>
            <w:r w:rsidRPr="005D47C2">
              <w:rPr>
                <w:rFonts w:cs="Arial"/>
                <w:szCs w:val="24"/>
              </w:rPr>
              <w:t xml:space="preserve">; 9 </w:t>
            </w:r>
            <w:proofErr w:type="spellStart"/>
            <w:r w:rsidRPr="005D47C2">
              <w:rPr>
                <w:rFonts w:cs="Arial"/>
                <w:szCs w:val="24"/>
              </w:rPr>
              <w:t>дүгээр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адил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00:00 </w:t>
            </w:r>
            <w:proofErr w:type="spellStart"/>
            <w:r w:rsidRPr="005D47C2">
              <w:rPr>
                <w:rFonts w:cs="Arial"/>
                <w:szCs w:val="24"/>
              </w:rPr>
              <w:t>цагт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буцаах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ажил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эхлэх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хэвээр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мөрдөх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7563F40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27518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3 </w:t>
            </w:r>
            <w:proofErr w:type="spellStart"/>
            <w:r w:rsidRPr="005D47C2">
              <w:rPr>
                <w:rFonts w:cs="Arial"/>
                <w:szCs w:val="24"/>
              </w:rPr>
              <w:t>дахь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E739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сист</w:t>
            </w:r>
            <w:r w:rsidRPr="005D47C2">
              <w:rPr>
                <w:rFonts w:cs="Arial"/>
                <w:szCs w:val="24"/>
              </w:rPr>
              <w:t>ем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ээлжийн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цалин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хөлс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эрүүл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мэнд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тогтмол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үнэлгээ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холбогдох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шийдвэрийг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нийцүүлэх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0CA4C251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565B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4 </w:t>
            </w:r>
            <w:proofErr w:type="spellStart"/>
            <w:r w:rsidRPr="005D47C2">
              <w:rPr>
                <w:rFonts w:cs="Arial"/>
                <w:szCs w:val="24"/>
              </w:rPr>
              <w:t>дэх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B49A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Эдийн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байнгын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хорооны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F996D83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F579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5 </w:t>
            </w:r>
            <w:proofErr w:type="spellStart"/>
            <w:r w:rsidRPr="005D47C2">
              <w:rPr>
                <w:rFonts w:cs="Arial"/>
                <w:szCs w:val="24"/>
              </w:rPr>
              <w:t>дахь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F541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Баталсан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өдрөөс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дагаж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мөрдөх</w:t>
            </w:r>
            <w:proofErr w:type="spellEnd"/>
            <w:r w:rsidRPr="005D47C2">
              <w:rPr>
                <w:rFonts w:cs="Arial"/>
                <w:szCs w:val="24"/>
              </w:rPr>
              <w:t xml:space="preserve">, 2027 </w:t>
            </w:r>
            <w:proofErr w:type="spellStart"/>
            <w:r w:rsidRPr="005D47C2">
              <w:rPr>
                <w:rFonts w:cs="Arial"/>
                <w:szCs w:val="24"/>
              </w:rPr>
              <w:t>оны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анхны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өмнө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бэлтгэл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хангах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3C0B2A4F" w14:textId="77777777" w:rsidR="00F54599" w:rsidRPr="005D47C2" w:rsidRDefault="00DC027F" w:rsidP="00652264">
      <w:pPr>
        <w:pStyle w:val="Heading1"/>
        <w:ind w:left="284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Дөрөв</w:t>
      </w:r>
      <w:proofErr w:type="spellEnd"/>
      <w:r w:rsidRPr="005D47C2">
        <w:rPr>
          <w:rFonts w:ascii="Arial" w:hAnsi="Arial" w:cs="Arial"/>
          <w:szCs w:val="24"/>
        </w:rPr>
        <w:t xml:space="preserve">. </w:t>
      </w:r>
      <w:proofErr w:type="spellStart"/>
      <w:r w:rsidRPr="005D47C2">
        <w:rPr>
          <w:rFonts w:ascii="Arial" w:hAnsi="Arial" w:cs="Arial"/>
          <w:szCs w:val="24"/>
        </w:rPr>
        <w:t>Шалгах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хэрэгслийн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дагуу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үр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нөлөөг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үнэлсэн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байдал</w:t>
      </w:r>
      <w:proofErr w:type="spellEnd"/>
    </w:p>
    <w:p w14:paraId="1362EBF3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4.1. </w:t>
      </w:r>
      <w:proofErr w:type="spellStart"/>
      <w:r w:rsidRPr="005D47C2">
        <w:rPr>
          <w:rFonts w:ascii="Arial" w:hAnsi="Arial" w:cs="Arial"/>
          <w:szCs w:val="24"/>
        </w:rPr>
        <w:t>Зорилгод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хүрэх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байдлын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5502752F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урагшлуулж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эхлэх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дуусах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хэвээр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мөрдөхөд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стандарт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өмнө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явагдана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Ү</w:t>
      </w:r>
      <w:r w:rsidRPr="005D47C2">
        <w:rPr>
          <w:rFonts w:cs="Arial"/>
          <w:szCs w:val="24"/>
        </w:rPr>
        <w:t>үний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дараах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нэмэгдэнэ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механизм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амралт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спорт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хувийн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ахуй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худалдаа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байгалийн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шууд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>.</w:t>
      </w:r>
    </w:p>
    <w:p w14:paraId="5A5676D9" w14:textId="01414DAD" w:rsidR="00F54599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</w:t>
      </w:r>
      <w:r w:rsidRPr="005D47C2">
        <w:rPr>
          <w:rFonts w:cs="Arial"/>
          <w:szCs w:val="24"/>
        </w:rPr>
        <w:t>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тээврийн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захиалга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ажилтны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ээлж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цахим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системийн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тохируулгыг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урьдчилан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төлөвлөх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lastRenderedPageBreak/>
        <w:t>нөхцөл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бүрдүүлнэ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Зохицуулалт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чөлөөт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нэмэгдүүлэх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бус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түүний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өнгөрөх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хэсгийг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өргөжүүлнэ</w:t>
      </w:r>
      <w:proofErr w:type="spellEnd"/>
      <w:r w:rsidRPr="005D47C2">
        <w:rPr>
          <w:rFonts w:cs="Arial"/>
          <w:szCs w:val="24"/>
        </w:rPr>
        <w:t>.</w:t>
      </w:r>
    </w:p>
    <w:p w14:paraId="414D96ED" w14:textId="58A3DAF6" w:rsidR="005D47C2" w:rsidRDefault="005D47C2" w:rsidP="00652264">
      <w:pPr>
        <w:ind w:left="284"/>
        <w:jc w:val="both"/>
        <w:rPr>
          <w:rFonts w:cs="Arial"/>
          <w:szCs w:val="24"/>
        </w:rPr>
      </w:pPr>
    </w:p>
    <w:p w14:paraId="21140502" w14:textId="77777777" w:rsidR="005D47C2" w:rsidRPr="005D47C2" w:rsidRDefault="005D47C2" w:rsidP="00652264">
      <w:pPr>
        <w:ind w:left="284"/>
        <w:jc w:val="both"/>
        <w:rPr>
          <w:rFonts w:cs="Arial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4680"/>
        <w:gridCol w:w="3168"/>
      </w:tblGrid>
      <w:tr w:rsidR="00F54599" w:rsidRPr="005D47C2" w14:paraId="201CCA22" w14:textId="77777777">
        <w:trPr>
          <w:cantSplit/>
          <w:tblHeader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A367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Зорилго</w:t>
            </w:r>
            <w:proofErr w:type="spellEnd"/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7CEE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Үнэлгээний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дүгнэлт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8D6F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Үр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дүнгийн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шалгуур</w:t>
            </w:r>
            <w:proofErr w:type="spellEnd"/>
          </w:p>
        </w:tc>
      </w:tr>
      <w:tr w:rsidR="00F54599" w:rsidRPr="005D47C2" w14:paraId="5F3F5925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834E8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ашиглах</w:t>
            </w:r>
            <w:proofErr w:type="spellEnd"/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67374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нийцсэн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Ажлын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гадаа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үйл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ажиллагааны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нэмэгдэнэ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164A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гэр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амралт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спортын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оролцоо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B89DE44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BD1A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Төлөвлөлтийн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тогтвортой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7057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нийтлэг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дүрэм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урьдчилан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төлөвлөх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нэмэгдүүлнэ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A054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Хуваарийн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зөрчил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системийн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алдаа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хүртээмж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2006B715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0D69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Гэрэлтүүлгийн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хэрэглээ</w:t>
            </w:r>
            <w:proofErr w:type="spellEnd"/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5D48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Байгалийн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гэрлийг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түлхүү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бүрдэнэ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Нийт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дүнд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өглөөний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дулааны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хамруулна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7C96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тутмын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кВт·ц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оргил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ачаалал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агаарын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нөлөө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212FB5E2" w14:textId="77777777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A76B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хөдөлмөрийн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байгуулалт</w:t>
            </w:r>
            <w:proofErr w:type="spellEnd"/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965B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авах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гадаа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өргөжинө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09E9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ажиллагааны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гарц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хүн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3E616217" w14:textId="78A223DD" w:rsidR="00F54599" w:rsidRPr="005D47C2" w:rsidRDefault="005D47C2" w:rsidP="00652264">
      <w:pPr>
        <w:ind w:left="284"/>
        <w:jc w:val="both"/>
        <w:rPr>
          <w:rFonts w:cs="Arial"/>
          <w:szCs w:val="24"/>
          <w:lang w:val="mn-MN"/>
        </w:rPr>
      </w:pPr>
      <w:r>
        <w:rPr>
          <w:rFonts w:cs="Arial"/>
          <w:szCs w:val="24"/>
          <w:lang w:val="mn-MN"/>
        </w:rPr>
        <w:t xml:space="preserve"> </w:t>
      </w:r>
    </w:p>
    <w:p w14:paraId="38FCE5AC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байгалийн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амралтын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хуваарийн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тогтвортой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Эрчим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хүч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хөдөлмөрийн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тогтмол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сайжруулах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мэдээллий</w:t>
      </w:r>
      <w:r w:rsidRPr="005D47C2">
        <w:rPr>
          <w:rFonts w:cs="Arial"/>
          <w:szCs w:val="24"/>
        </w:rPr>
        <w:t>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үндэс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болно</w:t>
      </w:r>
      <w:proofErr w:type="spellEnd"/>
      <w:r w:rsidRPr="005D47C2">
        <w:rPr>
          <w:rFonts w:cs="Arial"/>
          <w:szCs w:val="24"/>
        </w:rPr>
        <w:t>.</w:t>
      </w:r>
    </w:p>
    <w:p w14:paraId="5903BEBD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4.2. </w:t>
      </w:r>
      <w:proofErr w:type="spellStart"/>
      <w:r w:rsidRPr="005D47C2">
        <w:rPr>
          <w:rFonts w:ascii="Arial" w:hAnsi="Arial" w:cs="Arial"/>
          <w:szCs w:val="24"/>
        </w:rPr>
        <w:t>Практикт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хэрэгжих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боломжийн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7FB94EE5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Монгол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Улсад</w:t>
      </w:r>
      <w:proofErr w:type="spellEnd"/>
      <w:r w:rsidRPr="005D47C2">
        <w:rPr>
          <w:rFonts w:cs="Arial"/>
          <w:szCs w:val="24"/>
        </w:rPr>
        <w:t xml:space="preserve"> 2001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2015 </w:t>
      </w:r>
      <w:proofErr w:type="spellStart"/>
      <w:r w:rsidRPr="005D47C2">
        <w:rPr>
          <w:rFonts w:cs="Arial"/>
          <w:szCs w:val="24"/>
        </w:rPr>
        <w:t>онд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хэрэглүүлсэн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шийдвэр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гарч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хэрэгжүүлж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туршлага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бүрдсэнийг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харуулна</w:t>
      </w:r>
      <w:proofErr w:type="spellEnd"/>
      <w:r w:rsidRPr="005D47C2">
        <w:rPr>
          <w:rFonts w:cs="Arial"/>
          <w:szCs w:val="24"/>
        </w:rPr>
        <w:t xml:space="preserve">. 2017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цуцлах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танилцуулгад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дурдсан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тээврийн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</w:t>
      </w:r>
      <w:r w:rsidRPr="005D47C2">
        <w:rPr>
          <w:rFonts w:cs="Arial"/>
          <w:szCs w:val="24"/>
        </w:rPr>
        <w:t>аарийн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санал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хүсэлтийг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бэлтгэл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зөвлөмж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хяналтын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хэмжээнд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тусгасан</w:t>
      </w:r>
      <w:proofErr w:type="spellEnd"/>
      <w:r w:rsidRPr="005D47C2">
        <w:rPr>
          <w:rFonts w:cs="Arial"/>
          <w:szCs w:val="24"/>
        </w:rPr>
        <w:t>. [5]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5760"/>
        <w:gridCol w:w="2232"/>
      </w:tblGrid>
      <w:tr w:rsidR="00F54599" w:rsidRPr="005D47C2" w14:paraId="383D62F1" w14:textId="77777777">
        <w:trPr>
          <w:cantSplit/>
          <w:tblHeader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4992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Чиглэл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4780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байгуулалт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BCD4D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Хариуцах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түвшин</w:t>
            </w:r>
            <w:proofErr w:type="spellEnd"/>
          </w:p>
        </w:tc>
      </w:tr>
      <w:tr w:rsidR="00F54599" w:rsidRPr="005D47C2" w14:paraId="121EC2BE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98B8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Нэгдсэн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удирдлага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B451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Салбарын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бэлтгэлийг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төлөвлөгөөнд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нэгтгэж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гүйцэтгэгч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хугацааг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D644E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газар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3D0469B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19E8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Тээвэр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CC9BE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улсын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дотоодын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нислэг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төмөр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автотээврийн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захиалга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холболтын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уялдуулах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4EEF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Салбарын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эрхлэгч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F96BC0F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1901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1656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сан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сервер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автомат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төхөөрөмжийн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тохиргоог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шинэчилж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алгасах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давтагдах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бүртгэлийг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турших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CBA5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эзэмшигч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1F8D3839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9545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Хөдөлмөр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E5F6C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Бодитоор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бүртгэж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цалин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амралтыг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хуульд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нийцүүлэн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тооцох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93AB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Ажил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олгогч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холбогдох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салбарын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E90A9ED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2A4B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Эрүүл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мэнд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болов</w:t>
            </w:r>
            <w:r w:rsidRPr="005D47C2">
              <w:rPr>
                <w:rFonts w:cs="Arial"/>
                <w:szCs w:val="24"/>
              </w:rPr>
              <w:t>срол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6601A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Дасан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зөвлөмж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сургууль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цэцэрлэг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тасралтгүй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бэлтгэлийг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хангах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A699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Эрүүл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мэнд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боловсролын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B7DB6A4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3E98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2A06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Анхны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шилжилтээс</w:t>
            </w:r>
            <w:proofErr w:type="spellEnd"/>
            <w:r w:rsidRPr="005D47C2">
              <w:rPr>
                <w:rFonts w:cs="Arial"/>
                <w:szCs w:val="24"/>
              </w:rPr>
              <w:t xml:space="preserve"> 60-аас </w:t>
            </w:r>
            <w:proofErr w:type="spellStart"/>
            <w:r w:rsidRPr="005D47C2">
              <w:rPr>
                <w:rFonts w:cs="Arial"/>
                <w:szCs w:val="24"/>
              </w:rPr>
              <w:t>доошгүй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хоногийн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өмнө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шилжилт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сануулах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090B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газар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холбогдох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20D4A7D1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</w:t>
      </w:r>
      <w:r w:rsidRPr="005D47C2">
        <w:rPr>
          <w:rFonts w:cs="Arial"/>
          <w:szCs w:val="24"/>
        </w:rPr>
        <w:t>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байгууллага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орон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болгохгүйгээр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одоогийн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чиг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техник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программ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хангамжид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тулгуурлан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боломжтой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Бэлтгэл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гүйцэтгэлийг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тээврийн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хуваарь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системийн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туршилт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хөдөлмөрийн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мэдээллийн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хүргэлтийн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баримтаар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баталгаажуулна</w:t>
      </w:r>
      <w:proofErr w:type="spellEnd"/>
      <w:r w:rsidRPr="005D47C2">
        <w:rPr>
          <w:rFonts w:cs="Arial"/>
          <w:szCs w:val="24"/>
        </w:rPr>
        <w:t>.</w:t>
      </w:r>
    </w:p>
    <w:p w14:paraId="1936C8AE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4.3. </w:t>
      </w:r>
      <w:proofErr w:type="spellStart"/>
      <w:r w:rsidRPr="005D47C2">
        <w:rPr>
          <w:rFonts w:ascii="Arial" w:hAnsi="Arial" w:cs="Arial"/>
          <w:szCs w:val="24"/>
        </w:rPr>
        <w:t>Ойлгомжтой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байдлын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65BD8730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давтан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илэрхийлж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 xml:space="preserve">. 1 </w:t>
      </w:r>
      <w:proofErr w:type="spellStart"/>
      <w:r w:rsidRPr="005D47C2">
        <w:rPr>
          <w:rFonts w:cs="Arial"/>
          <w:szCs w:val="24"/>
        </w:rPr>
        <w:t>дэх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эхлэх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оныг</w:t>
      </w:r>
      <w:proofErr w:type="spellEnd"/>
      <w:r w:rsidRPr="005D47C2">
        <w:rPr>
          <w:rFonts w:cs="Arial"/>
          <w:szCs w:val="24"/>
        </w:rPr>
        <w:t xml:space="preserve">, 2 </w:t>
      </w:r>
      <w:proofErr w:type="spellStart"/>
      <w:r w:rsidRPr="005D47C2">
        <w:rPr>
          <w:rFonts w:cs="Arial"/>
          <w:szCs w:val="24"/>
        </w:rPr>
        <w:t>дахь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, 3 </w:t>
      </w:r>
      <w:proofErr w:type="spellStart"/>
      <w:r w:rsidRPr="005D47C2">
        <w:rPr>
          <w:rFonts w:cs="Arial"/>
          <w:szCs w:val="24"/>
        </w:rPr>
        <w:t>дахь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хэрэгжилтийг</w:t>
      </w:r>
      <w:proofErr w:type="spellEnd"/>
      <w:r w:rsidRPr="005D47C2">
        <w:rPr>
          <w:rFonts w:cs="Arial"/>
          <w:szCs w:val="24"/>
        </w:rPr>
        <w:t xml:space="preserve">, 4 </w:t>
      </w:r>
      <w:proofErr w:type="spellStart"/>
      <w:r w:rsidRPr="005D47C2">
        <w:rPr>
          <w:rFonts w:cs="Arial"/>
          <w:szCs w:val="24"/>
        </w:rPr>
        <w:t>дэх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хяналтыг</w:t>
      </w:r>
      <w:proofErr w:type="spellEnd"/>
      <w:r w:rsidRPr="005D47C2">
        <w:rPr>
          <w:rFonts w:cs="Arial"/>
          <w:szCs w:val="24"/>
        </w:rPr>
        <w:t xml:space="preserve">, 5 </w:t>
      </w:r>
      <w:proofErr w:type="spellStart"/>
      <w:r w:rsidRPr="005D47C2">
        <w:rPr>
          <w:rFonts w:cs="Arial"/>
          <w:szCs w:val="24"/>
        </w:rPr>
        <w:t>дахь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даг</w:t>
      </w:r>
      <w:r w:rsidRPr="005D47C2">
        <w:rPr>
          <w:rFonts w:cs="Arial"/>
          <w:szCs w:val="24"/>
        </w:rPr>
        <w:t>аж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мөрдөх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тогтоосон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бүтцийн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хувьд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уялдаатай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Улирлын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нутаг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дэвсгэрийн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бүсийн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хуваарилалт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өөрчлөхгүй</w:t>
      </w:r>
      <w:proofErr w:type="spellEnd"/>
      <w:r w:rsidRPr="005D47C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168"/>
        <w:gridCol w:w="4752"/>
      </w:tblGrid>
      <w:tr w:rsidR="00F54599" w:rsidRPr="005D47C2" w14:paraId="0CF79620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F81D5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Шалгах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асуудал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9A74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Үнэлгээ</w:t>
            </w:r>
            <w:proofErr w:type="spellEnd"/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4575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Нэг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мөр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хэрэглэх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тайлбар</w:t>
            </w:r>
            <w:proofErr w:type="spellEnd"/>
          </w:p>
        </w:tc>
      </w:tr>
      <w:tr w:rsidR="00F54599" w:rsidRPr="005D47C2" w14:paraId="60B4CB96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7043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хамрах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хүрээ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9CAD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Тодорхой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6E03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2027 </w:t>
            </w:r>
            <w:proofErr w:type="spellStart"/>
            <w:r w:rsidRPr="005D47C2">
              <w:rPr>
                <w:rFonts w:cs="Arial"/>
                <w:szCs w:val="24"/>
              </w:rPr>
              <w:t>оноос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улсын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хэмжээнд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улирлын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58C2DAE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3346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Хаврын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D1C8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Тодорхой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BE56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Стандарт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02:00 </w:t>
            </w:r>
            <w:proofErr w:type="spellStart"/>
            <w:r w:rsidRPr="005D47C2">
              <w:rPr>
                <w:rFonts w:cs="Arial"/>
                <w:szCs w:val="24"/>
              </w:rPr>
              <w:t>нь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зуны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03:00 </w:t>
            </w:r>
            <w:proofErr w:type="spellStart"/>
            <w:r w:rsidRPr="005D47C2">
              <w:rPr>
                <w:rFonts w:cs="Arial"/>
                <w:szCs w:val="24"/>
              </w:rPr>
              <w:t>болно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0058E179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14BD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Намрын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6886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Бүртгэлийн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тайлбартай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хэрэгжүүлнэ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CFFA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Зуны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бямба</w:t>
            </w:r>
            <w:proofErr w:type="spellEnd"/>
            <w:r w:rsidRPr="005D47C2">
              <w:rPr>
                <w:rFonts w:cs="Arial"/>
                <w:szCs w:val="24"/>
              </w:rPr>
              <w:t xml:space="preserve"> 00:00 </w:t>
            </w:r>
            <w:proofErr w:type="spellStart"/>
            <w:r w:rsidRPr="005D47C2">
              <w:rPr>
                <w:rFonts w:cs="Arial"/>
                <w:szCs w:val="24"/>
              </w:rPr>
              <w:t>нь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стандарт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23:00 </w:t>
            </w:r>
            <w:proofErr w:type="spellStart"/>
            <w:r w:rsidRPr="005D47C2">
              <w:rPr>
                <w:rFonts w:cs="Arial"/>
                <w:szCs w:val="24"/>
              </w:rPr>
              <w:t>болно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0CAB997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E81B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Сүүлчийн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долоо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хоног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37AD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Календарийн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шалгуурыг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нарийвчлах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шаардлагатай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C49D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сүүлчийн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бямба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гарагийг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өдөр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тодорхойлох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найруулгыг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санал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болгов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70340AE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3EBDE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Ажил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938C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Хуваарийн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утга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тодорхой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380D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Эхлэх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хэвээр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бодитоор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хугацааг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тусад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</w:t>
            </w:r>
            <w:r w:rsidRPr="005D47C2">
              <w:rPr>
                <w:rFonts w:cs="Arial"/>
                <w:szCs w:val="24"/>
              </w:rPr>
              <w:t>тгэнэ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5DDC03F8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5151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томьёо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646C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6281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Зуны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стандарт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бүс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бодитоор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хугацааг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5C911B3B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>“</w:t>
      </w:r>
      <w:proofErr w:type="spellStart"/>
      <w:r w:rsidRPr="005D47C2">
        <w:rPr>
          <w:rFonts w:cs="Arial"/>
          <w:szCs w:val="24"/>
        </w:rPr>
        <w:t>Сүүлчийн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долоо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хоног</w:t>
      </w:r>
      <w:proofErr w:type="spellEnd"/>
      <w:r w:rsidRPr="005D47C2">
        <w:rPr>
          <w:rFonts w:cs="Arial"/>
          <w:szCs w:val="24"/>
        </w:rPr>
        <w:t xml:space="preserve">” </w:t>
      </w:r>
      <w:proofErr w:type="spellStart"/>
      <w:r w:rsidRPr="005D47C2">
        <w:rPr>
          <w:rFonts w:cs="Arial"/>
          <w:szCs w:val="24"/>
        </w:rPr>
        <w:t>гэсэн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хэллэг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дамнасан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долоо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хоногт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баасан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бямба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хамааруулахыг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өөрөөр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ойлгох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нөхцөл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үүсг</w:t>
      </w:r>
      <w:r w:rsidRPr="005D47C2">
        <w:rPr>
          <w:rFonts w:cs="Arial"/>
          <w:szCs w:val="24"/>
        </w:rPr>
        <w:t>энэ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Үүнийг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сүүлчийн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бямба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календарийн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шалгуураар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тодорхойлох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утгатай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болгоно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3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сараас</w:t>
      </w:r>
      <w:proofErr w:type="spellEnd"/>
      <w:r w:rsidRPr="005D47C2">
        <w:rPr>
          <w:rFonts w:cs="Arial"/>
          <w:szCs w:val="24"/>
        </w:rPr>
        <w:t xml:space="preserve"> 9 </w:t>
      </w:r>
      <w:proofErr w:type="spellStart"/>
      <w:r w:rsidRPr="005D47C2">
        <w:rPr>
          <w:rFonts w:cs="Arial"/>
          <w:szCs w:val="24"/>
        </w:rPr>
        <w:t>дүгээр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хүртэл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бодлогын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хаврын</w:t>
      </w:r>
      <w:proofErr w:type="spellEnd"/>
      <w:r w:rsidRPr="005D47C2">
        <w:rPr>
          <w:rFonts w:cs="Arial"/>
          <w:szCs w:val="24"/>
        </w:rPr>
        <w:t xml:space="preserve"> 02:00, </w:t>
      </w:r>
      <w:proofErr w:type="spellStart"/>
      <w:r w:rsidRPr="005D47C2">
        <w:rPr>
          <w:rFonts w:cs="Arial"/>
          <w:szCs w:val="24"/>
        </w:rPr>
        <w:t>намрын</w:t>
      </w:r>
      <w:proofErr w:type="spellEnd"/>
      <w:r w:rsidRPr="005D47C2">
        <w:rPr>
          <w:rFonts w:cs="Arial"/>
          <w:szCs w:val="24"/>
        </w:rPr>
        <w:t xml:space="preserve"> 00:00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хадгалсан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найруулгын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зөвлөмж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ю</w:t>
      </w:r>
      <w:r w:rsidRPr="005D47C2">
        <w:rPr>
          <w:rFonts w:cs="Arial"/>
          <w:szCs w:val="24"/>
        </w:rPr>
        <w:t>м</w:t>
      </w:r>
      <w:proofErr w:type="spellEnd"/>
      <w:r w:rsidRPr="005D47C2">
        <w:rPr>
          <w:rFonts w:cs="Arial"/>
          <w:szCs w:val="24"/>
        </w:rPr>
        <w:t>.</w:t>
      </w:r>
    </w:p>
    <w:p w14:paraId="45CE93FB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2 </w:t>
      </w:r>
      <w:proofErr w:type="spellStart"/>
      <w:r w:rsidRPr="005D47C2">
        <w:rPr>
          <w:rFonts w:cs="Arial"/>
          <w:szCs w:val="24"/>
        </w:rPr>
        <w:t>дахь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найруулга</w:t>
      </w:r>
      <w:proofErr w:type="spellEnd"/>
      <w:r w:rsidRPr="005D47C2">
        <w:rPr>
          <w:rFonts w:cs="Arial"/>
          <w:szCs w:val="24"/>
        </w:rPr>
        <w:t>: “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бүрийн</w:t>
      </w:r>
      <w:proofErr w:type="spellEnd"/>
      <w:r w:rsidRPr="005D47C2">
        <w:rPr>
          <w:rFonts w:cs="Arial"/>
          <w:szCs w:val="24"/>
        </w:rPr>
        <w:t xml:space="preserve"> 3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сүүлчийн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бямба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гарагийн</w:t>
      </w:r>
      <w:proofErr w:type="spellEnd"/>
      <w:r w:rsidRPr="005D47C2">
        <w:rPr>
          <w:rFonts w:cs="Arial"/>
          <w:szCs w:val="24"/>
        </w:rPr>
        <w:t xml:space="preserve"> 02:00 </w:t>
      </w:r>
      <w:proofErr w:type="spellStart"/>
      <w:r w:rsidRPr="005D47C2">
        <w:rPr>
          <w:rFonts w:cs="Arial"/>
          <w:szCs w:val="24"/>
        </w:rPr>
        <w:t>цагт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нутаг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дэвсгэрт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мөрдөж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стандарт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урагшлуулж</w:t>
      </w:r>
      <w:proofErr w:type="spellEnd"/>
      <w:r w:rsidRPr="005D47C2">
        <w:rPr>
          <w:rFonts w:cs="Arial"/>
          <w:szCs w:val="24"/>
        </w:rPr>
        <w:t xml:space="preserve">, 9 </w:t>
      </w:r>
      <w:proofErr w:type="spellStart"/>
      <w:r w:rsidRPr="005D47C2">
        <w:rPr>
          <w:rFonts w:cs="Arial"/>
          <w:szCs w:val="24"/>
        </w:rPr>
        <w:t>дүгээр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сүүлчийн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бямба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тооллын</w:t>
      </w:r>
      <w:proofErr w:type="spellEnd"/>
      <w:r w:rsidRPr="005D47C2">
        <w:rPr>
          <w:rFonts w:cs="Arial"/>
          <w:szCs w:val="24"/>
        </w:rPr>
        <w:t xml:space="preserve"> 00:00 </w:t>
      </w:r>
      <w:proofErr w:type="spellStart"/>
      <w:r w:rsidRPr="005D47C2">
        <w:rPr>
          <w:rFonts w:cs="Arial"/>
          <w:szCs w:val="24"/>
        </w:rPr>
        <w:t>цаг</w:t>
      </w:r>
      <w:r w:rsidRPr="005D47C2">
        <w:rPr>
          <w:rFonts w:cs="Arial"/>
          <w:szCs w:val="24"/>
        </w:rPr>
        <w:t>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буцаан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стандарт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тоололд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шилжүүлж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хэвээр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мөрдөж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байхаар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тогтоосугай</w:t>
      </w:r>
      <w:proofErr w:type="spellEnd"/>
      <w:r w:rsidRPr="005D47C2">
        <w:rPr>
          <w:rFonts w:cs="Arial"/>
          <w:szCs w:val="24"/>
        </w:rPr>
        <w:t>.”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168"/>
        <w:gridCol w:w="5112"/>
      </w:tblGrid>
      <w:tr w:rsidR="00F54599" w:rsidRPr="005D47C2" w14:paraId="3E8473F8" w14:textId="77777777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FCD1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Шилжилт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BBB1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өөрчлөлт</w:t>
            </w:r>
            <w:proofErr w:type="spellEnd"/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4D24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Бүртгэлийн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ажиллагаа</w:t>
            </w:r>
            <w:proofErr w:type="spellEnd"/>
          </w:p>
        </w:tc>
      </w:tr>
      <w:tr w:rsidR="00F54599" w:rsidRPr="005D47C2" w14:paraId="34DD7C97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1BA2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Хавар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2F217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>02:00 → 03:00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3AE2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02:00–02:59 </w:t>
            </w:r>
            <w:proofErr w:type="spellStart"/>
            <w:r w:rsidRPr="005D47C2">
              <w:rPr>
                <w:rFonts w:cs="Arial"/>
                <w:szCs w:val="24"/>
              </w:rPr>
              <w:t>цагт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товлосон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захиалга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автомат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үйлдлийг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урьдчилан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зохицуулна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32ACB0D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185F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Намар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7C6DA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Бямба</w:t>
            </w:r>
            <w:proofErr w:type="spellEnd"/>
            <w:r w:rsidRPr="005D47C2">
              <w:rPr>
                <w:rFonts w:cs="Arial"/>
                <w:szCs w:val="24"/>
              </w:rPr>
              <w:t xml:space="preserve"> 00:00 → </w:t>
            </w:r>
            <w:proofErr w:type="spellStart"/>
            <w:r w:rsidRPr="005D47C2">
              <w:rPr>
                <w:rFonts w:cs="Arial"/>
                <w:szCs w:val="24"/>
              </w:rPr>
              <w:t>баасан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23:00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8695B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Давтагдах</w:t>
            </w:r>
            <w:proofErr w:type="spellEnd"/>
            <w:r w:rsidRPr="005D47C2">
              <w:rPr>
                <w:rFonts w:cs="Arial"/>
                <w:szCs w:val="24"/>
              </w:rPr>
              <w:t xml:space="preserve"> 23 </w:t>
            </w:r>
            <w:proofErr w:type="spellStart"/>
            <w:r w:rsidRPr="005D47C2">
              <w:rPr>
                <w:rFonts w:cs="Arial"/>
                <w:szCs w:val="24"/>
              </w:rPr>
              <w:t>дахь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цагийг</w:t>
            </w:r>
            <w:proofErr w:type="spellEnd"/>
            <w:r w:rsidRPr="005D47C2">
              <w:rPr>
                <w:rFonts w:cs="Arial"/>
                <w:szCs w:val="24"/>
              </w:rPr>
              <w:t xml:space="preserve"> UTC </w:t>
            </w:r>
            <w:proofErr w:type="spellStart"/>
            <w:r w:rsidRPr="005D47C2">
              <w:rPr>
                <w:rFonts w:cs="Arial"/>
                <w:szCs w:val="24"/>
              </w:rPr>
              <w:t>зөрүү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гүйлгээний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дугаар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бодит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дарааллаар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2F0466C7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BC7A5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Нутаг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дэвсгэр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ADC2B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Тухайн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бүсийн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мөрдөж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буй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тооцно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44E1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Бүс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хоорондын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бодит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зөрүүг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системд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тохируулна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56E7B064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бүтэц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үндсэн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механизм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ойлгомжтой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Шилжих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өдрийг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сүүлчийн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бямба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гарагаар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тодорхойлох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найруулга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календарийн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зөрүүг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арилгана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Алгасах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давтагдах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техникийн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заавраар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</w:t>
      </w:r>
      <w:r w:rsidRPr="005D47C2">
        <w:rPr>
          <w:rFonts w:cs="Arial"/>
          <w:szCs w:val="24"/>
        </w:rPr>
        <w:t>лна</w:t>
      </w:r>
      <w:proofErr w:type="spellEnd"/>
      <w:r w:rsidRPr="005D47C2">
        <w:rPr>
          <w:rFonts w:cs="Arial"/>
          <w:szCs w:val="24"/>
        </w:rPr>
        <w:t>.</w:t>
      </w:r>
    </w:p>
    <w:p w14:paraId="1166CCD7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4.4. </w:t>
      </w:r>
      <w:proofErr w:type="spellStart"/>
      <w:r w:rsidRPr="005D47C2">
        <w:rPr>
          <w:rFonts w:ascii="Arial" w:hAnsi="Arial" w:cs="Arial"/>
          <w:szCs w:val="24"/>
        </w:rPr>
        <w:t>Хүлээн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зөвшөөрөгдөх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байдлын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2FCD05C9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дараах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амралт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спорт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хувийн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ахуй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нийгмийн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lastRenderedPageBreak/>
        <w:t>үндэслэл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мөн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урьдчилан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олгогч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</w:t>
      </w:r>
      <w:r w:rsidRPr="005D47C2">
        <w:rPr>
          <w:rFonts w:cs="Arial"/>
          <w:szCs w:val="24"/>
        </w:rPr>
        <w:t>илтан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эцэг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эрхлэгчийн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төлөвлөлтийг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дэмжинэ</w:t>
      </w:r>
      <w:proofErr w:type="spellEnd"/>
      <w:r w:rsidRPr="005D47C2">
        <w:rPr>
          <w:rFonts w:cs="Arial"/>
          <w:szCs w:val="24"/>
        </w:rPr>
        <w:t>.</w:t>
      </w:r>
    </w:p>
    <w:p w14:paraId="6763B3E7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Хүүхэд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ахмад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настан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ээлжийн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ажилтан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эмзэг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бүлгийн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хэрэгцээг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мэргэжлийн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зөвлөмж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хүртээмжтэй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бэлтгэлээр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хангана</w:t>
      </w:r>
      <w:proofErr w:type="spellEnd"/>
      <w:r w:rsidRPr="005D47C2">
        <w:rPr>
          <w:rFonts w:cs="Arial"/>
          <w:szCs w:val="24"/>
        </w:rPr>
        <w:t xml:space="preserve">. 2001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архивын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бичигт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</w:t>
      </w:r>
      <w:r w:rsidRPr="005D47C2">
        <w:rPr>
          <w:rFonts w:cs="Arial"/>
          <w:szCs w:val="24"/>
        </w:rPr>
        <w:t>эндийн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сөрөг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нөлөөллийн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асуудлыг</w:t>
      </w:r>
      <w:proofErr w:type="spellEnd"/>
      <w:r w:rsidRPr="005D47C2">
        <w:rPr>
          <w:rFonts w:cs="Arial"/>
          <w:szCs w:val="24"/>
        </w:rPr>
        <w:t xml:space="preserve"> “</w:t>
      </w:r>
      <w:proofErr w:type="spellStart"/>
      <w:r w:rsidRPr="005D47C2">
        <w:rPr>
          <w:rFonts w:cs="Arial"/>
          <w:szCs w:val="24"/>
        </w:rPr>
        <w:t>батлагдаагүй</w:t>
      </w:r>
      <w:proofErr w:type="spellEnd"/>
      <w:r w:rsidRPr="005D47C2">
        <w:rPr>
          <w:rFonts w:cs="Arial"/>
          <w:szCs w:val="24"/>
        </w:rPr>
        <w:t xml:space="preserve">” </w:t>
      </w:r>
      <w:proofErr w:type="spellStart"/>
      <w:r w:rsidRPr="005D47C2">
        <w:rPr>
          <w:rFonts w:cs="Arial"/>
          <w:szCs w:val="24"/>
        </w:rPr>
        <w:t>гэж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тэмдэглэхийн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зэрэгцээ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зарим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бүлгийн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нөлөөг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судлах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шаардлагыг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дурдсан</w:t>
      </w:r>
      <w:proofErr w:type="spellEnd"/>
      <w:r w:rsidRPr="005D47C2">
        <w:rPr>
          <w:rFonts w:cs="Arial"/>
          <w:szCs w:val="24"/>
        </w:rPr>
        <w:t xml:space="preserve">; 2017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танилцуулгад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мөн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ирснийг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тэмдэглэжээ</w:t>
      </w:r>
      <w:proofErr w:type="spellEnd"/>
      <w:r w:rsidRPr="005D47C2">
        <w:rPr>
          <w:rFonts w:cs="Arial"/>
          <w:szCs w:val="24"/>
        </w:rPr>
        <w:t>. [5]</w:t>
      </w:r>
    </w:p>
    <w:p w14:paraId="76F9947C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2026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системчилсэн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тоймд</w:t>
      </w:r>
      <w:proofErr w:type="spellEnd"/>
      <w:r w:rsidRPr="005D47C2">
        <w:rPr>
          <w:rFonts w:cs="Arial"/>
          <w:szCs w:val="24"/>
        </w:rPr>
        <w:t xml:space="preserve"> 36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157 </w:t>
      </w:r>
      <w:proofErr w:type="spellStart"/>
      <w:r w:rsidRPr="005D47C2">
        <w:rPr>
          <w:rFonts w:cs="Arial"/>
          <w:szCs w:val="24"/>
        </w:rPr>
        <w:t>судалгааг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нэгтгэн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цаг</w:t>
      </w:r>
      <w:r w:rsidRPr="005D47C2">
        <w:rPr>
          <w:rFonts w:cs="Arial"/>
          <w:szCs w:val="24"/>
        </w:rPr>
        <w:t>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богино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нөлөөг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ялган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нойр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ядралт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зам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тээвэр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ажлын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байрны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аюулгүй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хяналтыг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хэмжээнд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хамруулах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үндэслэл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болно</w:t>
      </w:r>
      <w:proofErr w:type="spellEnd"/>
      <w:r w:rsidRPr="005D47C2">
        <w:rPr>
          <w:rFonts w:cs="Arial"/>
          <w:szCs w:val="24"/>
        </w:rPr>
        <w:t>. [7]</w:t>
      </w:r>
    </w:p>
    <w:p w14:paraId="5FC244A4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иргэдийн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өдөр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тутмын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амралт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гэр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авах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хэрэгцээнд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нийгмийн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эерэг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боломжтой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Түүнийг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хэрэгжүүлэхэд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урьдчилсан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дасан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зөвлөмж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санал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хүсэлтийг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шийдвэрлэх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суваг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чухал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Энэхүү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агуулгад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хийсэн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үнэлгээ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бөгөөд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асуулгын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биш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юм</w:t>
      </w:r>
      <w:proofErr w:type="spellEnd"/>
      <w:r w:rsidRPr="005D47C2">
        <w:rPr>
          <w:rFonts w:cs="Arial"/>
          <w:szCs w:val="24"/>
        </w:rPr>
        <w:t>.</w:t>
      </w:r>
    </w:p>
    <w:p w14:paraId="3AD0417D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4.5. </w:t>
      </w:r>
      <w:proofErr w:type="spellStart"/>
      <w:r w:rsidRPr="005D47C2">
        <w:rPr>
          <w:rFonts w:ascii="Arial" w:hAnsi="Arial" w:cs="Arial"/>
          <w:szCs w:val="24"/>
        </w:rPr>
        <w:t>Зардлын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626D2031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байгууллага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орон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барилга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барих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тусгай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тоног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төхөөрөмж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худалдан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авах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тогтоохгүй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тохиргоо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мэдээллийн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системийн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</w:t>
      </w:r>
      <w:r w:rsidRPr="005D47C2">
        <w:rPr>
          <w:rFonts w:cs="Arial"/>
          <w:szCs w:val="24"/>
        </w:rPr>
        <w:t>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тээвэр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уялдуулалтыг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одоогийн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техник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программ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хангамж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хүний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нөөцөд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тулгуурлан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хэвийн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багтаан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байгуулна</w:t>
      </w:r>
      <w:proofErr w:type="spellEnd"/>
      <w:r w:rsidRPr="005D47C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4896"/>
        <w:gridCol w:w="2520"/>
      </w:tblGrid>
      <w:tr w:rsidR="00F54599" w:rsidRPr="005D47C2" w14:paraId="15475506" w14:textId="7777777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8D21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Арга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хэмжээ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0917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нөөц</w:t>
            </w:r>
            <w:proofErr w:type="spellEnd"/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9B5F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Улсын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төсвөөс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нэмж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төлөвлөх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дүн</w:t>
            </w:r>
            <w:proofErr w:type="spellEnd"/>
          </w:p>
        </w:tc>
      </w:tr>
      <w:tr w:rsidR="00F54599" w:rsidRPr="005D47C2" w14:paraId="3FE90966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957DC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Удирдлага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зохицуулалт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080B4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бүтэц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орон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чиг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5423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  <w:tr w:rsidR="00F54599" w:rsidRPr="005D47C2" w14:paraId="6F9F73F4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A5F5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тохиргоо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туршилт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8DC9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Одоо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буй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техник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программ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ажилтны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үндсэн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ажиллагаа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4092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  <w:tr w:rsidR="00F54599" w:rsidRPr="005D47C2" w14:paraId="54F5C6D9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05B9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нийтэд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мэдээлэх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684C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Байгууллагын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цахим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хуудас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суваг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батлагдсан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төсөв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F8BE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  <w:tr w:rsidR="00F54599" w:rsidRPr="005D47C2" w14:paraId="4346729D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DA5A3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30CC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эрхлэгчийн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төлөвлөлт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захиалгын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DF54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  <w:tr w:rsidR="00F54599" w:rsidRPr="005D47C2" w14:paraId="0984A387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A7CD2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Зөвлөмж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хяналт-шинжилгээ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5012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Холбогдох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үндсэн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чиг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A9F7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  <w:tr w:rsidR="00F54599" w:rsidRPr="005D47C2" w14:paraId="4145ECEE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8218D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Нийт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нэмэлт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санхүүжилт</w:t>
            </w:r>
            <w:proofErr w:type="spellEnd"/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066D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Батлагдсан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төсөв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нөөцөд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багтаах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байгуулалтын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нөхцөлөөр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64BC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r w:rsidRPr="005D47C2">
              <w:rPr>
                <w:rFonts w:cs="Arial"/>
                <w:szCs w:val="24"/>
              </w:rPr>
              <w:t xml:space="preserve">0 </w:t>
            </w:r>
            <w:proofErr w:type="spellStart"/>
            <w:r w:rsidRPr="005D47C2">
              <w:rPr>
                <w:rFonts w:cs="Arial"/>
                <w:szCs w:val="24"/>
              </w:rPr>
              <w:t>төгрөг</w:t>
            </w:r>
            <w:proofErr w:type="spellEnd"/>
          </w:p>
        </w:tc>
      </w:tr>
    </w:tbl>
    <w:p w14:paraId="329F45EC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Иргэн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хуулийн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этгээдэд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татвар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төлбөр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хураамж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зөвшөөрөл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тайлангийн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болгохгүй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ажилтны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системийн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тохируулгын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үйл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багтаан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гүйцэтгэ</w:t>
      </w:r>
      <w:r w:rsidRPr="005D47C2">
        <w:rPr>
          <w:rFonts w:cs="Arial"/>
          <w:szCs w:val="24"/>
        </w:rPr>
        <w:t>нэ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Иймд</w:t>
      </w:r>
      <w:proofErr w:type="spellEnd"/>
      <w:r w:rsidRPr="005D47C2">
        <w:rPr>
          <w:rFonts w:cs="Arial"/>
          <w:szCs w:val="24"/>
        </w:rPr>
        <w:t xml:space="preserve"> 0 </w:t>
      </w:r>
      <w:proofErr w:type="spellStart"/>
      <w:r w:rsidRPr="005D47C2">
        <w:rPr>
          <w:rFonts w:cs="Arial"/>
          <w:szCs w:val="24"/>
        </w:rPr>
        <w:t>төгрөг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төсвөөс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төлөвлөх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санхүүжилтийг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илэрхийлнэ</w:t>
      </w:r>
      <w:proofErr w:type="spellEnd"/>
      <w:r w:rsidRPr="005D47C2">
        <w:rPr>
          <w:rFonts w:cs="Arial"/>
          <w:szCs w:val="24"/>
        </w:rPr>
        <w:t>.</w:t>
      </w:r>
    </w:p>
    <w:p w14:paraId="234A31F2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Хэрэгжилтийг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батлагдсан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төсөв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одоогийн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бүтэц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хүний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нөөц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техник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программ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хангамжийн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хүрээнд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нөхцөлөөр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төсвийн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санхүүжилт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шаардахг</w:t>
      </w:r>
      <w:r w:rsidRPr="005D47C2">
        <w:rPr>
          <w:rFonts w:cs="Arial"/>
          <w:szCs w:val="24"/>
        </w:rPr>
        <w:t>үй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Хүлээгдэж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буй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эрчим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хүчний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хэмнэлтийг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төсвийн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нэмэлт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орлогын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үүсвэрт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тооцохгүй</w:t>
      </w:r>
      <w:proofErr w:type="spellEnd"/>
      <w:r w:rsidRPr="005D47C2">
        <w:rPr>
          <w:rFonts w:cs="Arial"/>
          <w:szCs w:val="24"/>
        </w:rPr>
        <w:t>.</w:t>
      </w:r>
    </w:p>
    <w:p w14:paraId="706AE821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r w:rsidRPr="005D47C2">
        <w:rPr>
          <w:rFonts w:ascii="Arial" w:hAnsi="Arial" w:cs="Arial"/>
          <w:szCs w:val="24"/>
        </w:rPr>
        <w:t xml:space="preserve">4.6. </w:t>
      </w:r>
      <w:proofErr w:type="spellStart"/>
      <w:r w:rsidRPr="005D47C2">
        <w:rPr>
          <w:rFonts w:ascii="Arial" w:hAnsi="Arial" w:cs="Arial"/>
          <w:szCs w:val="24"/>
        </w:rPr>
        <w:t>Харилцан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уялдааны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үнэлгээ</w:t>
      </w:r>
      <w:proofErr w:type="spellEnd"/>
    </w:p>
    <w:p w14:paraId="50582450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хамрах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хүрээ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хэрэгжүүлэгч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эрхийн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хамгаалалт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бусад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акттай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хүрээнд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шалгав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Хууль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</w:t>
      </w:r>
      <w:r w:rsidRPr="005D47C2">
        <w:rPr>
          <w:rFonts w:cs="Arial"/>
          <w:szCs w:val="24"/>
        </w:rPr>
        <w:t>омжийн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хуулийн</w:t>
      </w:r>
      <w:proofErr w:type="spellEnd"/>
      <w:r w:rsidRPr="005D47C2">
        <w:rPr>
          <w:rFonts w:cs="Arial"/>
          <w:szCs w:val="24"/>
        </w:rPr>
        <w:t xml:space="preserve"> 35, 36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шаардлагыг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шууд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хамаарах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шалгуур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аргачлалын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уялдаа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холбооны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асуултуудыг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агуулгад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нийцүүлэн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үнэлэв</w:t>
      </w:r>
      <w:proofErr w:type="spellEnd"/>
      <w:r w:rsidRPr="005D47C2">
        <w:rPr>
          <w:rFonts w:cs="Arial"/>
          <w:szCs w:val="24"/>
        </w:rPr>
        <w:t>. [1, 2]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344"/>
      </w:tblGrid>
      <w:tr w:rsidR="00F54599" w:rsidRPr="005D47C2" w14:paraId="42FA953D" w14:textId="77777777">
        <w:trPr>
          <w:cantSplit/>
          <w:tblHeader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5E14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Шалгах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асуудал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51822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Үнэлгээний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дүгнэлт</w:t>
            </w:r>
            <w:proofErr w:type="spellEnd"/>
          </w:p>
        </w:tc>
      </w:tr>
      <w:tr w:rsidR="00F54599" w:rsidRPr="005D47C2" w14:paraId="5FE89CD6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C302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Зорилготой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нийцэх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0570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Нийцсэн</w:t>
            </w:r>
            <w:proofErr w:type="spellEnd"/>
            <w:r w:rsidRPr="005D47C2">
              <w:rPr>
                <w:rFonts w:cs="Arial"/>
                <w:szCs w:val="24"/>
              </w:rPr>
              <w:t xml:space="preserve">. 1, 2 </w:t>
            </w:r>
            <w:proofErr w:type="spellStart"/>
            <w:r w:rsidRPr="005D47C2">
              <w:rPr>
                <w:rFonts w:cs="Arial"/>
                <w:szCs w:val="24"/>
              </w:rPr>
              <w:t>дахь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зорилгыг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нийтлэг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хуваарьтай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холбосон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7CF5582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5952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Хууль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зүйн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үндэслэл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904F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Үндсэн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хуулийн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бодлогын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үндэслэж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газарт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хариуцуулсан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5980F958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052C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томьёо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43EA5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Зуны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тоолол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стандарт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бүс</w:t>
            </w:r>
            <w:r w:rsidRPr="005D47C2">
              <w:rPr>
                <w:rFonts w:cs="Arial"/>
                <w:szCs w:val="24"/>
              </w:rPr>
              <w:t>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D9E97E8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A8F9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Дотоод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уялдаа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937FE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хэрэгжилт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дагаж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мөрдөх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хугацаа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дараалалтай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Огноог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утгатай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болгох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найруулгыг</w:t>
            </w:r>
            <w:proofErr w:type="spellEnd"/>
            <w:r w:rsidRPr="005D47C2">
              <w:rPr>
                <w:rFonts w:cs="Arial"/>
                <w:szCs w:val="24"/>
              </w:rPr>
              <w:t xml:space="preserve"> 4.3-т </w:t>
            </w:r>
            <w:proofErr w:type="spellStart"/>
            <w:r w:rsidRPr="005D47C2">
              <w:rPr>
                <w:rFonts w:cs="Arial"/>
                <w:szCs w:val="24"/>
              </w:rPr>
              <w:t>санал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болгов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0BBFE9C3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69B0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Давхардал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7915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Хуулийн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давтан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зохицуулаагүй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тогтоосон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B0F8F85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79CE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этгээд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C2E0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газар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хэрэгжилтийг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Эдийн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засгийн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байнгын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хороо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хариуцна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2C05B5C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01E99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Зохицуулалтын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бүрдэл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6BEF1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Нийтлэг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хөдөлмөр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эрүүл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мэнд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үнэлгээний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арга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хэмжээ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хамрагдсан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12E55A46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DCAF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Чиг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ялгаа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11B6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Бодлого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гүйцэтгэл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п</w:t>
            </w:r>
            <w:r w:rsidRPr="005D47C2">
              <w:rPr>
                <w:rFonts w:cs="Arial"/>
                <w:szCs w:val="24"/>
              </w:rPr>
              <w:t>арламентын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тус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тодорхойлсон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1FA04787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4DBB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Мэргэжлийн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оролцоо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2DBC5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зөвлөмж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техникийн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оролцож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болно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улсын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шилжүүлэхгүй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C9B4EC4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E4D6A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Татвар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төлбөр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хураамж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C22A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Шинээр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тогтоогоогүй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6311413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9A21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Зөвшөөрөл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B978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Шинэ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зөвшөөрөл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бүртгэлийн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тогтоогоогүй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8CBCCF2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BE44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Хүний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2888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Ажлын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хугацаа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амралт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цалин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хөлсний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хуульд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заасан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баталгааг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өөрчлөхгүй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3A185FA9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26B6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Жендэр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03D3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Хүйсээр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нөхцөлгүй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Асаргаа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зорчих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хэрэгцээг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бэлтгэлд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тусгана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19C1E64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AAE9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Өрсөлдөөн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A8825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Онцгой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эрх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зээлд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нэвтрэх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хориг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тогтоохгү</w:t>
            </w:r>
            <w:r w:rsidRPr="005D47C2">
              <w:rPr>
                <w:rFonts w:cs="Arial"/>
                <w:szCs w:val="24"/>
              </w:rPr>
              <w:t>й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Хуваарийн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нийтэд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ижил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хүртээмжтэй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байна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1F7B6C9D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46A85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Авлига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хүнд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суртал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3D19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Шинэ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зөвшөөрөл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төлбөргүй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тодорхой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8667A9B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27AB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Хариуцлагын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хэм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хэмжээ</w:t>
            </w:r>
            <w:proofErr w:type="spellEnd"/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A4A0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Шинэ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торгууль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шийтгэл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тогтоогоогүй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Хэрэгжүүлэгчийн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үүрэг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парламентын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тусгасан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1E7A6F84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тэмдэглэх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хэсэг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тогтоох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хэсэг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заалт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дэд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бүтэц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боловсруулах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хэлбэртэй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Баталсан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өдрөөс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бэлтгэлийн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бодит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</w:t>
      </w:r>
      <w:proofErr w:type="spellEnd"/>
      <w:r w:rsidRPr="005D47C2">
        <w:rPr>
          <w:rFonts w:cs="Arial"/>
          <w:szCs w:val="24"/>
        </w:rPr>
        <w:t xml:space="preserve"> 2027 </w:t>
      </w:r>
      <w:proofErr w:type="spellStart"/>
      <w:r w:rsidRPr="005D47C2">
        <w:rPr>
          <w:rFonts w:cs="Arial"/>
          <w:szCs w:val="24"/>
        </w:rPr>
        <w:t>оноос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хугацааны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хувьд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ялгаатай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боловч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зөрчилдөхгүй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Холбог</w:t>
      </w:r>
      <w:r w:rsidRPr="005D47C2">
        <w:rPr>
          <w:rFonts w:cs="Arial"/>
          <w:szCs w:val="24"/>
        </w:rPr>
        <w:t>дох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салбарын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шийдвэрийг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хуваарьт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нийцүүлнэ</w:t>
      </w:r>
      <w:proofErr w:type="spellEnd"/>
      <w:r w:rsidRPr="005D47C2">
        <w:rPr>
          <w:rFonts w:cs="Arial"/>
          <w:szCs w:val="24"/>
        </w:rPr>
        <w:t>.</w:t>
      </w:r>
    </w:p>
    <w:p w14:paraId="5A14E14F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Дүгнэлт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хяналтын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харилцан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уялдсан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Эрхийн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баталгааг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өөрчлөх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шинэ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шийтгэл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зөвшөөрөл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төлбөр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болгох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агуулгагүй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заавар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тогтоолоор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тогтоосон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өөрчлөхгүйгээр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техникийн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ажиллагаа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бүртгэлийг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зохицуулна</w:t>
      </w:r>
      <w:proofErr w:type="spellEnd"/>
      <w:r w:rsidRPr="005D47C2">
        <w:rPr>
          <w:rFonts w:cs="Arial"/>
          <w:szCs w:val="24"/>
        </w:rPr>
        <w:t>.</w:t>
      </w:r>
    </w:p>
    <w:p w14:paraId="6E14830A" w14:textId="77777777" w:rsidR="00F54599" w:rsidRPr="005D47C2" w:rsidRDefault="00DC027F" w:rsidP="00652264">
      <w:pPr>
        <w:pStyle w:val="Heading1"/>
        <w:ind w:left="284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Тав</w:t>
      </w:r>
      <w:proofErr w:type="spellEnd"/>
      <w:r w:rsidRPr="005D47C2">
        <w:rPr>
          <w:rFonts w:ascii="Arial" w:hAnsi="Arial" w:cs="Arial"/>
          <w:szCs w:val="24"/>
        </w:rPr>
        <w:t xml:space="preserve">. </w:t>
      </w:r>
      <w:proofErr w:type="spellStart"/>
      <w:r w:rsidRPr="005D47C2">
        <w:rPr>
          <w:rFonts w:ascii="Arial" w:hAnsi="Arial" w:cs="Arial"/>
          <w:szCs w:val="24"/>
        </w:rPr>
        <w:t>Үнэлгээний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нэгдсэн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дүгнэлт</w:t>
      </w:r>
      <w:proofErr w:type="spellEnd"/>
      <w:r w:rsidRPr="005D47C2">
        <w:rPr>
          <w:rFonts w:ascii="Arial" w:hAnsi="Arial" w:cs="Arial"/>
          <w:szCs w:val="24"/>
        </w:rPr>
        <w:t xml:space="preserve">, </w:t>
      </w:r>
      <w:proofErr w:type="spellStart"/>
      <w:r w:rsidRPr="005D47C2">
        <w:rPr>
          <w:rFonts w:ascii="Arial" w:hAnsi="Arial" w:cs="Arial"/>
          <w:szCs w:val="24"/>
        </w:rPr>
        <w:t>зөвлөмж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7416"/>
      </w:tblGrid>
      <w:tr w:rsidR="00F54599" w:rsidRPr="005D47C2" w14:paraId="6575F95C" w14:textId="7777777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413B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Шалгуур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426E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Нэгдсэн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дүгнэлт</w:t>
            </w:r>
            <w:proofErr w:type="spellEnd"/>
          </w:p>
        </w:tc>
      </w:tr>
      <w:tr w:rsidR="00F54599" w:rsidRPr="005D47C2" w14:paraId="68681E91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C1F27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4081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Нийцсэн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Ажлын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гэрэлтэй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ашиглалт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тогтвор</w:t>
            </w:r>
            <w:r w:rsidRPr="005D47C2">
              <w:rPr>
                <w:rFonts w:cs="Arial"/>
                <w:szCs w:val="24"/>
              </w:rPr>
              <w:t>той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хуваарийг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дэмжинэ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18E8B4E0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99F6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Практикт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42BF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байгууллага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хүний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нөөц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системд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тулгуурлан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хэрэгжүүлэх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боломжтой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2D48795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6FA3A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Ойлгомжтой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72DC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Үндсэн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агуулга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тодорхой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Шилжих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өдрийг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сарын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сүүлчийн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бямба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гарагаар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илэрхийлэх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найруулгыг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зөвлөмж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болгов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29575648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6239D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Хүлээн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зөвшөөрөгдөх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2D236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Иргэдийн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амралт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хэрэгцээнд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нийцсэн</w:t>
            </w:r>
            <w:proofErr w:type="spellEnd"/>
            <w:r w:rsidRPr="005D47C2">
              <w:rPr>
                <w:rFonts w:cs="Arial"/>
                <w:szCs w:val="24"/>
              </w:rPr>
              <w:t xml:space="preserve">. </w:t>
            </w:r>
            <w:proofErr w:type="spellStart"/>
            <w:r w:rsidRPr="005D47C2">
              <w:rPr>
                <w:rFonts w:cs="Arial"/>
                <w:szCs w:val="24"/>
              </w:rPr>
              <w:t>Дасан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зохицол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санал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хүсэлтийн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ажиллагааг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хэрэгжилттэй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холбосон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657BF579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95DAE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Зардал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AB19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Батлагдсан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төсөв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одоогийн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нөөцөд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багтаах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нөхцөлөөр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улсын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төсвийн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нэмэлт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санхүүжилт</w:t>
            </w:r>
            <w:proofErr w:type="spellEnd"/>
            <w:r w:rsidRPr="005D47C2">
              <w:rPr>
                <w:rFonts w:cs="Arial"/>
                <w:szCs w:val="24"/>
              </w:rPr>
              <w:t xml:space="preserve"> 0 </w:t>
            </w:r>
            <w:proofErr w:type="spellStart"/>
            <w:r w:rsidRPr="005D47C2">
              <w:rPr>
                <w:rFonts w:cs="Arial"/>
                <w:szCs w:val="24"/>
              </w:rPr>
              <w:t>т</w:t>
            </w:r>
            <w:r w:rsidRPr="005D47C2">
              <w:rPr>
                <w:rFonts w:cs="Arial"/>
                <w:szCs w:val="24"/>
              </w:rPr>
              <w:t>өгрөг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54749DF7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51A5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Харилцан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уялдаа</w:t>
            </w:r>
            <w:proofErr w:type="spellEnd"/>
          </w:p>
        </w:tc>
        <w:tc>
          <w:tcPr>
            <w:tcW w:w="74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4F7CD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Зорилго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хуваарь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хэрэгжилт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хяналт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уялдсан</w:t>
            </w:r>
            <w:proofErr w:type="spellEnd"/>
            <w:r w:rsidRPr="005D47C2">
              <w:rPr>
                <w:rFonts w:cs="Arial"/>
                <w:szCs w:val="24"/>
              </w:rPr>
              <w:t xml:space="preserve">; </w:t>
            </w:r>
            <w:proofErr w:type="spellStart"/>
            <w:r w:rsidRPr="005D47C2">
              <w:rPr>
                <w:rFonts w:cs="Arial"/>
                <w:szCs w:val="24"/>
              </w:rPr>
              <w:t>шинэ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шийтгэл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татвар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зөвшөөрөл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тогтоохгүй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18DCFB7A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Үнэлгээний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дүнд</w:t>
      </w:r>
      <w:proofErr w:type="spellEnd"/>
      <w:r w:rsidRPr="005D47C2">
        <w:rPr>
          <w:rFonts w:cs="Arial"/>
          <w:szCs w:val="24"/>
        </w:rPr>
        <w:t xml:space="preserve"> “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”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байгалийн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гэрэлтэй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ашигтай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</w:t>
      </w:r>
      <w:r w:rsidRPr="005D47C2">
        <w:rPr>
          <w:rFonts w:cs="Arial"/>
          <w:szCs w:val="24"/>
        </w:rPr>
        <w:t>х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иргэдийн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амралтын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зохистой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дэмжих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зорилгод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нийцсэн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гэж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дүгнэв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Улирлын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нийтлэг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хуваарь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үүрэг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парламентын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хяналтыг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хамтад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тогтоосон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давуу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болно</w:t>
      </w:r>
      <w:proofErr w:type="spellEnd"/>
      <w:r w:rsidRPr="005D47C2">
        <w:rPr>
          <w:rFonts w:cs="Arial"/>
          <w:szCs w:val="24"/>
        </w:rPr>
        <w:t>.</w:t>
      </w:r>
    </w:p>
    <w:p w14:paraId="70A83CA0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proofErr w:type="spellStart"/>
      <w:r w:rsidRPr="005D47C2">
        <w:rPr>
          <w:rFonts w:cs="Arial"/>
          <w:szCs w:val="24"/>
        </w:rPr>
        <w:t>Шилжих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огноог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календарийн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шал</w:t>
      </w:r>
      <w:r w:rsidRPr="005D47C2">
        <w:rPr>
          <w:rFonts w:cs="Arial"/>
          <w:szCs w:val="24"/>
        </w:rPr>
        <w:t>гуураар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тодорхойлох</w:t>
      </w:r>
      <w:proofErr w:type="spellEnd"/>
      <w:r w:rsidRPr="005D47C2">
        <w:rPr>
          <w:rFonts w:cs="Arial"/>
          <w:szCs w:val="24"/>
        </w:rPr>
        <w:t xml:space="preserve"> 4.3 </w:t>
      </w:r>
      <w:proofErr w:type="spellStart"/>
      <w:r w:rsidRPr="005D47C2">
        <w:rPr>
          <w:rFonts w:cs="Arial"/>
          <w:szCs w:val="24"/>
        </w:rPr>
        <w:t>дахь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найруулгын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зөвлөмжийг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төсөлд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тусгаж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төслийг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Хурлаар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хэлэлцүүлэхийг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зөвлөж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байна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Хэрэгжилтийг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дараах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чиглэлээр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байгуулна</w:t>
      </w:r>
      <w:proofErr w:type="spellEnd"/>
      <w:r w:rsidRPr="005D47C2">
        <w:rPr>
          <w:rFonts w:cs="Arial"/>
          <w:szCs w:val="24"/>
        </w:rPr>
        <w:t>:</w:t>
      </w:r>
    </w:p>
    <w:p w14:paraId="012AC701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1. </w:t>
      </w:r>
      <w:proofErr w:type="spellStart"/>
      <w:r w:rsidRPr="005D47C2">
        <w:rPr>
          <w:rFonts w:cs="Arial"/>
          <w:szCs w:val="24"/>
        </w:rPr>
        <w:t>Анхны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шилжилтээс</w:t>
      </w:r>
      <w:proofErr w:type="spellEnd"/>
      <w:r w:rsidRPr="005D47C2">
        <w:rPr>
          <w:rFonts w:cs="Arial"/>
          <w:szCs w:val="24"/>
        </w:rPr>
        <w:t xml:space="preserve"> 60-аас </w:t>
      </w:r>
      <w:proofErr w:type="spellStart"/>
      <w:r w:rsidRPr="005D47C2">
        <w:rPr>
          <w:rFonts w:cs="Arial"/>
          <w:szCs w:val="24"/>
        </w:rPr>
        <w:t>доошгүй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хоногийн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өмнө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хуваарийг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нийтэд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мэдээлж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цаашид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шилжил</w:t>
      </w:r>
      <w:r w:rsidRPr="005D47C2">
        <w:rPr>
          <w:rFonts w:cs="Arial"/>
          <w:szCs w:val="24"/>
        </w:rPr>
        <w:t>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урьдчилан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сануулах</w:t>
      </w:r>
      <w:proofErr w:type="spellEnd"/>
      <w:r w:rsidRPr="005D47C2">
        <w:rPr>
          <w:rFonts w:cs="Arial"/>
          <w:szCs w:val="24"/>
        </w:rPr>
        <w:t>.</w:t>
      </w:r>
    </w:p>
    <w:p w14:paraId="61213506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2. </w:t>
      </w:r>
      <w:proofErr w:type="spellStart"/>
      <w:r w:rsidRPr="005D47C2">
        <w:rPr>
          <w:rFonts w:cs="Arial"/>
          <w:szCs w:val="24"/>
        </w:rPr>
        <w:t>Тээвэр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банк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холбоо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автомат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системийн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тохиргоо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алгасах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болон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давтагдах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нэгдсэн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заавраар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зохицуулж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турших</w:t>
      </w:r>
      <w:proofErr w:type="spellEnd"/>
      <w:r w:rsidRPr="005D47C2">
        <w:rPr>
          <w:rFonts w:cs="Arial"/>
          <w:szCs w:val="24"/>
        </w:rPr>
        <w:t>.</w:t>
      </w:r>
    </w:p>
    <w:p w14:paraId="51FC01D8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3. </w:t>
      </w:r>
      <w:proofErr w:type="spellStart"/>
      <w:r w:rsidRPr="005D47C2">
        <w:rPr>
          <w:rFonts w:cs="Arial"/>
          <w:szCs w:val="24"/>
        </w:rPr>
        <w:t>Бодитоор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ажилласан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цалин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хөлс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амралтын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эрхийг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хамгаалж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боловсролын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</w:t>
      </w:r>
      <w:r w:rsidRPr="005D47C2">
        <w:rPr>
          <w:rFonts w:cs="Arial"/>
          <w:szCs w:val="24"/>
        </w:rPr>
        <w:t>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бэлтгэлийг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хангах</w:t>
      </w:r>
      <w:proofErr w:type="spellEnd"/>
      <w:r w:rsidRPr="005D47C2">
        <w:rPr>
          <w:rFonts w:cs="Arial"/>
          <w:szCs w:val="24"/>
        </w:rPr>
        <w:t>.</w:t>
      </w:r>
    </w:p>
    <w:p w14:paraId="4BDF9887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4. </w:t>
      </w:r>
      <w:proofErr w:type="spellStart"/>
      <w:r w:rsidRPr="005D47C2">
        <w:rPr>
          <w:rFonts w:cs="Arial"/>
          <w:szCs w:val="24"/>
        </w:rPr>
        <w:t>Мэдээлэл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зөвлөмж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техникийн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бэлтгэлийг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байгууллагын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батлагдсан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төсөв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одоогийн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нөөцөд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багтаан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хэрэгжүүлэх</w:t>
      </w:r>
      <w:proofErr w:type="spellEnd"/>
      <w:r w:rsidRPr="005D47C2">
        <w:rPr>
          <w:rFonts w:cs="Arial"/>
          <w:szCs w:val="24"/>
        </w:rPr>
        <w:t>.</w:t>
      </w:r>
    </w:p>
    <w:p w14:paraId="5BEB63CF" w14:textId="77777777" w:rsidR="00F54599" w:rsidRPr="005D47C2" w:rsidRDefault="00DC027F" w:rsidP="00652264">
      <w:pPr>
        <w:ind w:left="284"/>
        <w:jc w:val="both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5. </w:t>
      </w:r>
      <w:proofErr w:type="spellStart"/>
      <w:r w:rsidRPr="005D47C2">
        <w:rPr>
          <w:rFonts w:cs="Arial"/>
          <w:szCs w:val="24"/>
        </w:rPr>
        <w:t>Эрчим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хүч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үйлчилгээ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хөдөлмөрийн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зохион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байгуулалт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аюулгүй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байдлын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үзүүлэлтийг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тогтмол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үнэлж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дү</w:t>
      </w:r>
      <w:r w:rsidRPr="005D47C2">
        <w:rPr>
          <w:rFonts w:cs="Arial"/>
          <w:szCs w:val="24"/>
        </w:rPr>
        <w:t>нг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хэрэгжилтийн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хяналтад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ашиглах</w:t>
      </w:r>
      <w:proofErr w:type="spellEnd"/>
      <w:r w:rsidRPr="005D47C2">
        <w:rPr>
          <w:rFonts w:cs="Arial"/>
          <w:szCs w:val="24"/>
        </w:rPr>
        <w:t>.</w:t>
      </w:r>
    </w:p>
    <w:p w14:paraId="7060E432" w14:textId="77777777" w:rsidR="00F54599" w:rsidRPr="005D47C2" w:rsidRDefault="00DC027F" w:rsidP="00652264">
      <w:pPr>
        <w:pStyle w:val="Heading2"/>
        <w:ind w:left="284"/>
        <w:rPr>
          <w:rFonts w:ascii="Arial" w:hAnsi="Arial" w:cs="Arial"/>
          <w:szCs w:val="24"/>
        </w:rPr>
      </w:pPr>
      <w:proofErr w:type="spellStart"/>
      <w:r w:rsidRPr="005D47C2">
        <w:rPr>
          <w:rFonts w:ascii="Arial" w:hAnsi="Arial" w:cs="Arial"/>
          <w:szCs w:val="24"/>
        </w:rPr>
        <w:t>Хэрэгжилтийн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үр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дүнг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үнэлэх</w:t>
      </w:r>
      <w:proofErr w:type="spellEnd"/>
      <w:r w:rsidRPr="005D47C2">
        <w:rPr>
          <w:rFonts w:ascii="Arial" w:hAnsi="Arial" w:cs="Arial"/>
          <w:szCs w:val="24"/>
        </w:rPr>
        <w:t xml:space="preserve"> </w:t>
      </w:r>
      <w:proofErr w:type="spellStart"/>
      <w:r w:rsidRPr="005D47C2">
        <w:rPr>
          <w:rFonts w:ascii="Arial" w:hAnsi="Arial" w:cs="Arial"/>
          <w:szCs w:val="24"/>
        </w:rPr>
        <w:t>үзүүлэлт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5616"/>
        <w:gridCol w:w="2304"/>
      </w:tblGrid>
      <w:tr w:rsidR="00F54599" w:rsidRPr="005D47C2" w14:paraId="5EC67D7E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F56DD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Үзүүлэлт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42A22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Үнэлэх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арга</w:t>
            </w:r>
            <w:proofErr w:type="spellEnd"/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14FFE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b/>
                <w:szCs w:val="24"/>
              </w:rPr>
              <w:t>Хугацааны</w:t>
            </w:r>
            <w:proofErr w:type="spellEnd"/>
            <w:r w:rsidRPr="005D47C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b/>
                <w:szCs w:val="24"/>
              </w:rPr>
              <w:t>хүрээ</w:t>
            </w:r>
            <w:proofErr w:type="spellEnd"/>
          </w:p>
        </w:tc>
      </w:tr>
      <w:tr w:rsidR="00F54599" w:rsidRPr="005D47C2" w14:paraId="4EC381EE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929C8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Эрчим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хүч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4CF3F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тутмын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хэрэглээ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оройн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оргил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ачааллыг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агаар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үйлдвэрлэлийн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өөрчлөлттэй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хамтатган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харьцуулах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F8BD0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Бүтэн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улирлын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25DD149D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C595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Систем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тээвэр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CE65B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Туршилт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тасалдал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давхар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хуваарийн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зөрчлийг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нэгтгэх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DF2EC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Шилжилтийн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өмнө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4B8D51DF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6C8C73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lastRenderedPageBreak/>
              <w:t>Хөдөлмөр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4E13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Бодит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цалингийн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тооцоо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ээлжийн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зохицуулалтыг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хянах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50886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Шилжилт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бүрд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54C49EEC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8AC749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Эрүүл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мэнд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аюулгүй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0BE4E1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Нойр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ядралт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ослын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мэдээллийг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гараг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улирал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бүлгийн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ялгаатай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нөхцөлтэй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харьцуулах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86FC4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Шилжилтийн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өмнөх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ба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дараах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үе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  <w:tr w:rsidR="00F54599" w:rsidRPr="005D47C2" w14:paraId="7E5711A9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11B31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Мэдээлэл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</w:t>
            </w:r>
            <w:proofErr w:type="spellEnd"/>
          </w:p>
        </w:tc>
        <w:tc>
          <w:tcPr>
            <w:tcW w:w="56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0FDCF5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Мэдээллийн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хүртээмж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санал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хүсэлт</w:t>
            </w:r>
            <w:proofErr w:type="spellEnd"/>
            <w:r w:rsidRPr="005D47C2">
              <w:rPr>
                <w:rFonts w:cs="Arial"/>
                <w:szCs w:val="24"/>
              </w:rPr>
              <w:t xml:space="preserve">, </w:t>
            </w:r>
            <w:proofErr w:type="spellStart"/>
            <w:r w:rsidRPr="005D47C2">
              <w:rPr>
                <w:rFonts w:cs="Arial"/>
                <w:szCs w:val="24"/>
              </w:rPr>
              <w:t>үйлчилгээний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цагийн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уялдааг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үнэлэх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9C82EA" w14:textId="77777777" w:rsidR="00F54599" w:rsidRPr="005D47C2" w:rsidRDefault="00DC027F" w:rsidP="00652264">
            <w:pPr>
              <w:spacing w:after="60" w:line="250" w:lineRule="auto"/>
              <w:ind w:left="284" w:firstLine="0"/>
              <w:rPr>
                <w:rFonts w:cs="Arial"/>
                <w:szCs w:val="24"/>
              </w:rPr>
            </w:pPr>
            <w:proofErr w:type="spellStart"/>
            <w:r w:rsidRPr="005D47C2">
              <w:rPr>
                <w:rFonts w:cs="Arial"/>
                <w:szCs w:val="24"/>
              </w:rPr>
              <w:t>Бэлтгэл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болон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улирлын</w:t>
            </w:r>
            <w:proofErr w:type="spellEnd"/>
            <w:r w:rsidRPr="005D47C2">
              <w:rPr>
                <w:rFonts w:cs="Arial"/>
                <w:szCs w:val="24"/>
              </w:rPr>
              <w:t xml:space="preserve"> </w:t>
            </w:r>
            <w:proofErr w:type="spellStart"/>
            <w:r w:rsidRPr="005D47C2">
              <w:rPr>
                <w:rFonts w:cs="Arial"/>
                <w:szCs w:val="24"/>
              </w:rPr>
              <w:t>хэрэгжилт</w:t>
            </w:r>
            <w:proofErr w:type="spellEnd"/>
            <w:r w:rsidRPr="005D47C2">
              <w:rPr>
                <w:rFonts w:cs="Arial"/>
                <w:szCs w:val="24"/>
              </w:rPr>
              <w:t>.</w:t>
            </w:r>
          </w:p>
        </w:tc>
      </w:tr>
    </w:tbl>
    <w:p w14:paraId="7DA5030F" w14:textId="3F27A38B" w:rsidR="00652264" w:rsidRPr="00652264" w:rsidRDefault="00652264" w:rsidP="00652264">
      <w:pPr>
        <w:pStyle w:val="Heading1"/>
        <w:ind w:left="284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szCs w:val="24"/>
          <w:lang w:val="mn-MN"/>
        </w:rPr>
        <w:t xml:space="preserve"> </w:t>
      </w:r>
    </w:p>
    <w:p w14:paraId="6D4D8B9C" w14:textId="6D263874" w:rsidR="00F54599" w:rsidRPr="005D47C2" w:rsidRDefault="00652264" w:rsidP="00652264">
      <w:pPr>
        <w:pStyle w:val="Heading1"/>
        <w:ind w:left="284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  <w:proofErr w:type="spellStart"/>
      <w:r w:rsidR="00DC027F" w:rsidRPr="005D47C2">
        <w:rPr>
          <w:rFonts w:ascii="Arial" w:hAnsi="Arial" w:cs="Arial"/>
          <w:szCs w:val="24"/>
        </w:rPr>
        <w:t>Ашигласан</w:t>
      </w:r>
      <w:proofErr w:type="spellEnd"/>
      <w:r w:rsidR="00DC027F" w:rsidRPr="005D47C2">
        <w:rPr>
          <w:rFonts w:ascii="Arial" w:hAnsi="Arial" w:cs="Arial"/>
          <w:szCs w:val="24"/>
        </w:rPr>
        <w:t xml:space="preserve"> </w:t>
      </w:r>
      <w:proofErr w:type="spellStart"/>
      <w:r w:rsidR="00DC027F" w:rsidRPr="005D47C2">
        <w:rPr>
          <w:rFonts w:ascii="Arial" w:hAnsi="Arial" w:cs="Arial"/>
          <w:szCs w:val="24"/>
        </w:rPr>
        <w:t>эх</w:t>
      </w:r>
      <w:proofErr w:type="spellEnd"/>
      <w:r w:rsidR="00DC027F" w:rsidRPr="005D47C2">
        <w:rPr>
          <w:rFonts w:ascii="Arial" w:hAnsi="Arial" w:cs="Arial"/>
          <w:szCs w:val="24"/>
        </w:rPr>
        <w:t xml:space="preserve"> </w:t>
      </w:r>
      <w:proofErr w:type="spellStart"/>
      <w:r w:rsidR="00DC027F" w:rsidRPr="005D47C2">
        <w:rPr>
          <w:rFonts w:ascii="Arial" w:hAnsi="Arial" w:cs="Arial"/>
          <w:szCs w:val="24"/>
        </w:rPr>
        <w:t>сурвалж</w:t>
      </w:r>
      <w:proofErr w:type="spellEnd"/>
    </w:p>
    <w:p w14:paraId="52F1CC64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[1] </w:t>
      </w:r>
      <w:proofErr w:type="spellStart"/>
      <w:r w:rsidRPr="005D47C2">
        <w:rPr>
          <w:rFonts w:cs="Arial"/>
          <w:szCs w:val="24"/>
        </w:rPr>
        <w:t>Хууль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</w:t>
      </w:r>
      <w:r w:rsidRPr="005D47C2">
        <w:rPr>
          <w:rFonts w:cs="Arial"/>
          <w:szCs w:val="24"/>
        </w:rPr>
        <w:t>уль</w:t>
      </w:r>
      <w:proofErr w:type="spellEnd"/>
      <w:r w:rsidRPr="005D47C2">
        <w:rPr>
          <w:rFonts w:cs="Arial"/>
          <w:szCs w:val="24"/>
        </w:rPr>
        <w:t xml:space="preserve">. 17, 29, 30, 35–37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зүйл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Монгол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дээрх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нэгтгэсэн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эх</w:t>
      </w:r>
      <w:proofErr w:type="spellEnd"/>
      <w:r w:rsidRPr="005D47C2">
        <w:rPr>
          <w:rFonts w:cs="Arial"/>
          <w:szCs w:val="24"/>
        </w:rPr>
        <w:t>. https://legalinfo.mn/mn/detail?lawId=11119&amp;type=11</w:t>
      </w:r>
    </w:p>
    <w:p w14:paraId="213B07C0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[2]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газрын</w:t>
      </w:r>
      <w:proofErr w:type="spellEnd"/>
      <w:r w:rsidRPr="005D47C2">
        <w:rPr>
          <w:rFonts w:cs="Arial"/>
          <w:szCs w:val="24"/>
        </w:rPr>
        <w:t xml:space="preserve"> 2016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59 </w:t>
      </w:r>
      <w:proofErr w:type="spellStart"/>
      <w:r w:rsidRPr="005D47C2">
        <w:rPr>
          <w:rFonts w:cs="Arial"/>
          <w:szCs w:val="24"/>
        </w:rPr>
        <w:t>дүгээр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гуравдугаар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хавсралт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Хууль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тогтоомжийн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нөлөөг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үнэлэх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аргачлал</w:t>
      </w:r>
      <w:proofErr w:type="spellEnd"/>
      <w:r w:rsidRPr="005D47C2">
        <w:rPr>
          <w:rFonts w:cs="Arial"/>
          <w:szCs w:val="24"/>
        </w:rPr>
        <w:t>. https://legalin</w:t>
      </w:r>
      <w:r w:rsidRPr="005D47C2">
        <w:rPr>
          <w:rFonts w:cs="Arial"/>
          <w:szCs w:val="24"/>
        </w:rPr>
        <w:t>fo.mn/mn/detail?lawId=207335</w:t>
      </w:r>
    </w:p>
    <w:p w14:paraId="70A5080B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[3] 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тооллыг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бүр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хэрэглэх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тухай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Улсын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Их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Хурлын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шинэчилсэн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үзэл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баримтлал</w:t>
      </w:r>
      <w:proofErr w:type="spellEnd"/>
      <w:r w:rsidRPr="005D47C2">
        <w:rPr>
          <w:rFonts w:cs="Arial"/>
          <w:szCs w:val="24"/>
        </w:rPr>
        <w:t>. 2026. Зуны_тоолол_үзэл_баримтлал_засварласан.docx.</w:t>
      </w:r>
    </w:p>
    <w:p w14:paraId="06329027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[4] </w:t>
      </w:r>
      <w:proofErr w:type="spellStart"/>
      <w:r w:rsidRPr="005D47C2">
        <w:rPr>
          <w:rFonts w:cs="Arial"/>
          <w:szCs w:val="24"/>
        </w:rPr>
        <w:t>Зуны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цагийн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тогтоолын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төслийн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хэрэгцээ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шаардлагыг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урьдчилан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тандан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судалсан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тайлан</w:t>
      </w:r>
      <w:proofErr w:type="spellEnd"/>
      <w:r w:rsidRPr="005D47C2">
        <w:rPr>
          <w:rFonts w:cs="Arial"/>
          <w:szCs w:val="24"/>
        </w:rPr>
        <w:t xml:space="preserve">. 2026. </w:t>
      </w:r>
      <w:proofErr w:type="spellStart"/>
      <w:r w:rsidRPr="005D47C2">
        <w:rPr>
          <w:rFonts w:cs="Arial"/>
          <w:szCs w:val="24"/>
        </w:rPr>
        <w:t>Өмнөх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Засгийн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газрын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танилцуулгын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эрүүл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мэнд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зардлын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үндэслэлийг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тодруулсан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шинэчилсэн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хувилбар</w:t>
      </w:r>
      <w:proofErr w:type="spellEnd"/>
      <w:r w:rsidRPr="005D47C2">
        <w:rPr>
          <w:rFonts w:cs="Arial"/>
          <w:szCs w:val="24"/>
        </w:rPr>
        <w:t>.</w:t>
      </w:r>
    </w:p>
    <w:p w14:paraId="5CD0C8E9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>[5] ЗГХЭГ-</w:t>
      </w:r>
      <w:proofErr w:type="spellStart"/>
      <w:r w:rsidRPr="005D47C2">
        <w:rPr>
          <w:rFonts w:cs="Arial"/>
          <w:szCs w:val="24"/>
        </w:rPr>
        <w:t>ын</w:t>
      </w:r>
      <w:proofErr w:type="spellEnd"/>
      <w:r w:rsidRPr="005D47C2">
        <w:rPr>
          <w:rFonts w:cs="Arial"/>
          <w:szCs w:val="24"/>
        </w:rPr>
        <w:t xml:space="preserve"> 2026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8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31-ний ХЭГ/2942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бичгийн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архивын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хавсралт</w:t>
      </w:r>
      <w:proofErr w:type="spellEnd"/>
      <w:r w:rsidRPr="005D47C2">
        <w:rPr>
          <w:rFonts w:cs="Arial"/>
          <w:szCs w:val="24"/>
        </w:rPr>
        <w:t xml:space="preserve">. 11 </w:t>
      </w:r>
      <w:proofErr w:type="spellStart"/>
      <w:r w:rsidRPr="005D47C2">
        <w:rPr>
          <w:rFonts w:cs="Arial"/>
          <w:szCs w:val="24"/>
        </w:rPr>
        <w:t>хуудас</w:t>
      </w:r>
      <w:proofErr w:type="spellEnd"/>
      <w:r w:rsidRPr="005D47C2">
        <w:rPr>
          <w:rFonts w:cs="Arial"/>
          <w:szCs w:val="24"/>
        </w:rPr>
        <w:t xml:space="preserve">. </w:t>
      </w:r>
      <w:proofErr w:type="spellStart"/>
      <w:r w:rsidRPr="005D47C2">
        <w:rPr>
          <w:rFonts w:cs="Arial"/>
          <w:szCs w:val="24"/>
        </w:rPr>
        <w:t>Стандартчилал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хэмжил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зүйн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үндэсний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төвийн</w:t>
      </w:r>
      <w:proofErr w:type="spellEnd"/>
      <w:r w:rsidRPr="005D47C2">
        <w:rPr>
          <w:rFonts w:cs="Arial"/>
          <w:szCs w:val="24"/>
        </w:rPr>
        <w:t xml:space="preserve"> 2001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4 </w:t>
      </w:r>
      <w:proofErr w:type="spellStart"/>
      <w:r w:rsidRPr="005D47C2">
        <w:rPr>
          <w:rFonts w:cs="Arial"/>
          <w:szCs w:val="24"/>
        </w:rPr>
        <w:t>дүгээр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сарын</w:t>
      </w:r>
      <w:proofErr w:type="spellEnd"/>
      <w:r w:rsidRPr="005D47C2">
        <w:rPr>
          <w:rFonts w:cs="Arial"/>
          <w:szCs w:val="24"/>
        </w:rPr>
        <w:t xml:space="preserve"> 19-ний 1/293 </w:t>
      </w:r>
      <w:proofErr w:type="spellStart"/>
      <w:r w:rsidRPr="005D47C2">
        <w:rPr>
          <w:rFonts w:cs="Arial"/>
          <w:szCs w:val="24"/>
        </w:rPr>
        <w:t>дугаар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бичиг</w:t>
      </w:r>
      <w:proofErr w:type="spellEnd"/>
      <w:r w:rsidRPr="005D47C2">
        <w:rPr>
          <w:rFonts w:cs="Arial"/>
          <w:szCs w:val="24"/>
        </w:rPr>
        <w:t xml:space="preserve">; 2001, 2015, 2017 </w:t>
      </w:r>
      <w:proofErr w:type="spellStart"/>
      <w:r w:rsidRPr="005D47C2">
        <w:rPr>
          <w:rFonts w:cs="Arial"/>
          <w:szCs w:val="24"/>
        </w:rPr>
        <w:t>оны</w:t>
      </w:r>
      <w:proofErr w:type="spellEnd"/>
      <w:r w:rsidRPr="005D47C2">
        <w:rPr>
          <w:rFonts w:cs="Arial"/>
          <w:szCs w:val="24"/>
        </w:rPr>
        <w:t xml:space="preserve"> </w:t>
      </w:r>
      <w:proofErr w:type="spellStart"/>
      <w:r w:rsidRPr="005D47C2">
        <w:rPr>
          <w:rFonts w:cs="Arial"/>
          <w:szCs w:val="24"/>
        </w:rPr>
        <w:t>шийдвэр</w:t>
      </w:r>
      <w:proofErr w:type="spellEnd"/>
      <w:r w:rsidRPr="005D47C2">
        <w:rPr>
          <w:rFonts w:cs="Arial"/>
          <w:szCs w:val="24"/>
        </w:rPr>
        <w:t xml:space="preserve">, </w:t>
      </w:r>
      <w:proofErr w:type="spellStart"/>
      <w:r w:rsidRPr="005D47C2">
        <w:rPr>
          <w:rFonts w:cs="Arial"/>
          <w:szCs w:val="24"/>
        </w:rPr>
        <w:t>танилцуулга</w:t>
      </w:r>
      <w:proofErr w:type="spellEnd"/>
      <w:r w:rsidRPr="005D47C2">
        <w:rPr>
          <w:rFonts w:cs="Arial"/>
          <w:szCs w:val="24"/>
        </w:rPr>
        <w:t>.</w:t>
      </w:r>
    </w:p>
    <w:p w14:paraId="50B87AF2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[6] US Department of Energy. Impact of Extended </w:t>
      </w:r>
      <w:proofErr w:type="gramStart"/>
      <w:r w:rsidRPr="005D47C2">
        <w:rPr>
          <w:rFonts w:cs="Arial"/>
          <w:szCs w:val="24"/>
        </w:rPr>
        <w:t>Daylight Saving</w:t>
      </w:r>
      <w:proofErr w:type="gramEnd"/>
      <w:r w:rsidRPr="005D47C2">
        <w:rPr>
          <w:rFonts w:cs="Arial"/>
          <w:szCs w:val="24"/>
        </w:rPr>
        <w:t xml:space="preserve"> Time on National Energy Consumption. Report to Congress. October 2008. https</w:t>
      </w:r>
      <w:r w:rsidRPr="005D47C2">
        <w:rPr>
          <w:rFonts w:cs="Arial"/>
          <w:szCs w:val="24"/>
        </w:rPr>
        <w:t>://www.energy.gov/cmei/impact-extended-daylight-saving-time-national-energy-consumption-report-congress</w:t>
      </w:r>
    </w:p>
    <w:p w14:paraId="505169C2" w14:textId="77777777" w:rsidR="00F54599" w:rsidRPr="005D47C2" w:rsidRDefault="00DC027F" w:rsidP="00652264">
      <w:pPr>
        <w:ind w:left="284" w:firstLine="0"/>
        <w:rPr>
          <w:rFonts w:cs="Arial"/>
          <w:szCs w:val="24"/>
        </w:rPr>
      </w:pPr>
      <w:r w:rsidRPr="005D47C2">
        <w:rPr>
          <w:rFonts w:cs="Arial"/>
          <w:szCs w:val="24"/>
        </w:rPr>
        <w:t xml:space="preserve">[7] </w:t>
      </w:r>
      <w:proofErr w:type="spellStart"/>
      <w:r w:rsidRPr="005D47C2">
        <w:rPr>
          <w:rFonts w:cs="Arial"/>
          <w:szCs w:val="24"/>
        </w:rPr>
        <w:t>Steponenaite</w:t>
      </w:r>
      <w:proofErr w:type="spellEnd"/>
      <w:r w:rsidRPr="005D47C2">
        <w:rPr>
          <w:rFonts w:cs="Arial"/>
          <w:szCs w:val="24"/>
        </w:rPr>
        <w:t xml:space="preserve"> A et al. A systematic review of epidemiological studies into daylight-saving time &amp; health identifying beneficial &amp; adverse effects. Eu</w:t>
      </w:r>
      <w:r w:rsidRPr="005D47C2">
        <w:rPr>
          <w:rFonts w:cs="Arial"/>
          <w:szCs w:val="24"/>
        </w:rPr>
        <w:t xml:space="preserve">ropean Journal of Epidemiology. </w:t>
      </w:r>
      <w:proofErr w:type="gramStart"/>
      <w:r w:rsidRPr="005D47C2">
        <w:rPr>
          <w:rFonts w:cs="Arial"/>
          <w:szCs w:val="24"/>
        </w:rPr>
        <w:t>2026;41:419</w:t>
      </w:r>
      <w:proofErr w:type="gramEnd"/>
      <w:r w:rsidRPr="005D47C2">
        <w:rPr>
          <w:rFonts w:cs="Arial"/>
          <w:szCs w:val="24"/>
        </w:rPr>
        <w:t>–433. https://doi.org/10.1007/s10654-026-01372-8</w:t>
      </w:r>
    </w:p>
    <w:p w14:paraId="5E531B21" w14:textId="284C07B0" w:rsidR="00F54599" w:rsidRPr="00652264" w:rsidRDefault="00652264" w:rsidP="00652264">
      <w:pPr>
        <w:ind w:left="284"/>
        <w:rPr>
          <w:rFonts w:cs="Arial"/>
          <w:szCs w:val="24"/>
          <w:lang w:val="mn-MN"/>
        </w:rPr>
      </w:pPr>
      <w:r>
        <w:rPr>
          <w:rFonts w:cs="Arial"/>
          <w:szCs w:val="24"/>
          <w:lang w:val="mn-MN"/>
        </w:rPr>
        <w:t xml:space="preserve"> </w:t>
      </w:r>
    </w:p>
    <w:sectPr w:rsidR="00F54599" w:rsidRPr="00652264" w:rsidSect="00034616">
      <w:footerReference w:type="default" r:id="rId8"/>
      <w:pgSz w:w="12240" w:h="15840"/>
      <w:pgMar w:top="1152" w:right="1152" w:bottom="1152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C400D" w14:textId="77777777" w:rsidR="00DC027F" w:rsidRDefault="00DC027F">
      <w:pPr>
        <w:spacing w:after="0" w:line="240" w:lineRule="auto"/>
      </w:pPr>
      <w:r>
        <w:separator/>
      </w:r>
    </w:p>
  </w:endnote>
  <w:endnote w:type="continuationSeparator" w:id="0">
    <w:p w14:paraId="65B65E7E" w14:textId="77777777" w:rsidR="00DC027F" w:rsidRDefault="00DC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8382" w14:textId="77777777" w:rsidR="00F54599" w:rsidRDefault="00DC027F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5D47C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62C52" w14:textId="77777777" w:rsidR="00DC027F" w:rsidRDefault="00DC027F">
      <w:pPr>
        <w:spacing w:after="0" w:line="240" w:lineRule="auto"/>
      </w:pPr>
      <w:r>
        <w:separator/>
      </w:r>
    </w:p>
  </w:footnote>
  <w:footnote w:type="continuationSeparator" w:id="0">
    <w:p w14:paraId="4499BE54" w14:textId="77777777" w:rsidR="00DC027F" w:rsidRDefault="00DC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47C2"/>
    <w:rsid w:val="00652264"/>
    <w:rsid w:val="00AA1D8D"/>
    <w:rsid w:val="00B47730"/>
    <w:rsid w:val="00CB0664"/>
    <w:rsid w:val="00DC027F"/>
    <w:rsid w:val="00F545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E7EE96"/>
  <w14:defaultImageDpi w14:val="300"/>
  <w15:docId w15:val="{226EA168-E943-413D-A0B5-3C6D259F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  <w:ind w:firstLine="432"/>
    </w:pPr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432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2760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2026-10-26T07:25:00Z</dcterms:modified>
  <cp:category/>
</cp:coreProperties>
</file>